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74274" w14:textId="77777777" w:rsidR="0055445A" w:rsidRPr="00BD137F" w:rsidRDefault="00000000">
      <w:pPr>
        <w:spacing w:after="40"/>
        <w:jc w:val="center"/>
      </w:pPr>
      <w:r w:rsidRPr="00BD137F">
        <w:rPr>
          <w:b/>
          <w:sz w:val="32"/>
        </w:rPr>
        <w:t>CHRIST'S CHURCH</w:t>
      </w:r>
    </w:p>
    <w:p w14:paraId="426D0773" w14:textId="77777777" w:rsidR="0055445A" w:rsidRDefault="00000000">
      <w:pPr>
        <w:spacing w:after="40"/>
        <w:jc w:val="center"/>
      </w:pPr>
      <w:r>
        <w:rPr>
          <w:b/>
          <w:color w:val="BB2333"/>
          <w:sz w:val="44"/>
        </w:rPr>
        <w:t>MISSIONS SUNDAY</w:t>
      </w:r>
    </w:p>
    <w:p w14:paraId="6BC3A02A" w14:textId="77777777" w:rsidR="0055445A" w:rsidRPr="00BD137F" w:rsidRDefault="00000000">
      <w:pPr>
        <w:spacing w:after="40"/>
        <w:jc w:val="center"/>
      </w:pPr>
      <w:r w:rsidRPr="00BD137F">
        <w:rPr>
          <w:b/>
          <w:sz w:val="38"/>
        </w:rPr>
        <w:t>CAMBODIA PRAYER GUIDE</w:t>
      </w:r>
    </w:p>
    <w:p w14:paraId="4AE45FD9" w14:textId="77777777" w:rsidR="0055445A" w:rsidRDefault="00000000">
      <w:pPr>
        <w:jc w:val="center"/>
      </w:pPr>
      <w:r>
        <w:t>“Go into all the world and preach the gospel.” — Mark 16:15</w:t>
      </w:r>
    </w:p>
    <w:p w14:paraId="363DD396" w14:textId="77777777" w:rsidR="0055445A" w:rsidRDefault="00000000">
      <w:pPr>
        <w:spacing w:before="160" w:after="40"/>
      </w:pPr>
      <w:r>
        <w:rPr>
          <w:b/>
          <w:color w:val="BB2333"/>
          <w:sz w:val="24"/>
        </w:rPr>
        <w:t>THIS MONTH’S PRAYER FOCUS</w:t>
      </w:r>
    </w:p>
    <w:p w14:paraId="7CEAED77" w14:textId="77777777" w:rsidR="0055445A" w:rsidRDefault="00000000">
      <w:pPr>
        <w:pStyle w:val="ListBullet"/>
        <w:spacing w:after="40"/>
      </w:pPr>
      <w:r>
        <w:t>Missionaries and Cambodian churches reaching more people for Jesus.</w:t>
      </w:r>
    </w:p>
    <w:p w14:paraId="5BA4F57A" w14:textId="77777777" w:rsidR="0055445A" w:rsidRDefault="00000000">
      <w:pPr>
        <w:pStyle w:val="ListBullet"/>
        <w:spacing w:after="40"/>
      </w:pPr>
      <w:r>
        <w:t>Bible-school students preparing to start and lead new churches.</w:t>
      </w:r>
    </w:p>
    <w:p w14:paraId="626A1DEA" w14:textId="77777777" w:rsidR="0055445A" w:rsidRDefault="00000000">
      <w:pPr>
        <w:pStyle w:val="ListBullet"/>
        <w:spacing w:after="40"/>
      </w:pPr>
      <w:r>
        <w:t>Children and young people to know Jesus and share His love.</w:t>
      </w:r>
    </w:p>
    <w:p w14:paraId="1C0A769F" w14:textId="77777777" w:rsidR="0055445A" w:rsidRDefault="00000000">
      <w:pPr>
        <w:pStyle w:val="ListBullet"/>
        <w:spacing w:after="40"/>
      </w:pPr>
      <w:r>
        <w:t>God to raise up Cambodian pastors, church workers, and missionaries.</w:t>
      </w:r>
    </w:p>
    <w:p w14:paraId="587578B8" w14:textId="77777777" w:rsidR="0055445A" w:rsidRDefault="00000000">
      <w:pPr>
        <w:spacing w:before="160" w:after="40"/>
      </w:pPr>
      <w:r>
        <w:rPr>
          <w:b/>
          <w:color w:val="BB2333"/>
          <w:sz w:val="24"/>
        </w:rPr>
        <w:t>MISSIONARIES, CHURCHES &amp; OUTREACH</w:t>
      </w:r>
    </w:p>
    <w:p w14:paraId="2DA50535" w14:textId="77777777" w:rsidR="0055445A" w:rsidRDefault="00000000">
      <w:pPr>
        <w:pStyle w:val="ListBullet"/>
        <w:spacing w:after="40"/>
      </w:pPr>
      <w:r>
        <w:t>Pray for wisdom, protection, and open doors for missionaries and local believers.</w:t>
      </w:r>
    </w:p>
    <w:p w14:paraId="2EC59E58" w14:textId="77777777" w:rsidR="0055445A" w:rsidRDefault="00000000">
      <w:pPr>
        <w:pStyle w:val="ListBullet"/>
        <w:spacing w:after="40"/>
      </w:pPr>
      <w:r>
        <w:t>Pray for ministry in riverside villages, prisons, universities, and communities that have not heard the gospel.</w:t>
      </w:r>
    </w:p>
    <w:p w14:paraId="6E585282" w14:textId="77777777" w:rsidR="0055445A" w:rsidRDefault="00000000">
      <w:pPr>
        <w:pStyle w:val="ListBullet"/>
        <w:spacing w:after="40"/>
      </w:pPr>
      <w:r>
        <w:t>Pray for churches to grow in faith, unity, discipleship, and love for their neighbors.</w:t>
      </w:r>
    </w:p>
    <w:p w14:paraId="4D623C70" w14:textId="77777777" w:rsidR="0055445A" w:rsidRDefault="00000000">
      <w:pPr>
        <w:spacing w:before="160" w:after="40"/>
      </w:pPr>
      <w:r>
        <w:rPr>
          <w:b/>
          <w:color w:val="BB2333"/>
          <w:sz w:val="24"/>
        </w:rPr>
        <w:t>BIBLE SCHOOLS &amp; FUTURE LEADERS</w:t>
      </w:r>
    </w:p>
    <w:p w14:paraId="4CB56E3A" w14:textId="77777777" w:rsidR="0055445A" w:rsidRDefault="00000000">
      <w:pPr>
        <w:pStyle w:val="ListBullet"/>
        <w:spacing w:after="40"/>
      </w:pPr>
      <w:r>
        <w:t>Pray for Cambodia Bible Institute and its students as they study God’s Word and begin new churches.</w:t>
      </w:r>
    </w:p>
    <w:p w14:paraId="6752833B" w14:textId="77777777" w:rsidR="0055445A" w:rsidRDefault="00000000">
      <w:pPr>
        <w:pStyle w:val="ListBullet"/>
        <w:spacing w:after="40"/>
      </w:pPr>
      <w:r>
        <w:t>Ask God to provide teachers, training resources, classrooms, and scholarships.</w:t>
      </w:r>
    </w:p>
    <w:p w14:paraId="6381584E" w14:textId="77777777" w:rsidR="0055445A" w:rsidRDefault="00000000">
      <w:pPr>
        <w:pStyle w:val="ListBullet"/>
        <w:spacing w:after="40"/>
      </w:pPr>
      <w:r>
        <w:t>Pray that children and young people will hear God’s call to become pastors, workers, and missionaries.</w:t>
      </w:r>
    </w:p>
    <w:p w14:paraId="74259B6C" w14:textId="77777777" w:rsidR="0055445A" w:rsidRDefault="00000000">
      <w:pPr>
        <w:spacing w:before="160" w:after="40"/>
      </w:pPr>
      <w:r>
        <w:rPr>
          <w:b/>
          <w:color w:val="BB2333"/>
          <w:sz w:val="24"/>
        </w:rPr>
        <w:t>CHILDREN, FAMILIES &amp; COMPASSION MINISTRIES</w:t>
      </w:r>
    </w:p>
    <w:p w14:paraId="61C87E6F" w14:textId="77777777" w:rsidR="0055445A" w:rsidRDefault="00000000">
      <w:pPr>
        <w:pStyle w:val="ListBullet"/>
        <w:spacing w:after="40"/>
      </w:pPr>
      <w:r>
        <w:t>Pray for children’s homes, Christian schools, and families facing poverty or hardship.</w:t>
      </w:r>
    </w:p>
    <w:p w14:paraId="63A7606F" w14:textId="77777777" w:rsidR="0055445A" w:rsidRDefault="00000000">
      <w:pPr>
        <w:pStyle w:val="ListBullet"/>
        <w:spacing w:after="40"/>
      </w:pPr>
      <w:r>
        <w:t>Pray for children’s outreach through KidsQuest, Bible storybooks, and local children’s ministries.</w:t>
      </w:r>
    </w:p>
    <w:p w14:paraId="272B62AF" w14:textId="77777777" w:rsidR="0055445A" w:rsidRDefault="00000000">
      <w:pPr>
        <w:pStyle w:val="ListBullet"/>
        <w:spacing w:after="40"/>
      </w:pPr>
      <w:r>
        <w:t>Pray for ministries serving women, children, and people rebuilding their lives through practical care and the gospel.</w:t>
      </w:r>
    </w:p>
    <w:p w14:paraId="46759DAE" w14:textId="77777777" w:rsidR="0055445A" w:rsidRDefault="00000000">
      <w:pPr>
        <w:spacing w:before="160" w:after="40"/>
      </w:pPr>
      <w:r>
        <w:rPr>
          <w:b/>
          <w:color w:val="BB2333"/>
          <w:sz w:val="24"/>
        </w:rPr>
        <w:t>BGMC IMPACT</w:t>
      </w:r>
    </w:p>
    <w:p w14:paraId="292EE857" w14:textId="77777777" w:rsidR="0055445A" w:rsidRDefault="00000000">
      <w:pPr>
        <w:pStyle w:val="ListBullet"/>
        <w:spacing w:after="40"/>
      </w:pPr>
      <w:r>
        <w:t>Thank God for BGMC support for Bible-school equipment, books, classrooms, and dormitories.</w:t>
      </w:r>
    </w:p>
    <w:p w14:paraId="07941A11" w14:textId="77777777" w:rsidR="0055445A" w:rsidRDefault="00000000">
      <w:pPr>
        <w:pStyle w:val="ListBullet"/>
        <w:spacing w:after="40"/>
      </w:pPr>
      <w:r>
        <w:t>Pray over BGMC-funded children’s ministry supplies, outreach equipment, and Christian education materials.</w:t>
      </w:r>
    </w:p>
    <w:p w14:paraId="57B8A417" w14:textId="77777777" w:rsidR="0055445A" w:rsidRDefault="00000000">
      <w:pPr>
        <w:pStyle w:val="ListBullet"/>
        <w:spacing w:after="40"/>
      </w:pPr>
      <w:r>
        <w:t>Pray for children’s homes receiving meals, beds, bicycles, school supplies, and playground equipment.</w:t>
      </w:r>
    </w:p>
    <w:p w14:paraId="617BDCBF" w14:textId="77777777" w:rsidR="0055445A" w:rsidRDefault="00000000">
      <w:pPr>
        <w:spacing w:before="160" w:after="40"/>
      </w:pPr>
      <w:r>
        <w:rPr>
          <w:b/>
          <w:color w:val="BB2333"/>
          <w:sz w:val="24"/>
        </w:rPr>
        <w:t>SCRIPTURES TO PRAY</w:t>
      </w:r>
    </w:p>
    <w:p w14:paraId="67D075C8" w14:textId="77777777" w:rsidR="0055445A" w:rsidRDefault="00000000">
      <w:pPr>
        <w:pStyle w:val="ListBullet"/>
        <w:spacing w:after="40"/>
      </w:pPr>
      <w:r>
        <w:t>Matthew 9:37–38 — Ask God to send more workers into the harvest.</w:t>
      </w:r>
    </w:p>
    <w:p w14:paraId="43437729" w14:textId="77777777" w:rsidR="0055445A" w:rsidRDefault="00000000">
      <w:pPr>
        <w:pStyle w:val="ListBullet"/>
        <w:spacing w:after="40"/>
      </w:pPr>
      <w:r>
        <w:t>Luke 18:16 — Pray that children will be welcomed and taught about Jesus.</w:t>
      </w:r>
    </w:p>
    <w:p w14:paraId="0E3F4341" w14:textId="77777777" w:rsidR="0055445A" w:rsidRDefault="00000000">
      <w:pPr>
        <w:pStyle w:val="ListBullet"/>
        <w:spacing w:after="40"/>
      </w:pPr>
      <w:r>
        <w:t>Romans 10:14–15 — Pray for those carrying the gospel to new communities.</w:t>
      </w:r>
    </w:p>
    <w:p w14:paraId="2C03C28C" w14:textId="77777777" w:rsidR="0055445A" w:rsidRDefault="00000000">
      <w:pPr>
        <w:pStyle w:val="ListBullet"/>
        <w:spacing w:after="40"/>
      </w:pPr>
      <w:r>
        <w:t>Colossians 4:3–4 — Pray for open doors and clear communication of the gospel.</w:t>
      </w:r>
    </w:p>
    <w:p w14:paraId="274B3599" w14:textId="77777777" w:rsidR="0055445A" w:rsidRDefault="00000000">
      <w:pPr>
        <w:spacing w:before="160" w:after="40"/>
      </w:pPr>
      <w:r>
        <w:rPr>
          <w:b/>
          <w:color w:val="BB2333"/>
          <w:sz w:val="24"/>
        </w:rPr>
        <w:t>A PRAYER FOR CAMBODIA</w:t>
      </w:r>
    </w:p>
    <w:p w14:paraId="0B540607" w14:textId="77777777" w:rsidR="0055445A" w:rsidRDefault="00000000">
      <w:r>
        <w:t>Father, thank You for the people of Cambodia. Strengthen missionaries, pastors, and believers as they share the love of Jesus. Bless the Bible schools and raise up new leaders to plant and shepherd churches. Protect children, provide for families in need, and help every ministry supported through BGMC share Your love with compassion and truth. Open hearts to the gospel and call a new generation to serve You. In Jesus’ name, amen.</w:t>
      </w:r>
    </w:p>
    <w:sectPr w:rsidR="0055445A"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FC33B" w14:textId="77777777" w:rsidR="00C62410" w:rsidRDefault="00C62410">
      <w:pPr>
        <w:spacing w:after="0" w:line="240" w:lineRule="auto"/>
      </w:pPr>
      <w:r>
        <w:separator/>
      </w:r>
    </w:p>
  </w:endnote>
  <w:endnote w:type="continuationSeparator" w:id="0">
    <w:p w14:paraId="6AED8350" w14:textId="77777777" w:rsidR="00C62410" w:rsidRDefault="00C6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2317" w14:textId="5FDABACB" w:rsidR="0055445A" w:rsidRDefault="0055445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86A1" w14:textId="77777777" w:rsidR="00C62410" w:rsidRDefault="00C62410">
      <w:pPr>
        <w:spacing w:after="0" w:line="240" w:lineRule="auto"/>
      </w:pPr>
      <w:r>
        <w:separator/>
      </w:r>
    </w:p>
  </w:footnote>
  <w:footnote w:type="continuationSeparator" w:id="0">
    <w:p w14:paraId="56BCC743" w14:textId="77777777" w:rsidR="00C62410" w:rsidRDefault="00C6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1516084">
    <w:abstractNumId w:val="8"/>
  </w:num>
  <w:num w:numId="2" w16cid:durableId="1596859102">
    <w:abstractNumId w:val="6"/>
  </w:num>
  <w:num w:numId="3" w16cid:durableId="377239949">
    <w:abstractNumId w:val="5"/>
  </w:num>
  <w:num w:numId="4" w16cid:durableId="162280459">
    <w:abstractNumId w:val="4"/>
  </w:num>
  <w:num w:numId="5" w16cid:durableId="581186015">
    <w:abstractNumId w:val="7"/>
  </w:num>
  <w:num w:numId="6" w16cid:durableId="1081609168">
    <w:abstractNumId w:val="3"/>
  </w:num>
  <w:num w:numId="7" w16cid:durableId="2007395223">
    <w:abstractNumId w:val="2"/>
  </w:num>
  <w:num w:numId="8" w16cid:durableId="1707409785">
    <w:abstractNumId w:val="1"/>
  </w:num>
  <w:num w:numId="9" w16cid:durableId="139705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B0B5E"/>
    <w:rsid w:val="0055445A"/>
    <w:rsid w:val="005843C4"/>
    <w:rsid w:val="00A77368"/>
    <w:rsid w:val="00AA1D8D"/>
    <w:rsid w:val="00B47730"/>
    <w:rsid w:val="00BD137F"/>
    <w:rsid w:val="00C6241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3BDB5"/>
  <w14:defaultImageDpi w14:val="300"/>
  <w15:docId w15:val="{DFD473A4-3DBF-4C83-A7F2-78306166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Stephanie Dossett</cp:lastModifiedBy>
  <cp:revision>4</cp:revision>
  <dcterms:created xsi:type="dcterms:W3CDTF">2013-12-23T23:15:00Z</dcterms:created>
  <dcterms:modified xsi:type="dcterms:W3CDTF">2026-11-02T20:12:00Z</dcterms:modified>
  <cp:category/>
</cp:coreProperties>
</file>