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E59E5" w14:textId="0BB5A870" w:rsidR="00712F4A" w:rsidRPr="009B34FF" w:rsidRDefault="009736CE" w:rsidP="00616400">
      <w:pPr>
        <w:pStyle w:val="Heading1"/>
        <w:jc w:val="center"/>
        <w:rPr>
          <w:rFonts w:cstheme="majorHAnsi"/>
          <w:color w:val="auto"/>
          <w:sz w:val="32"/>
          <w:szCs w:val="32"/>
        </w:rPr>
      </w:pPr>
      <w:r w:rsidRPr="009B34FF">
        <w:rPr>
          <w:rFonts w:cstheme="majorHAnsi"/>
          <w:color w:val="auto"/>
          <w:sz w:val="32"/>
          <w:szCs w:val="32"/>
        </w:rPr>
        <w:t>New</w:t>
      </w:r>
      <w:r w:rsidR="00527CD3" w:rsidRPr="009B34FF">
        <w:rPr>
          <w:rFonts w:cstheme="majorHAnsi"/>
          <w:color w:val="auto"/>
          <w:sz w:val="32"/>
          <w:szCs w:val="32"/>
        </w:rPr>
        <w:t xml:space="preserve"> Foundation</w:t>
      </w:r>
      <w:r w:rsidRPr="009B34FF">
        <w:rPr>
          <w:rFonts w:cstheme="majorHAnsi"/>
          <w:color w:val="auto"/>
          <w:sz w:val="32"/>
          <w:szCs w:val="32"/>
        </w:rPr>
        <w:t xml:space="preserve"> of Christ the King Evangelical Lutheran Church</w:t>
      </w:r>
    </w:p>
    <w:p w14:paraId="145BA832" w14:textId="028EBD83" w:rsidR="00712F4A" w:rsidRPr="007512DD" w:rsidRDefault="00527CD3">
      <w:pPr>
        <w:pStyle w:val="IntenseQuote"/>
        <w:rPr>
          <w:rFonts w:asciiTheme="majorHAnsi" w:hAnsiTheme="majorHAnsi" w:cstheme="majorHAnsi"/>
          <w:color w:val="000000" w:themeColor="text1"/>
          <w:sz w:val="28"/>
          <w:szCs w:val="28"/>
        </w:rPr>
      </w:pPr>
      <w:r w:rsidRPr="009B34FF">
        <w:rPr>
          <w:rFonts w:asciiTheme="majorHAnsi" w:hAnsiTheme="majorHAnsi" w:cstheme="majorHAnsi"/>
          <w:color w:val="auto"/>
          <w:sz w:val="28"/>
          <w:szCs w:val="28"/>
        </w:rPr>
        <w:t>Grant Request Form - Submission Deadline:</w:t>
      </w:r>
      <w:r w:rsidRPr="0044632C">
        <w:rPr>
          <w:rFonts w:asciiTheme="majorHAnsi" w:hAnsiTheme="majorHAnsi" w:cstheme="majorHAnsi"/>
          <w:color w:val="C00000"/>
          <w:sz w:val="28"/>
          <w:szCs w:val="28"/>
        </w:rPr>
        <w:t xml:space="preserve"> </w:t>
      </w:r>
      <w:r w:rsidR="0083603B" w:rsidRPr="0083603B">
        <w:rPr>
          <w:rFonts w:asciiTheme="majorHAnsi" w:hAnsiTheme="majorHAnsi" w:cstheme="majorHAnsi"/>
          <w:color w:val="000000" w:themeColor="text1"/>
          <w:sz w:val="28"/>
          <w:szCs w:val="28"/>
        </w:rPr>
        <w:t>12/31/2026</w:t>
      </w:r>
    </w:p>
    <w:p w14:paraId="7C961F30" w14:textId="04C78C28" w:rsidR="00616400" w:rsidRPr="009B34FF" w:rsidRDefault="005073AF" w:rsidP="00616400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Please read the Grant Guidelines before submitting a grant request.  C</w:t>
      </w:r>
      <w:r w:rsidR="00527CD3" w:rsidRPr="009B34FF">
        <w:rPr>
          <w:rFonts w:asciiTheme="majorHAnsi" w:hAnsiTheme="majorHAnsi" w:cstheme="majorHAnsi"/>
          <w:sz w:val="24"/>
          <w:szCs w:val="24"/>
        </w:rPr>
        <w:t xml:space="preserve">omplete all fields. Submit by email to: </w:t>
      </w:r>
      <w:r w:rsidR="009736CE" w:rsidRPr="00676AE6">
        <w:rPr>
          <w:rFonts w:asciiTheme="majorHAnsi" w:hAnsiTheme="majorHAnsi" w:cstheme="majorHAnsi"/>
          <w:sz w:val="24"/>
          <w:szCs w:val="24"/>
        </w:rPr>
        <w:t xml:space="preserve"> </w:t>
      </w:r>
      <w:hyperlink r:id="rId9" w:history="1">
        <w:r w:rsidR="009736CE" w:rsidRPr="00676AE6">
          <w:rPr>
            <w:rStyle w:val="Hyperlink"/>
            <w:rFonts w:asciiTheme="majorHAnsi" w:hAnsiTheme="majorHAnsi" w:cstheme="majorHAnsi"/>
            <w:sz w:val="24"/>
            <w:szCs w:val="24"/>
            <w:u w:val="none"/>
          </w:rPr>
          <w:t>ctk@ctkelc.org</w:t>
        </w:r>
      </w:hyperlink>
    </w:p>
    <w:p w14:paraId="7DB94CD3" w14:textId="06ACE611" w:rsidR="00B8171F" w:rsidRPr="00B8171F" w:rsidRDefault="00B8171F" w:rsidP="7E250D58">
      <w:pPr>
        <w:pStyle w:val="ListBullet"/>
        <w:numPr>
          <w:ilvl w:val="0"/>
          <w:numId w:val="0"/>
        </w:numPr>
        <w:rPr>
          <w:rFonts w:ascii="Calibri" w:hAnsi="Calibri" w:cs="Calibri"/>
          <w:sz w:val="28"/>
          <w:szCs w:val="28"/>
        </w:rPr>
      </w:pPr>
    </w:p>
    <w:p w14:paraId="63146D51" w14:textId="114242A7" w:rsidR="7E250D58" w:rsidRDefault="7E250D58" w:rsidP="7E250D58">
      <w:pPr>
        <w:pStyle w:val="ListBullet"/>
        <w:numPr>
          <w:ilvl w:val="0"/>
          <w:numId w:val="0"/>
        </w:numPr>
        <w:rPr>
          <w:rFonts w:ascii="Calibri" w:hAnsi="Calibri" w:cs="Calibri"/>
          <w:sz w:val="28"/>
          <w:szCs w:val="28"/>
        </w:rPr>
      </w:pPr>
    </w:p>
    <w:p w14:paraId="74A35254" w14:textId="54ACA16A" w:rsidR="00712F4A" w:rsidRPr="00B8171F" w:rsidRDefault="00527CD3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Date of Request:</w:t>
      </w:r>
    </w:p>
    <w:p w14:paraId="77B08F9E" w14:textId="77777777" w:rsidR="00B8171F" w:rsidRPr="00B8171F" w:rsidRDefault="00B8171F" w:rsidP="00B8171F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14:paraId="12472995" w14:textId="24DE1AA2" w:rsidR="00712F4A" w:rsidRPr="00B8171F" w:rsidRDefault="00527CD3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Applicant Name:</w:t>
      </w:r>
    </w:p>
    <w:p w14:paraId="07A533F8" w14:textId="77777777" w:rsidR="00B8171F" w:rsidRPr="00B8171F" w:rsidRDefault="00B8171F" w:rsidP="00B8171F">
      <w:pPr>
        <w:pStyle w:val="ListBullet"/>
        <w:numPr>
          <w:ilvl w:val="0"/>
          <w:numId w:val="0"/>
        </w:numPr>
        <w:rPr>
          <w:rFonts w:ascii="Calibri" w:hAnsi="Calibri" w:cs="Calibri"/>
          <w:sz w:val="28"/>
          <w:szCs w:val="28"/>
        </w:rPr>
      </w:pPr>
    </w:p>
    <w:p w14:paraId="236DAF18" w14:textId="36278586" w:rsidR="00712F4A" w:rsidRPr="00B8171F" w:rsidRDefault="00527CD3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Organization</w:t>
      </w:r>
      <w:r w:rsidR="00B8171F" w:rsidRPr="00B8171F">
        <w:rPr>
          <w:rFonts w:ascii="Calibri" w:hAnsi="Calibri" w:cs="Calibri"/>
          <w:sz w:val="28"/>
          <w:szCs w:val="28"/>
        </w:rPr>
        <w:t xml:space="preserve"> name </w:t>
      </w:r>
      <w:r w:rsidR="00B8171F" w:rsidRPr="007512DD">
        <w:rPr>
          <w:rFonts w:ascii="Calibri" w:hAnsi="Calibri" w:cs="Calibri"/>
          <w:color w:val="000000" w:themeColor="text1"/>
          <w:sz w:val="28"/>
          <w:szCs w:val="28"/>
        </w:rPr>
        <w:t>and mission</w:t>
      </w:r>
      <w:r w:rsidRPr="007512DD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Pr="00B8171F">
        <w:rPr>
          <w:rFonts w:ascii="Calibri" w:hAnsi="Calibri" w:cs="Calibri"/>
          <w:sz w:val="28"/>
          <w:szCs w:val="28"/>
        </w:rPr>
        <w:t>(if applicable):</w:t>
      </w:r>
    </w:p>
    <w:p w14:paraId="1D1465FD" w14:textId="1850A95C" w:rsidR="00B8171F" w:rsidRPr="00B8171F" w:rsidRDefault="00527CD3" w:rsidP="00F76E78">
      <w:pPr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br/>
      </w:r>
    </w:p>
    <w:p w14:paraId="3EA5FA89" w14:textId="77777777" w:rsidR="00B8171F" w:rsidRPr="00B8171F" w:rsidRDefault="00B8171F" w:rsidP="00B8171F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14:paraId="2729A067" w14:textId="77777777" w:rsidR="00B8171F" w:rsidRPr="00B8171F" w:rsidRDefault="00B8171F" w:rsidP="00B8171F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14:paraId="3CC0B77A" w14:textId="5A563193" w:rsidR="00712F4A" w:rsidRPr="00B8171F" w:rsidRDefault="00527CD3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Email Address</w:t>
      </w:r>
      <w:r w:rsidR="008119AE">
        <w:rPr>
          <w:rFonts w:ascii="Calibri" w:hAnsi="Calibri" w:cs="Calibri"/>
          <w:sz w:val="28"/>
          <w:szCs w:val="28"/>
        </w:rPr>
        <w:t xml:space="preserve"> of applicant</w:t>
      </w:r>
      <w:r w:rsidRPr="00B8171F">
        <w:rPr>
          <w:rFonts w:ascii="Calibri" w:hAnsi="Calibri" w:cs="Calibri"/>
          <w:sz w:val="28"/>
          <w:szCs w:val="28"/>
        </w:rPr>
        <w:t>:</w:t>
      </w:r>
    </w:p>
    <w:p w14:paraId="04E4F3F1" w14:textId="77777777" w:rsidR="00B8171F" w:rsidRPr="00B8171F" w:rsidRDefault="00B8171F" w:rsidP="00B8171F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14:paraId="5522C0A3" w14:textId="77777777" w:rsidR="007512DD" w:rsidRDefault="007512DD" w:rsidP="00F76E78">
      <w:pPr>
        <w:pStyle w:val="ListParagraph"/>
        <w:ind w:left="0"/>
        <w:rPr>
          <w:rFonts w:ascii="Calibri" w:hAnsi="Calibri" w:cs="Calibri"/>
          <w:sz w:val="28"/>
          <w:szCs w:val="28"/>
        </w:rPr>
      </w:pPr>
    </w:p>
    <w:p w14:paraId="58D9C330" w14:textId="3D74B4AC" w:rsidR="00B8171F" w:rsidRDefault="00527CD3" w:rsidP="00F76E78">
      <w:pPr>
        <w:pStyle w:val="ListBullet"/>
        <w:numPr>
          <w:ilvl w:val="0"/>
          <w:numId w:val="12"/>
        </w:numPr>
        <w:spacing w:after="0"/>
        <w:ind w:left="360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Phone Number:</w:t>
      </w:r>
    </w:p>
    <w:p w14:paraId="7D49B425" w14:textId="77777777" w:rsidR="006F5EFB" w:rsidRDefault="006F5EFB" w:rsidP="006F5EFB">
      <w:pPr>
        <w:pStyle w:val="ListBullet"/>
        <w:numPr>
          <w:ilvl w:val="0"/>
          <w:numId w:val="0"/>
        </w:numPr>
        <w:spacing w:after="0"/>
        <w:ind w:left="360"/>
        <w:rPr>
          <w:rFonts w:ascii="Calibri" w:hAnsi="Calibri" w:cs="Calibri"/>
          <w:sz w:val="28"/>
          <w:szCs w:val="28"/>
        </w:rPr>
      </w:pPr>
    </w:p>
    <w:p w14:paraId="32F61F28" w14:textId="1F87E451" w:rsidR="008119AE" w:rsidRPr="00B8171F" w:rsidRDefault="008119AE" w:rsidP="00B8171F">
      <w:pPr>
        <w:pStyle w:val="ListBulle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Website of entity, if any.</w:t>
      </w:r>
    </w:p>
    <w:p w14:paraId="6ABCC66F" w14:textId="77777777" w:rsidR="00B8171F" w:rsidRPr="00B8171F" w:rsidRDefault="00B8171F" w:rsidP="00B8171F">
      <w:pPr>
        <w:pStyle w:val="ListBullet"/>
        <w:numPr>
          <w:ilvl w:val="0"/>
          <w:numId w:val="0"/>
        </w:numPr>
        <w:rPr>
          <w:rFonts w:ascii="Calibri" w:hAnsi="Calibri" w:cs="Calibri"/>
          <w:sz w:val="28"/>
          <w:szCs w:val="28"/>
        </w:rPr>
      </w:pPr>
    </w:p>
    <w:p w14:paraId="610A0840" w14:textId="65E57292" w:rsidR="00FE0AD9" w:rsidRDefault="00B8171F" w:rsidP="00F76E78">
      <w:pPr>
        <w:pStyle w:val="ListBullet"/>
        <w:rPr>
          <w:rFonts w:ascii="Calibri" w:hAnsi="Calibri" w:cs="Calibri"/>
          <w:sz w:val="28"/>
          <w:szCs w:val="28"/>
        </w:rPr>
      </w:pPr>
      <w:r w:rsidRPr="00F76E78">
        <w:rPr>
          <w:rFonts w:ascii="Calibri" w:hAnsi="Calibri" w:cs="Calibri"/>
          <w:sz w:val="28"/>
          <w:szCs w:val="28"/>
        </w:rPr>
        <w:t>T</w:t>
      </w:r>
      <w:r w:rsidR="00527CD3" w:rsidRPr="00F76E78">
        <w:rPr>
          <w:rFonts w:ascii="Calibri" w:hAnsi="Calibri" w:cs="Calibri"/>
          <w:sz w:val="28"/>
          <w:szCs w:val="28"/>
        </w:rPr>
        <w:t>itle of Project or Purpose:</w:t>
      </w:r>
    </w:p>
    <w:p w14:paraId="446A1E21" w14:textId="77777777" w:rsidR="00F76E78" w:rsidRDefault="00F76E78" w:rsidP="00F76E78">
      <w:pPr>
        <w:pStyle w:val="ListBullet"/>
        <w:numPr>
          <w:ilvl w:val="0"/>
          <w:numId w:val="0"/>
        </w:numPr>
        <w:rPr>
          <w:rFonts w:ascii="Calibri" w:hAnsi="Calibri" w:cs="Calibri"/>
          <w:sz w:val="28"/>
          <w:szCs w:val="28"/>
        </w:rPr>
      </w:pPr>
    </w:p>
    <w:p w14:paraId="65895836" w14:textId="46586F67" w:rsidR="00FE0AD9" w:rsidRPr="007512DD" w:rsidRDefault="00FE0AD9" w:rsidP="00B8171F">
      <w:pPr>
        <w:pStyle w:val="ListBullet"/>
        <w:rPr>
          <w:rFonts w:ascii="Calibri" w:hAnsi="Calibri" w:cs="Calibri"/>
          <w:color w:val="000000" w:themeColor="text1"/>
          <w:sz w:val="28"/>
          <w:szCs w:val="28"/>
        </w:rPr>
      </w:pPr>
      <w:r w:rsidRPr="007512DD">
        <w:rPr>
          <w:rFonts w:ascii="Calibri" w:hAnsi="Calibri" w:cs="Calibri"/>
          <w:color w:val="000000" w:themeColor="text1"/>
          <w:sz w:val="28"/>
          <w:szCs w:val="28"/>
        </w:rPr>
        <w:t>Who will benefit from this grant:</w:t>
      </w:r>
    </w:p>
    <w:p w14:paraId="3E815691" w14:textId="77777777" w:rsidR="00B8171F" w:rsidRPr="00B8171F" w:rsidRDefault="00B8171F" w:rsidP="00B8171F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14:paraId="7487F635" w14:textId="0AA38711" w:rsidR="00712F4A" w:rsidRPr="00B8171F" w:rsidRDefault="00527CD3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Total Amount Requested:</w:t>
      </w:r>
    </w:p>
    <w:p w14:paraId="1B314CB7" w14:textId="77777777" w:rsidR="00B8171F" w:rsidRPr="00B8171F" w:rsidRDefault="00B8171F" w:rsidP="00B8171F">
      <w:pPr>
        <w:pStyle w:val="ListBullet"/>
        <w:numPr>
          <w:ilvl w:val="0"/>
          <w:numId w:val="0"/>
        </w:numPr>
        <w:ind w:left="360"/>
        <w:rPr>
          <w:rFonts w:ascii="Calibri" w:hAnsi="Calibri" w:cs="Calibri"/>
          <w:sz w:val="28"/>
          <w:szCs w:val="28"/>
        </w:rPr>
      </w:pPr>
    </w:p>
    <w:p w14:paraId="782B7E3F" w14:textId="55DB2F26" w:rsidR="00712F4A" w:rsidRPr="00B8171F" w:rsidRDefault="00527CD3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Brief Description of Project:</w:t>
      </w:r>
    </w:p>
    <w:p w14:paraId="37972BED" w14:textId="77777777" w:rsidR="00712F4A" w:rsidRPr="00B8171F" w:rsidRDefault="00527CD3">
      <w:pPr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br/>
      </w:r>
      <w:r w:rsidRPr="00B8171F">
        <w:rPr>
          <w:rFonts w:ascii="Calibri" w:hAnsi="Calibri" w:cs="Calibri"/>
          <w:sz w:val="28"/>
          <w:szCs w:val="28"/>
        </w:rPr>
        <w:br/>
      </w:r>
    </w:p>
    <w:p w14:paraId="3D7CF272" w14:textId="0DC34466" w:rsidR="00712F4A" w:rsidRPr="00B8171F" w:rsidRDefault="00527CD3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 xml:space="preserve">How does this proposal support the life and work of the </w:t>
      </w:r>
      <w:r w:rsidR="008119AE">
        <w:rPr>
          <w:rFonts w:ascii="Calibri" w:hAnsi="Calibri" w:cs="Calibri"/>
          <w:sz w:val="28"/>
          <w:szCs w:val="28"/>
        </w:rPr>
        <w:t>missional emphasis of Christ the King Lutheran Church</w:t>
      </w:r>
      <w:r w:rsidRPr="00B8171F">
        <w:rPr>
          <w:rFonts w:ascii="Calibri" w:hAnsi="Calibri" w:cs="Calibri"/>
          <w:sz w:val="28"/>
          <w:szCs w:val="28"/>
        </w:rPr>
        <w:t>?</w:t>
      </w:r>
    </w:p>
    <w:p w14:paraId="7D6DE6F6" w14:textId="77777777" w:rsidR="00712F4A" w:rsidRPr="00B8171F" w:rsidRDefault="00527CD3">
      <w:pPr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br/>
      </w:r>
      <w:r w:rsidRPr="00B8171F">
        <w:rPr>
          <w:rFonts w:ascii="Calibri" w:hAnsi="Calibri" w:cs="Calibri"/>
          <w:sz w:val="28"/>
          <w:szCs w:val="28"/>
        </w:rPr>
        <w:br/>
      </w:r>
    </w:p>
    <w:p w14:paraId="7C426C9D" w14:textId="77777777" w:rsidR="00712F4A" w:rsidRPr="00B8171F" w:rsidRDefault="00527CD3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What other resources (if any) will support this effort?</w:t>
      </w:r>
    </w:p>
    <w:p w14:paraId="1B4DCFFA" w14:textId="77777777" w:rsidR="00712F4A" w:rsidRPr="00B8171F" w:rsidRDefault="00527CD3">
      <w:pPr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br/>
      </w:r>
      <w:r w:rsidRPr="00B8171F">
        <w:rPr>
          <w:rFonts w:ascii="Calibri" w:hAnsi="Calibri" w:cs="Calibri"/>
          <w:sz w:val="28"/>
          <w:szCs w:val="28"/>
        </w:rPr>
        <w:br/>
      </w:r>
    </w:p>
    <w:p w14:paraId="69CCBC2B" w14:textId="17977249" w:rsidR="007512DD" w:rsidRDefault="00527CD3" w:rsidP="007512DD">
      <w:pPr>
        <w:pStyle w:val="ListBullet"/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Timeline for Use of Funds</w:t>
      </w:r>
    </w:p>
    <w:p w14:paraId="402ED8AB" w14:textId="77777777" w:rsidR="007512DD" w:rsidRDefault="007512DD" w:rsidP="007512DD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sz w:val="28"/>
          <w:szCs w:val="28"/>
        </w:rPr>
      </w:pPr>
    </w:p>
    <w:p w14:paraId="62213498" w14:textId="77777777" w:rsidR="007512DD" w:rsidRPr="007512DD" w:rsidRDefault="007512DD" w:rsidP="00F76E78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sz w:val="28"/>
          <w:szCs w:val="28"/>
        </w:rPr>
      </w:pPr>
    </w:p>
    <w:p w14:paraId="47FFF38A" w14:textId="77777777" w:rsidR="003A028E" w:rsidRPr="00B8171F" w:rsidRDefault="003A028E" w:rsidP="00F76E78">
      <w:pPr>
        <w:pStyle w:val="ListBullet"/>
        <w:numPr>
          <w:ilvl w:val="0"/>
          <w:numId w:val="0"/>
        </w:numPr>
        <w:ind w:left="360" w:hanging="360"/>
        <w:rPr>
          <w:rFonts w:ascii="Calibri" w:hAnsi="Calibri" w:cs="Calibri"/>
          <w:sz w:val="28"/>
          <w:szCs w:val="28"/>
        </w:rPr>
      </w:pPr>
    </w:p>
    <w:p w14:paraId="454F120D" w14:textId="7E4FFDCA" w:rsidR="00712F4A" w:rsidRPr="00B8171F" w:rsidRDefault="00EE10D5" w:rsidP="00F76E78">
      <w:pPr>
        <w:pStyle w:val="ListBullet"/>
        <w:numPr>
          <w:ilvl w:val="0"/>
          <w:numId w:val="11"/>
        </w:numPr>
        <w:spacing w:after="0"/>
        <w:ind w:left="36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You are required to submit a </w:t>
      </w:r>
      <w:proofErr w:type="gramStart"/>
      <w:r w:rsidR="008119AE">
        <w:rPr>
          <w:rFonts w:ascii="Calibri" w:hAnsi="Calibri" w:cs="Calibri"/>
          <w:sz w:val="28"/>
          <w:szCs w:val="28"/>
        </w:rPr>
        <w:t>follow</w:t>
      </w:r>
      <w:r w:rsidR="007512DD">
        <w:rPr>
          <w:rFonts w:ascii="Calibri" w:hAnsi="Calibri" w:cs="Calibri"/>
          <w:sz w:val="28"/>
          <w:szCs w:val="28"/>
        </w:rPr>
        <w:t xml:space="preserve"> </w:t>
      </w:r>
      <w:r w:rsidR="008119AE">
        <w:rPr>
          <w:rFonts w:ascii="Calibri" w:hAnsi="Calibri" w:cs="Calibri"/>
          <w:sz w:val="28"/>
          <w:szCs w:val="28"/>
        </w:rPr>
        <w:t>up</w:t>
      </w:r>
      <w:proofErr w:type="gramEnd"/>
      <w:r w:rsidR="008119AE">
        <w:rPr>
          <w:rFonts w:ascii="Calibri" w:hAnsi="Calibri" w:cs="Calibri"/>
          <w:sz w:val="28"/>
          <w:szCs w:val="28"/>
        </w:rPr>
        <w:t xml:space="preserve"> report with documentation</w:t>
      </w:r>
      <w:r>
        <w:rPr>
          <w:rFonts w:ascii="Calibri" w:hAnsi="Calibri" w:cs="Calibri"/>
          <w:sz w:val="28"/>
          <w:szCs w:val="28"/>
        </w:rPr>
        <w:t xml:space="preserve"> which may be </w:t>
      </w:r>
      <w:proofErr w:type="gramStart"/>
      <w:r>
        <w:rPr>
          <w:rFonts w:ascii="Calibri" w:hAnsi="Calibri" w:cs="Calibri"/>
          <w:sz w:val="28"/>
          <w:szCs w:val="28"/>
        </w:rPr>
        <w:t>used</w:t>
      </w:r>
      <w:r w:rsidR="008119AE">
        <w:rPr>
          <w:rFonts w:ascii="Calibri" w:hAnsi="Calibri" w:cs="Calibri"/>
          <w:sz w:val="28"/>
          <w:szCs w:val="28"/>
        </w:rPr>
        <w:t xml:space="preserve"> </w:t>
      </w:r>
      <w:r w:rsidR="008119AE" w:rsidRPr="007512DD">
        <w:rPr>
          <w:rFonts w:ascii="Calibri" w:hAnsi="Calibri" w:cs="Calibri"/>
          <w:color w:val="EE0000"/>
          <w:sz w:val="28"/>
          <w:szCs w:val="28"/>
        </w:rPr>
        <w:t xml:space="preserve"> </w:t>
      </w:r>
      <w:r w:rsidR="008119AE">
        <w:rPr>
          <w:rFonts w:ascii="Calibri" w:hAnsi="Calibri" w:cs="Calibri"/>
          <w:sz w:val="28"/>
          <w:szCs w:val="28"/>
        </w:rPr>
        <w:t>for</w:t>
      </w:r>
      <w:proofErr w:type="gramEnd"/>
      <w:r w:rsidR="008119AE">
        <w:rPr>
          <w:rFonts w:ascii="Calibri" w:hAnsi="Calibri" w:cs="Calibri"/>
          <w:sz w:val="28"/>
          <w:szCs w:val="28"/>
        </w:rPr>
        <w:t xml:space="preserve"> publicity</w:t>
      </w:r>
      <w:r>
        <w:rPr>
          <w:rFonts w:ascii="Calibri" w:hAnsi="Calibri" w:cs="Calibri"/>
          <w:sz w:val="28"/>
          <w:szCs w:val="28"/>
        </w:rPr>
        <w:t xml:space="preserve"> if you receive a grant. </w:t>
      </w:r>
      <w:r w:rsidR="00527CD3" w:rsidRPr="00B8171F">
        <w:rPr>
          <w:rFonts w:ascii="Calibri" w:hAnsi="Calibri" w:cs="Calibri"/>
          <w:sz w:val="28"/>
          <w:szCs w:val="28"/>
        </w:rPr>
        <w:br/>
      </w:r>
      <w:r w:rsidR="00527CD3" w:rsidRPr="00B8171F">
        <w:rPr>
          <w:rFonts w:ascii="Calibri" w:hAnsi="Calibri" w:cs="Calibri"/>
          <w:sz w:val="28"/>
          <w:szCs w:val="28"/>
        </w:rPr>
        <w:br/>
      </w:r>
    </w:p>
    <w:p w14:paraId="05746028" w14:textId="7B5A738A" w:rsidR="00712F4A" w:rsidRPr="00B8171F" w:rsidRDefault="00527CD3">
      <w:pPr>
        <w:rPr>
          <w:rFonts w:ascii="Calibri" w:hAnsi="Calibri" w:cs="Calibri"/>
          <w:sz w:val="28"/>
          <w:szCs w:val="28"/>
        </w:rPr>
      </w:pPr>
      <w:r w:rsidRPr="00B8171F">
        <w:rPr>
          <w:rFonts w:ascii="Calibri" w:hAnsi="Calibri" w:cs="Calibri"/>
          <w:sz w:val="28"/>
          <w:szCs w:val="28"/>
        </w:rPr>
        <w:t>Signature</w:t>
      </w:r>
      <w:proofErr w:type="gramStart"/>
      <w:r w:rsidRPr="00B8171F">
        <w:rPr>
          <w:rFonts w:ascii="Calibri" w:hAnsi="Calibri" w:cs="Calibri"/>
          <w:sz w:val="28"/>
          <w:szCs w:val="28"/>
        </w:rPr>
        <w:t xml:space="preserve">: ______________________________   Date: </w:t>
      </w:r>
      <w:proofErr w:type="gramEnd"/>
      <w:r w:rsidRPr="00B8171F">
        <w:rPr>
          <w:rFonts w:ascii="Calibri" w:hAnsi="Calibri" w:cs="Calibri"/>
          <w:sz w:val="28"/>
          <w:szCs w:val="28"/>
        </w:rPr>
        <w:t>_______________</w:t>
      </w:r>
    </w:p>
    <w:sectPr w:rsidR="00712F4A" w:rsidRPr="00B8171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73844B5"/>
    <w:multiLevelType w:val="hybridMultilevel"/>
    <w:tmpl w:val="0BF4CC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7EA6243"/>
    <w:multiLevelType w:val="hybridMultilevel"/>
    <w:tmpl w:val="BB2E5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D212BD"/>
    <w:multiLevelType w:val="hybridMultilevel"/>
    <w:tmpl w:val="08DC4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D2993"/>
    <w:multiLevelType w:val="hybridMultilevel"/>
    <w:tmpl w:val="64522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300462">
    <w:abstractNumId w:val="8"/>
  </w:num>
  <w:num w:numId="2" w16cid:durableId="1531723022">
    <w:abstractNumId w:val="6"/>
  </w:num>
  <w:num w:numId="3" w16cid:durableId="2084446265">
    <w:abstractNumId w:val="5"/>
  </w:num>
  <w:num w:numId="4" w16cid:durableId="1385984966">
    <w:abstractNumId w:val="4"/>
  </w:num>
  <w:num w:numId="5" w16cid:durableId="1821114433">
    <w:abstractNumId w:val="7"/>
  </w:num>
  <w:num w:numId="6" w16cid:durableId="18287487">
    <w:abstractNumId w:val="3"/>
  </w:num>
  <w:num w:numId="7" w16cid:durableId="1842817403">
    <w:abstractNumId w:val="2"/>
  </w:num>
  <w:num w:numId="8" w16cid:durableId="893472398">
    <w:abstractNumId w:val="1"/>
  </w:num>
  <w:num w:numId="9" w16cid:durableId="1476682566">
    <w:abstractNumId w:val="0"/>
  </w:num>
  <w:num w:numId="10" w16cid:durableId="1316371478">
    <w:abstractNumId w:val="11"/>
  </w:num>
  <w:num w:numId="11" w16cid:durableId="1483502371">
    <w:abstractNumId w:val="10"/>
  </w:num>
  <w:num w:numId="12" w16cid:durableId="1570992961">
    <w:abstractNumId w:val="9"/>
  </w:num>
  <w:num w:numId="13" w16cid:durableId="9809606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FE9"/>
    <w:rsid w:val="00034616"/>
    <w:rsid w:val="0006063C"/>
    <w:rsid w:val="000D46DB"/>
    <w:rsid w:val="0015074B"/>
    <w:rsid w:val="001F09A6"/>
    <w:rsid w:val="002576CE"/>
    <w:rsid w:val="00257BDD"/>
    <w:rsid w:val="002615D9"/>
    <w:rsid w:val="0029639D"/>
    <w:rsid w:val="002C067C"/>
    <w:rsid w:val="00326F90"/>
    <w:rsid w:val="003A028E"/>
    <w:rsid w:val="003C5766"/>
    <w:rsid w:val="003F13A5"/>
    <w:rsid w:val="0044632C"/>
    <w:rsid w:val="004B05C5"/>
    <w:rsid w:val="005073AF"/>
    <w:rsid w:val="00527CD3"/>
    <w:rsid w:val="0057615A"/>
    <w:rsid w:val="005C3264"/>
    <w:rsid w:val="00616400"/>
    <w:rsid w:val="00626EFE"/>
    <w:rsid w:val="00646B94"/>
    <w:rsid w:val="00673C5F"/>
    <w:rsid w:val="00676AE6"/>
    <w:rsid w:val="006944D6"/>
    <w:rsid w:val="006E3D21"/>
    <w:rsid w:val="006F5EFB"/>
    <w:rsid w:val="00712F4A"/>
    <w:rsid w:val="007512DD"/>
    <w:rsid w:val="007B333C"/>
    <w:rsid w:val="007F3897"/>
    <w:rsid w:val="008119AE"/>
    <w:rsid w:val="00833586"/>
    <w:rsid w:val="0083603B"/>
    <w:rsid w:val="008A3961"/>
    <w:rsid w:val="009263DD"/>
    <w:rsid w:val="0093229E"/>
    <w:rsid w:val="009736CE"/>
    <w:rsid w:val="009B34FF"/>
    <w:rsid w:val="009B3FD6"/>
    <w:rsid w:val="00A310C3"/>
    <w:rsid w:val="00A4160B"/>
    <w:rsid w:val="00AA1D8D"/>
    <w:rsid w:val="00B47730"/>
    <w:rsid w:val="00B8171F"/>
    <w:rsid w:val="00C419CD"/>
    <w:rsid w:val="00CB0664"/>
    <w:rsid w:val="00D328BA"/>
    <w:rsid w:val="00D77B5D"/>
    <w:rsid w:val="00DF40DB"/>
    <w:rsid w:val="00E125D7"/>
    <w:rsid w:val="00E335F3"/>
    <w:rsid w:val="00EE10D5"/>
    <w:rsid w:val="00F35411"/>
    <w:rsid w:val="00F76E78"/>
    <w:rsid w:val="00F80390"/>
    <w:rsid w:val="00FC693F"/>
    <w:rsid w:val="00FD14EB"/>
    <w:rsid w:val="00FE0AD9"/>
    <w:rsid w:val="7E25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8E997E"/>
  <w14:defaultImageDpi w14:val="300"/>
  <w15:docId w15:val="{17D55619-86AD-47D6-9BFA-F7A9C8252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164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40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119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ctk@ctkel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38118f-2103-45bf-bae4-9ae7cd0b4f24">
      <Terms xmlns="http://schemas.microsoft.com/office/infopath/2007/PartnerControls"/>
    </lcf76f155ced4ddcb4097134ff3c332f>
    <TaxCatchAll xmlns="df3ab679-b0d8-4006-8b6f-cb88ddef608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0BD96B034529499ECF3B04DBC4B47B" ma:contentTypeVersion="18" ma:contentTypeDescription="Create a new document." ma:contentTypeScope="" ma:versionID="e467661f4a3d7c473d7107efc58a0cd4">
  <xsd:schema xmlns:xsd="http://www.w3.org/2001/XMLSchema" xmlns:xs="http://www.w3.org/2001/XMLSchema" xmlns:p="http://schemas.microsoft.com/office/2006/metadata/properties" xmlns:ns2="5938118f-2103-45bf-bae4-9ae7cd0b4f24" xmlns:ns3="df3ab679-b0d8-4006-8b6f-cb88ddef6083" targetNamespace="http://schemas.microsoft.com/office/2006/metadata/properties" ma:root="true" ma:fieldsID="f86579ddb3f595f6e1ddd00ede8a5509" ns2:_="" ns3:_="">
    <xsd:import namespace="5938118f-2103-45bf-bae4-9ae7cd0b4f24"/>
    <xsd:import namespace="df3ab679-b0d8-4006-8b6f-cb88ddef60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8118f-2103-45bf-bae4-9ae7cd0b4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e6cba6-4c5f-4ba3-b4ca-abda897b1d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ab679-b0d8-4006-8b6f-cb88ddef608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35858b-3f9d-41ee-9e82-3670a51e15d5}" ma:internalName="TaxCatchAll" ma:showField="CatchAllData" ma:web="df3ab679-b0d8-4006-8b6f-cb88ddef60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D281CB-1CA9-4EEF-AFEE-FD99E1DA27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C8673D-475E-4C9D-B6FC-815B4FC63D39}">
  <ds:schemaRefs>
    <ds:schemaRef ds:uri="http://schemas.microsoft.com/office/2006/metadata/properties"/>
    <ds:schemaRef ds:uri="http://schemas.microsoft.com/office/infopath/2007/PartnerControls"/>
    <ds:schemaRef ds:uri="5938118f-2103-45bf-bae4-9ae7cd0b4f24"/>
    <ds:schemaRef ds:uri="df3ab679-b0d8-4006-8b6f-cb88ddef6083"/>
  </ds:schemaRefs>
</ds:datastoreItem>
</file>

<file path=customXml/itemProps4.xml><?xml version="1.0" encoding="utf-8"?>
<ds:datastoreItem xmlns:ds="http://schemas.openxmlformats.org/officeDocument/2006/customXml" ds:itemID="{F921E0E3-7CAD-4945-8559-4600C8F10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38118f-2103-45bf-bae4-9ae7cd0b4f24"/>
    <ds:schemaRef ds:uri="df3ab679-b0d8-4006-8b6f-cb88ddef60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813</Characters>
  <Application>Microsoft Office Word</Application>
  <DocSecurity>0</DocSecurity>
  <Lines>6</Lines>
  <Paragraphs>1</Paragraphs>
  <ScaleCrop>false</ScaleCrop>
  <Manager/>
  <Company/>
  <LinksUpToDate>false</LinksUpToDate>
  <CharactersWithSpaces>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Nicholas Ozden</cp:lastModifiedBy>
  <cp:revision>2</cp:revision>
  <dcterms:created xsi:type="dcterms:W3CDTF">2026-10-20T16:46:00Z</dcterms:created>
  <dcterms:modified xsi:type="dcterms:W3CDTF">2026-10-20T16:46:00Z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0x0101002C0BD96B034529499ECF3B04DBC4B47B</vt:lpwstr>
  </property>
</Properties>
</file>