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21F4" w14:textId="77777777" w:rsidR="00A04F68" w:rsidRPr="003309B7" w:rsidRDefault="00A04F68" w:rsidP="00A04F68">
      <w:pPr>
        <w:spacing w:after="0" w:line="240" w:lineRule="auto"/>
        <w:jc w:val="center"/>
        <w:rPr>
          <w:rFonts w:ascii="Arial" w:hAnsi="Arial" w:cs="Arial"/>
          <w:b/>
          <w:bCs/>
          <w:szCs w:val="24"/>
        </w:rPr>
      </w:pPr>
      <w:r w:rsidRPr="003309B7">
        <w:rPr>
          <w:rFonts w:ascii="Arial" w:hAnsi="Arial" w:cs="Arial"/>
          <w:b/>
          <w:bCs/>
          <w:szCs w:val="24"/>
        </w:rPr>
        <w:t>The Singing Servant: The Maker is your Husband</w:t>
      </w:r>
    </w:p>
    <w:p w14:paraId="5D2148D5" w14:textId="77777777" w:rsidR="00A04F68" w:rsidRPr="003309B7" w:rsidRDefault="00A04F68" w:rsidP="00A04F68">
      <w:pPr>
        <w:spacing w:after="0" w:line="240" w:lineRule="auto"/>
        <w:jc w:val="center"/>
        <w:rPr>
          <w:rFonts w:ascii="Arial" w:hAnsi="Arial" w:cs="Arial"/>
          <w:szCs w:val="24"/>
        </w:rPr>
      </w:pPr>
      <w:r w:rsidRPr="003309B7">
        <w:rPr>
          <w:rFonts w:ascii="Arial" w:hAnsi="Arial" w:cs="Arial"/>
          <w:szCs w:val="24"/>
        </w:rPr>
        <w:t>Isaiah 54:1-10</w:t>
      </w:r>
    </w:p>
    <w:p w14:paraId="60F4003F" w14:textId="77777777" w:rsidR="00A04F68" w:rsidRPr="003309B7" w:rsidRDefault="00A04F68" w:rsidP="00A04F68">
      <w:pPr>
        <w:spacing w:after="0" w:line="240" w:lineRule="auto"/>
        <w:jc w:val="center"/>
        <w:rPr>
          <w:rFonts w:ascii="Arial" w:hAnsi="Arial" w:cs="Arial"/>
          <w:szCs w:val="24"/>
        </w:rPr>
      </w:pPr>
      <w:r w:rsidRPr="003309B7">
        <w:rPr>
          <w:rFonts w:ascii="Arial" w:hAnsi="Arial" w:cs="Arial"/>
          <w:szCs w:val="24"/>
        </w:rPr>
        <w:t>Oct 4, 2026</w:t>
      </w:r>
    </w:p>
    <w:p w14:paraId="0BBA6E2C" w14:textId="77777777" w:rsidR="00A04F68" w:rsidRPr="003309B7" w:rsidRDefault="00A04F68" w:rsidP="00A04F68">
      <w:pPr>
        <w:spacing w:after="0" w:line="240" w:lineRule="auto"/>
        <w:jc w:val="center"/>
        <w:rPr>
          <w:rFonts w:ascii="Arial" w:hAnsi="Arial" w:cs="Arial"/>
          <w:szCs w:val="24"/>
        </w:rPr>
      </w:pPr>
      <w:r w:rsidRPr="003309B7">
        <w:rPr>
          <w:rFonts w:ascii="Arial" w:hAnsi="Arial" w:cs="Arial"/>
          <w:szCs w:val="24"/>
        </w:rPr>
        <w:t>Dan Hoffman</w:t>
      </w:r>
    </w:p>
    <w:p w14:paraId="3179B4B4" w14:textId="77777777" w:rsidR="00A04F68" w:rsidRPr="003309B7" w:rsidRDefault="00A04F68">
      <w:pPr>
        <w:rPr>
          <w:rFonts w:ascii="Arial" w:hAnsi="Arial" w:cs="Arial"/>
          <w:szCs w:val="24"/>
        </w:rPr>
      </w:pPr>
    </w:p>
    <w:p w14:paraId="28718C3F" w14:textId="3BA403AA" w:rsidR="00E92262" w:rsidRPr="003309B7" w:rsidRDefault="00E44C64">
      <w:pPr>
        <w:rPr>
          <w:rFonts w:ascii="Arial" w:hAnsi="Arial" w:cs="Arial"/>
          <w:szCs w:val="24"/>
        </w:rPr>
      </w:pPr>
      <w:r w:rsidRPr="003309B7">
        <w:rPr>
          <w:rFonts w:ascii="Arial" w:hAnsi="Arial" w:cs="Arial"/>
          <w:szCs w:val="24"/>
        </w:rPr>
        <w:t>In 1901, a young British woman named Mildred Cable was preparing to travel to China as a missionary. But there was a problem. Mildred was engaged to be married.</w:t>
      </w:r>
      <w:r w:rsidR="00AC6B65">
        <w:rPr>
          <w:rFonts w:ascii="Arial" w:hAnsi="Arial" w:cs="Arial"/>
          <w:szCs w:val="24"/>
        </w:rPr>
        <w:t xml:space="preserve">  And while initially h</w:t>
      </w:r>
      <w:r w:rsidRPr="003309B7">
        <w:rPr>
          <w:rFonts w:ascii="Arial" w:hAnsi="Arial" w:cs="Arial"/>
          <w:szCs w:val="24"/>
        </w:rPr>
        <w:t xml:space="preserve">er fiancé had been interested in becoming a missionary </w:t>
      </w:r>
      <w:r w:rsidR="008F4ABC">
        <w:rPr>
          <w:rFonts w:ascii="Arial" w:hAnsi="Arial" w:cs="Arial"/>
          <w:szCs w:val="24"/>
        </w:rPr>
        <w:t>too</w:t>
      </w:r>
      <w:r w:rsidRPr="003309B7">
        <w:rPr>
          <w:rFonts w:ascii="Arial" w:hAnsi="Arial" w:cs="Arial"/>
          <w:szCs w:val="24"/>
        </w:rPr>
        <w:t>,</w:t>
      </w:r>
      <w:r w:rsidR="008F4ABC">
        <w:rPr>
          <w:rFonts w:ascii="Arial" w:hAnsi="Arial" w:cs="Arial"/>
          <w:szCs w:val="24"/>
        </w:rPr>
        <w:t xml:space="preserve"> he </w:t>
      </w:r>
      <w:r w:rsidRPr="003309B7">
        <w:rPr>
          <w:rFonts w:ascii="Arial" w:hAnsi="Arial" w:cs="Arial"/>
          <w:szCs w:val="24"/>
        </w:rPr>
        <w:t>changed his mind and gave her a choice: she could marry him, or she could go to China.</w:t>
      </w:r>
      <w:r w:rsidR="00312899" w:rsidRPr="003309B7">
        <w:rPr>
          <w:rFonts w:ascii="Arial" w:hAnsi="Arial" w:cs="Arial"/>
          <w:szCs w:val="24"/>
        </w:rPr>
        <w:t xml:space="preserve">  </w:t>
      </w:r>
      <w:r w:rsidR="008F4ABC">
        <w:rPr>
          <w:rFonts w:ascii="Arial" w:hAnsi="Arial" w:cs="Arial"/>
          <w:szCs w:val="24"/>
        </w:rPr>
        <w:t>N</w:t>
      </w:r>
      <w:r w:rsidR="00312899" w:rsidRPr="003309B7">
        <w:rPr>
          <w:rFonts w:ascii="Arial" w:hAnsi="Arial" w:cs="Arial"/>
          <w:szCs w:val="24"/>
        </w:rPr>
        <w:t>ot both.</w:t>
      </w:r>
    </w:p>
    <w:p w14:paraId="5822824C" w14:textId="4A2671B9" w:rsidR="00E92262" w:rsidRPr="003309B7" w:rsidRDefault="00E44C64">
      <w:pPr>
        <w:rPr>
          <w:rFonts w:ascii="Arial" w:hAnsi="Arial" w:cs="Arial"/>
          <w:szCs w:val="24"/>
        </w:rPr>
      </w:pPr>
      <w:r w:rsidRPr="003309B7">
        <w:rPr>
          <w:rFonts w:ascii="Arial" w:hAnsi="Arial" w:cs="Arial"/>
          <w:bCs/>
          <w:szCs w:val="24"/>
        </w:rPr>
        <w:t>Mildred chose China.</w:t>
      </w:r>
      <w:r w:rsidR="00312899" w:rsidRPr="003309B7">
        <w:rPr>
          <w:rFonts w:ascii="Arial" w:hAnsi="Arial" w:cs="Arial"/>
          <w:bCs/>
          <w:szCs w:val="24"/>
        </w:rPr>
        <w:t xml:space="preserve">  </w:t>
      </w:r>
      <w:r w:rsidRPr="003309B7">
        <w:rPr>
          <w:rFonts w:ascii="Arial" w:hAnsi="Arial" w:cs="Arial"/>
          <w:szCs w:val="24"/>
        </w:rPr>
        <w:t xml:space="preserve">She boarded a ship, sailed halfway around the world, and never married. </w:t>
      </w:r>
      <w:r w:rsidR="00312899" w:rsidRPr="003309B7">
        <w:rPr>
          <w:rFonts w:ascii="Arial" w:hAnsi="Arial" w:cs="Arial"/>
          <w:szCs w:val="24"/>
        </w:rPr>
        <w:t>She</w:t>
      </w:r>
      <w:r w:rsidRPr="003309B7">
        <w:rPr>
          <w:rFonts w:ascii="Arial" w:hAnsi="Arial" w:cs="Arial"/>
          <w:szCs w:val="24"/>
        </w:rPr>
        <w:t xml:space="preserve"> never had children of her own.</w:t>
      </w:r>
      <w:r w:rsidR="00312899" w:rsidRPr="003309B7">
        <w:rPr>
          <w:rFonts w:ascii="Arial" w:hAnsi="Arial" w:cs="Arial"/>
          <w:szCs w:val="24"/>
        </w:rPr>
        <w:t xml:space="preserve"> </w:t>
      </w:r>
      <w:r w:rsidRPr="003309B7">
        <w:rPr>
          <w:rFonts w:ascii="Arial" w:hAnsi="Arial" w:cs="Arial"/>
          <w:szCs w:val="24"/>
        </w:rPr>
        <w:t xml:space="preserve"> And that’s a significant sacrifice.</w:t>
      </w:r>
      <w:r w:rsidR="00312899" w:rsidRPr="003309B7">
        <w:rPr>
          <w:rFonts w:ascii="Arial" w:hAnsi="Arial" w:cs="Arial"/>
          <w:szCs w:val="24"/>
        </w:rPr>
        <w:t xml:space="preserve">  </w:t>
      </w:r>
      <w:r w:rsidRPr="003309B7">
        <w:rPr>
          <w:rFonts w:ascii="Arial" w:hAnsi="Arial" w:cs="Arial"/>
          <w:szCs w:val="24"/>
        </w:rPr>
        <w:t>I wonder if there were moments when she thought about the life she had given up—the husband she might have grown old beside, the family she might have held.</w:t>
      </w:r>
    </w:p>
    <w:p w14:paraId="37E0FEE1" w14:textId="3E0EBC3E" w:rsidR="00E92262" w:rsidRPr="003309B7" w:rsidRDefault="00E44C64">
      <w:pPr>
        <w:rPr>
          <w:rFonts w:ascii="Arial" w:hAnsi="Arial" w:cs="Arial"/>
          <w:szCs w:val="24"/>
        </w:rPr>
      </w:pPr>
      <w:r w:rsidRPr="003309B7">
        <w:rPr>
          <w:rFonts w:ascii="Arial" w:hAnsi="Arial" w:cs="Arial"/>
          <w:szCs w:val="24"/>
        </w:rPr>
        <w:t>Whether she had those thoughts or not, Mildred’s life was not empty.</w:t>
      </w:r>
      <w:r w:rsidR="00CF348A" w:rsidRPr="003309B7">
        <w:rPr>
          <w:rStyle w:val="FootnoteReference"/>
          <w:rFonts w:ascii="Arial" w:hAnsi="Arial" w:cs="Arial"/>
          <w:szCs w:val="24"/>
        </w:rPr>
        <w:footnoteReference w:id="1"/>
      </w:r>
    </w:p>
    <w:p w14:paraId="746D2D60" w14:textId="663BE47C" w:rsidR="00312899" w:rsidRPr="003309B7" w:rsidRDefault="00312899">
      <w:pPr>
        <w:rPr>
          <w:rFonts w:ascii="Arial" w:hAnsi="Arial" w:cs="Arial"/>
          <w:szCs w:val="24"/>
        </w:rPr>
      </w:pPr>
      <w:r w:rsidRPr="003309B7">
        <w:rPr>
          <w:rFonts w:ascii="Arial" w:hAnsi="Arial" w:cs="Arial"/>
          <w:szCs w:val="24"/>
        </w:rPr>
        <w:t>…</w:t>
      </w:r>
    </w:p>
    <w:p w14:paraId="4D9ED913" w14:textId="221B6625" w:rsidR="00E92262" w:rsidRPr="003309B7" w:rsidRDefault="009367C7">
      <w:pPr>
        <w:rPr>
          <w:rFonts w:ascii="Arial" w:hAnsi="Arial" w:cs="Arial"/>
          <w:szCs w:val="24"/>
        </w:rPr>
      </w:pPr>
      <w:r>
        <w:rPr>
          <w:rFonts w:ascii="Arial" w:hAnsi="Arial" w:cs="Arial"/>
          <w:szCs w:val="24"/>
        </w:rPr>
        <w:t>We’re back in Isaiah and looking at this mysterious</w:t>
      </w:r>
      <w:r w:rsidR="00E44C64" w:rsidRPr="003309B7">
        <w:rPr>
          <w:rFonts w:ascii="Arial" w:hAnsi="Arial" w:cs="Arial"/>
          <w:szCs w:val="24"/>
        </w:rPr>
        <w:t xml:space="preserve"> figure called the Servant of the Lord who is bringing salvation to the world. </w:t>
      </w:r>
      <w:r w:rsidR="00312899" w:rsidRPr="003309B7">
        <w:rPr>
          <w:rFonts w:ascii="Arial" w:hAnsi="Arial" w:cs="Arial"/>
          <w:szCs w:val="24"/>
        </w:rPr>
        <w:t xml:space="preserve"> </w:t>
      </w:r>
      <w:r w:rsidR="00E44C64" w:rsidRPr="003309B7">
        <w:rPr>
          <w:rFonts w:ascii="Arial" w:hAnsi="Arial" w:cs="Arial"/>
          <w:szCs w:val="24"/>
        </w:rPr>
        <w:t xml:space="preserve">And the New Testament identifies </w:t>
      </w:r>
      <w:r>
        <w:rPr>
          <w:rFonts w:ascii="Arial" w:hAnsi="Arial" w:cs="Arial"/>
          <w:szCs w:val="24"/>
        </w:rPr>
        <w:t>Him</w:t>
      </w:r>
      <w:r w:rsidR="00E44C64" w:rsidRPr="003309B7">
        <w:rPr>
          <w:rFonts w:ascii="Arial" w:hAnsi="Arial" w:cs="Arial"/>
          <w:szCs w:val="24"/>
        </w:rPr>
        <w:t xml:space="preserve"> as Jesus.</w:t>
      </w:r>
    </w:p>
    <w:p w14:paraId="53A5558C" w14:textId="620B2752" w:rsidR="00E92262" w:rsidRPr="003309B7" w:rsidRDefault="00235252">
      <w:pPr>
        <w:rPr>
          <w:rFonts w:ascii="Arial" w:hAnsi="Arial" w:cs="Arial"/>
          <w:szCs w:val="24"/>
        </w:rPr>
      </w:pPr>
      <w:r>
        <w:rPr>
          <w:rFonts w:ascii="Arial" w:hAnsi="Arial" w:cs="Arial"/>
          <w:szCs w:val="24"/>
        </w:rPr>
        <w:t>And y</w:t>
      </w:r>
      <w:r w:rsidR="00E44C64" w:rsidRPr="003309B7">
        <w:rPr>
          <w:rFonts w:ascii="Arial" w:hAnsi="Arial" w:cs="Arial"/>
          <w:szCs w:val="24"/>
        </w:rPr>
        <w:t xml:space="preserve">esterday </w:t>
      </w:r>
      <w:r>
        <w:rPr>
          <w:rFonts w:ascii="Arial" w:hAnsi="Arial" w:cs="Arial"/>
          <w:szCs w:val="24"/>
        </w:rPr>
        <w:t xml:space="preserve">Brad led us through </w:t>
      </w:r>
      <w:r w:rsidR="00E44C64" w:rsidRPr="003309B7">
        <w:rPr>
          <w:rFonts w:ascii="Arial" w:hAnsi="Arial" w:cs="Arial"/>
          <w:szCs w:val="24"/>
        </w:rPr>
        <w:t>Isaiah 53, which is really the central text in this series:</w:t>
      </w:r>
      <w:r w:rsidR="00312899" w:rsidRPr="003309B7">
        <w:rPr>
          <w:rFonts w:ascii="Arial" w:hAnsi="Arial" w:cs="Arial"/>
          <w:szCs w:val="24"/>
        </w:rPr>
        <w:t xml:space="preserve"> </w:t>
      </w:r>
      <w:r w:rsidR="00E44C64" w:rsidRPr="003309B7">
        <w:rPr>
          <w:rFonts w:ascii="Arial" w:hAnsi="Arial" w:cs="Arial"/>
          <w:i/>
          <w:szCs w:val="24"/>
        </w:rPr>
        <w:t>“He was pierced for our transgressions and crushed for our iniquities; the punishment that brought us peace was on Him.”</w:t>
      </w:r>
      <w:r w:rsidR="00312899" w:rsidRPr="003309B7">
        <w:rPr>
          <w:rFonts w:ascii="Arial" w:hAnsi="Arial" w:cs="Arial"/>
          <w:i/>
          <w:szCs w:val="24"/>
        </w:rPr>
        <w:t xml:space="preserve">  </w:t>
      </w:r>
      <w:r w:rsidR="00E44C64" w:rsidRPr="003309B7">
        <w:rPr>
          <w:rFonts w:ascii="Arial" w:hAnsi="Arial" w:cs="Arial"/>
          <w:szCs w:val="24"/>
        </w:rPr>
        <w:t>That’s Jesus.</w:t>
      </w:r>
    </w:p>
    <w:p w14:paraId="08CFADE9" w14:textId="12E3A52B" w:rsidR="00E92262" w:rsidRPr="003309B7" w:rsidRDefault="00235252">
      <w:pPr>
        <w:rPr>
          <w:rFonts w:ascii="Arial" w:hAnsi="Arial" w:cs="Arial"/>
          <w:szCs w:val="24"/>
        </w:rPr>
      </w:pPr>
      <w:r>
        <w:rPr>
          <w:rFonts w:ascii="Arial" w:hAnsi="Arial" w:cs="Arial"/>
          <w:szCs w:val="24"/>
        </w:rPr>
        <w:t>But t</w:t>
      </w:r>
      <w:r w:rsidR="00E44C64" w:rsidRPr="003309B7">
        <w:rPr>
          <w:rFonts w:ascii="Arial" w:hAnsi="Arial" w:cs="Arial"/>
          <w:szCs w:val="24"/>
        </w:rPr>
        <w:t xml:space="preserve">oday we move </w:t>
      </w:r>
      <w:r>
        <w:rPr>
          <w:rFonts w:ascii="Arial" w:hAnsi="Arial" w:cs="Arial"/>
          <w:szCs w:val="24"/>
        </w:rPr>
        <w:t xml:space="preserve">past that </w:t>
      </w:r>
      <w:r w:rsidR="00E44C64" w:rsidRPr="003309B7">
        <w:rPr>
          <w:rFonts w:ascii="Arial" w:hAnsi="Arial" w:cs="Arial"/>
          <w:szCs w:val="24"/>
        </w:rPr>
        <w:t>into the very next chapter, Isaiah 54.</w:t>
      </w:r>
      <w:r w:rsidR="00312899" w:rsidRPr="003309B7">
        <w:rPr>
          <w:rFonts w:ascii="Arial" w:hAnsi="Arial" w:cs="Arial"/>
          <w:szCs w:val="24"/>
        </w:rPr>
        <w:t xml:space="preserve"> </w:t>
      </w:r>
      <w:r w:rsidR="00E44C64" w:rsidRPr="003309B7">
        <w:rPr>
          <w:rFonts w:ascii="Arial" w:hAnsi="Arial" w:cs="Arial"/>
          <w:szCs w:val="24"/>
        </w:rPr>
        <w:t xml:space="preserve"> And what we get is an incredible picture of what happens because of the sacrifice of the Servant.</w:t>
      </w:r>
    </w:p>
    <w:p w14:paraId="7DE8FF89" w14:textId="5510E730" w:rsidR="00446621" w:rsidRDefault="00312899">
      <w:pPr>
        <w:rPr>
          <w:rFonts w:ascii="Arial" w:hAnsi="Arial" w:cs="Arial"/>
          <w:szCs w:val="24"/>
        </w:rPr>
      </w:pPr>
      <w:r w:rsidRPr="003309B7">
        <w:rPr>
          <w:rFonts w:ascii="Arial" w:hAnsi="Arial" w:cs="Arial"/>
          <w:szCs w:val="24"/>
        </w:rPr>
        <w:t>So in this chapter we are going to meet</w:t>
      </w:r>
      <w:r w:rsidR="00E44C64" w:rsidRPr="003309B7">
        <w:rPr>
          <w:rFonts w:ascii="Arial" w:hAnsi="Arial" w:cs="Arial"/>
          <w:szCs w:val="24"/>
        </w:rPr>
        <w:t xml:space="preserve"> two women.</w:t>
      </w:r>
      <w:r w:rsidRPr="003309B7">
        <w:rPr>
          <w:rFonts w:ascii="Arial" w:hAnsi="Arial" w:cs="Arial"/>
          <w:szCs w:val="24"/>
        </w:rPr>
        <w:t xml:space="preserve">  </w:t>
      </w:r>
      <w:r w:rsidR="00E44C64" w:rsidRPr="003309B7">
        <w:rPr>
          <w:rFonts w:ascii="Arial" w:hAnsi="Arial" w:cs="Arial"/>
          <w:szCs w:val="24"/>
        </w:rPr>
        <w:t xml:space="preserve">The first is </w:t>
      </w:r>
      <w:r w:rsidR="00F3368F">
        <w:rPr>
          <w:rFonts w:ascii="Arial" w:hAnsi="Arial" w:cs="Arial"/>
          <w:szCs w:val="24"/>
        </w:rPr>
        <w:t xml:space="preserve">a </w:t>
      </w:r>
      <w:r w:rsidR="00E44C64" w:rsidRPr="003309B7">
        <w:rPr>
          <w:rFonts w:ascii="Arial" w:hAnsi="Arial" w:cs="Arial"/>
          <w:szCs w:val="24"/>
        </w:rPr>
        <w:t>barren</w:t>
      </w:r>
      <w:r w:rsidR="00F3368F">
        <w:rPr>
          <w:rFonts w:ascii="Arial" w:hAnsi="Arial" w:cs="Arial"/>
          <w:szCs w:val="24"/>
        </w:rPr>
        <w:t xml:space="preserve"> woman</w:t>
      </w:r>
      <w:r w:rsidR="00D60E75">
        <w:rPr>
          <w:rFonts w:ascii="Arial" w:hAnsi="Arial" w:cs="Arial"/>
          <w:szCs w:val="24"/>
        </w:rPr>
        <w:t xml:space="preserve"> who is</w:t>
      </w:r>
      <w:r w:rsidR="00E44C64" w:rsidRPr="003309B7">
        <w:rPr>
          <w:rFonts w:ascii="Arial" w:hAnsi="Arial" w:cs="Arial"/>
          <w:szCs w:val="24"/>
        </w:rPr>
        <w:t xml:space="preserve"> suddenly surrounded by children.</w:t>
      </w:r>
      <w:r w:rsidRPr="003309B7">
        <w:rPr>
          <w:rFonts w:ascii="Arial" w:hAnsi="Arial" w:cs="Arial"/>
          <w:szCs w:val="24"/>
        </w:rPr>
        <w:t xml:space="preserve">  </w:t>
      </w:r>
      <w:r w:rsidR="00D60E75">
        <w:rPr>
          <w:rFonts w:ascii="Arial" w:hAnsi="Arial" w:cs="Arial"/>
          <w:szCs w:val="24"/>
        </w:rPr>
        <w:t xml:space="preserve">Now we need to do a full stop here.  For some </w:t>
      </w:r>
      <w:r w:rsidR="00724448">
        <w:rPr>
          <w:rFonts w:ascii="Arial" w:hAnsi="Arial" w:cs="Arial"/>
          <w:szCs w:val="24"/>
        </w:rPr>
        <w:t>of us</w:t>
      </w:r>
      <w:r w:rsidR="00D60E75">
        <w:rPr>
          <w:rFonts w:ascii="Arial" w:hAnsi="Arial" w:cs="Arial"/>
          <w:szCs w:val="24"/>
        </w:rPr>
        <w:t xml:space="preserve"> infertility isn’t a metaphor – it’s a painful part of your own story. </w:t>
      </w:r>
      <w:r w:rsidR="00795584">
        <w:rPr>
          <w:rFonts w:ascii="Arial" w:hAnsi="Arial" w:cs="Arial"/>
          <w:szCs w:val="24"/>
        </w:rPr>
        <w:t xml:space="preserve"> And Isaiah isn’t promising that faith will result in biological children; he’s using this very real pain as a picture of something only God can do.  </w:t>
      </w:r>
      <w:r w:rsidR="002F71F4">
        <w:rPr>
          <w:rFonts w:ascii="Arial" w:hAnsi="Arial" w:cs="Arial"/>
          <w:szCs w:val="24"/>
        </w:rPr>
        <w:t>So if</w:t>
      </w:r>
      <w:r w:rsidR="006C7CF0">
        <w:rPr>
          <w:rFonts w:ascii="Arial" w:hAnsi="Arial" w:cs="Arial"/>
          <w:szCs w:val="24"/>
        </w:rPr>
        <w:t xml:space="preserve"> this is part of your story, I recognize that some of the language we’re about to read may be painful.  </w:t>
      </w:r>
      <w:r w:rsidR="0090604D">
        <w:rPr>
          <w:rFonts w:ascii="Arial" w:hAnsi="Arial" w:cs="Arial"/>
          <w:szCs w:val="24"/>
        </w:rPr>
        <w:t>But</w:t>
      </w:r>
      <w:r w:rsidR="006C7CF0">
        <w:rPr>
          <w:rFonts w:ascii="Arial" w:hAnsi="Arial" w:cs="Arial"/>
          <w:szCs w:val="24"/>
        </w:rPr>
        <w:t xml:space="preserve"> I hope you’ll hear the good news Isaiah has for all of us through this picture.</w:t>
      </w:r>
    </w:p>
    <w:p w14:paraId="18357174" w14:textId="0D792DCD" w:rsidR="00E92262" w:rsidRPr="003309B7" w:rsidRDefault="00E44C64">
      <w:pPr>
        <w:rPr>
          <w:rFonts w:ascii="Arial" w:hAnsi="Arial" w:cs="Arial"/>
          <w:szCs w:val="24"/>
        </w:rPr>
      </w:pPr>
      <w:r w:rsidRPr="003309B7">
        <w:rPr>
          <w:rFonts w:ascii="Arial" w:hAnsi="Arial" w:cs="Arial"/>
          <w:szCs w:val="24"/>
        </w:rPr>
        <w:t xml:space="preserve">The second </w:t>
      </w:r>
      <w:r w:rsidR="00446621">
        <w:rPr>
          <w:rFonts w:ascii="Arial" w:hAnsi="Arial" w:cs="Arial"/>
          <w:szCs w:val="24"/>
        </w:rPr>
        <w:t xml:space="preserve">woman </w:t>
      </w:r>
      <w:r w:rsidRPr="003309B7">
        <w:rPr>
          <w:rFonts w:ascii="Arial" w:hAnsi="Arial" w:cs="Arial"/>
          <w:szCs w:val="24"/>
        </w:rPr>
        <w:t>is abandoned but suddenly reunited with her husband.</w:t>
      </w:r>
      <w:r w:rsidR="00312899" w:rsidRPr="003309B7">
        <w:rPr>
          <w:rFonts w:ascii="Arial" w:hAnsi="Arial" w:cs="Arial"/>
          <w:szCs w:val="24"/>
        </w:rPr>
        <w:t xml:space="preserve">  </w:t>
      </w:r>
      <w:r w:rsidRPr="003309B7">
        <w:rPr>
          <w:rFonts w:ascii="Arial" w:hAnsi="Arial" w:cs="Arial"/>
          <w:szCs w:val="24"/>
        </w:rPr>
        <w:t>And through these women we discover a miraculous birth, a miraculous marriage, and the miraculous life that flows from them.</w:t>
      </w:r>
      <w:r w:rsidR="00312899" w:rsidRPr="003309B7">
        <w:rPr>
          <w:rStyle w:val="FootnoteReference"/>
          <w:rFonts w:ascii="Arial" w:hAnsi="Arial" w:cs="Arial"/>
          <w:szCs w:val="24"/>
        </w:rPr>
        <w:footnoteReference w:id="2"/>
      </w:r>
      <w:r w:rsidR="00312899" w:rsidRPr="003309B7">
        <w:rPr>
          <w:rFonts w:ascii="Arial" w:hAnsi="Arial" w:cs="Arial"/>
          <w:szCs w:val="24"/>
        </w:rPr>
        <w:t xml:space="preserve">  </w:t>
      </w:r>
      <w:r w:rsidRPr="003309B7">
        <w:rPr>
          <w:rFonts w:ascii="Arial" w:hAnsi="Arial" w:cs="Arial"/>
          <w:szCs w:val="24"/>
        </w:rPr>
        <w:t>Would you stand with me as we come before God’s Word?</w:t>
      </w:r>
    </w:p>
    <w:p w14:paraId="554E26A9" w14:textId="77777777" w:rsidR="00E92262" w:rsidRPr="003309B7" w:rsidRDefault="00E44C64">
      <w:pPr>
        <w:rPr>
          <w:rFonts w:ascii="Arial" w:hAnsi="Arial" w:cs="Arial"/>
          <w:szCs w:val="24"/>
        </w:rPr>
      </w:pPr>
      <w:r w:rsidRPr="003309B7">
        <w:rPr>
          <w:rFonts w:ascii="Arial" w:hAnsi="Arial" w:cs="Arial"/>
          <w:szCs w:val="24"/>
        </w:rPr>
        <w:t>Hear now the Word of the Lord.</w:t>
      </w:r>
    </w:p>
    <w:p w14:paraId="322E1216" w14:textId="77777777" w:rsidR="00E92262" w:rsidRPr="003309B7" w:rsidRDefault="00E44C64">
      <w:pPr>
        <w:rPr>
          <w:rFonts w:ascii="Arial" w:hAnsi="Arial" w:cs="Arial"/>
          <w:szCs w:val="24"/>
        </w:rPr>
      </w:pPr>
      <w:r w:rsidRPr="003309B7">
        <w:rPr>
          <w:rFonts w:ascii="Arial" w:hAnsi="Arial" w:cs="Arial"/>
          <w:i/>
          <w:szCs w:val="24"/>
        </w:rPr>
        <w:t>[Read Isaiah 54:1–10]</w:t>
      </w:r>
    </w:p>
    <w:p w14:paraId="2C78B707" w14:textId="77777777" w:rsidR="00E92262" w:rsidRPr="003309B7" w:rsidRDefault="00E44C64">
      <w:pPr>
        <w:rPr>
          <w:rFonts w:ascii="Arial" w:hAnsi="Arial" w:cs="Arial"/>
          <w:szCs w:val="24"/>
        </w:rPr>
      </w:pPr>
      <w:r w:rsidRPr="003309B7">
        <w:rPr>
          <w:rFonts w:ascii="Arial" w:hAnsi="Arial" w:cs="Arial"/>
          <w:szCs w:val="24"/>
        </w:rPr>
        <w:t>This is the Word of the Lord. You may be seated.</w:t>
      </w:r>
    </w:p>
    <w:p w14:paraId="3747CE31" w14:textId="5F51907D" w:rsidR="00043625" w:rsidRPr="003309B7" w:rsidRDefault="00235252" w:rsidP="00F3368F">
      <w:pPr>
        <w:rPr>
          <w:rFonts w:ascii="Arial" w:hAnsi="Arial" w:cs="Arial"/>
          <w:szCs w:val="24"/>
        </w:rPr>
      </w:pPr>
      <w:r>
        <w:rPr>
          <w:rFonts w:ascii="Arial" w:hAnsi="Arial" w:cs="Arial"/>
          <w:szCs w:val="24"/>
        </w:rPr>
        <w:lastRenderedPageBreak/>
        <w:t>First, the miraculous birth.  We get this in verses 1-3 where we find a barren woman who has never been in labour</w:t>
      </w:r>
      <w:r w:rsidR="00E85242">
        <w:rPr>
          <w:rFonts w:ascii="Arial" w:hAnsi="Arial" w:cs="Arial"/>
          <w:szCs w:val="24"/>
        </w:rPr>
        <w:t xml:space="preserve"> and never given birth, </w:t>
      </w:r>
      <w:r w:rsidR="00E44C64" w:rsidRPr="003309B7">
        <w:rPr>
          <w:rFonts w:ascii="Arial" w:hAnsi="Arial" w:cs="Arial"/>
          <w:szCs w:val="24"/>
        </w:rPr>
        <w:t xml:space="preserve">and yet suddenly she has so many children that in verse 2 she has to </w:t>
      </w:r>
      <w:r w:rsidR="00E85242">
        <w:rPr>
          <w:rFonts w:ascii="Arial" w:hAnsi="Arial" w:cs="Arial"/>
          <w:szCs w:val="24"/>
        </w:rPr>
        <w:t>renovate her</w:t>
      </w:r>
      <w:r w:rsidR="00E44C64" w:rsidRPr="003309B7">
        <w:rPr>
          <w:rFonts w:ascii="Arial" w:hAnsi="Arial" w:cs="Arial"/>
          <w:szCs w:val="24"/>
        </w:rPr>
        <w:t xml:space="preserve"> home.</w:t>
      </w:r>
      <w:r w:rsidR="00312899" w:rsidRPr="003309B7">
        <w:rPr>
          <w:rFonts w:ascii="Arial" w:hAnsi="Arial" w:cs="Arial"/>
          <w:szCs w:val="24"/>
        </w:rPr>
        <w:t xml:space="preserve">  </w:t>
      </w:r>
      <w:r w:rsidR="00B46CA4">
        <w:rPr>
          <w:rFonts w:ascii="Arial" w:hAnsi="Arial" w:cs="Arial"/>
          <w:szCs w:val="24"/>
        </w:rPr>
        <w:t>But</w:t>
      </w:r>
      <w:r w:rsidR="00E44C64" w:rsidRPr="003309B7">
        <w:rPr>
          <w:rFonts w:ascii="Arial" w:hAnsi="Arial" w:cs="Arial"/>
          <w:szCs w:val="24"/>
        </w:rPr>
        <w:t xml:space="preserve"> then in verse 3</w:t>
      </w:r>
      <w:r w:rsidR="00B46CA4">
        <w:rPr>
          <w:rFonts w:ascii="Arial" w:hAnsi="Arial" w:cs="Arial"/>
          <w:szCs w:val="24"/>
        </w:rPr>
        <w:t xml:space="preserve"> that still isn’t enough because </w:t>
      </w:r>
      <w:r w:rsidR="00E44C64" w:rsidRPr="003309B7">
        <w:rPr>
          <w:rFonts w:ascii="Arial" w:hAnsi="Arial" w:cs="Arial"/>
          <w:szCs w:val="24"/>
        </w:rPr>
        <w:t>her children are so numerous that they are spreading out into nations and repopulating abandoned cities.</w:t>
      </w:r>
      <w:r w:rsidR="00312899" w:rsidRPr="003309B7">
        <w:rPr>
          <w:rFonts w:ascii="Arial" w:hAnsi="Arial" w:cs="Arial"/>
          <w:szCs w:val="24"/>
        </w:rPr>
        <w:t xml:space="preserve">  </w:t>
      </w:r>
      <w:r w:rsidR="00F3368F">
        <w:rPr>
          <w:rFonts w:ascii="Arial" w:hAnsi="Arial" w:cs="Arial"/>
          <w:szCs w:val="24"/>
        </w:rPr>
        <w:t>What’s going on here?</w:t>
      </w:r>
    </w:p>
    <w:p w14:paraId="49303DF9" w14:textId="32E90059" w:rsidR="00E92262" w:rsidRPr="003309B7" w:rsidRDefault="00312899">
      <w:pPr>
        <w:rPr>
          <w:rFonts w:ascii="Arial" w:hAnsi="Arial" w:cs="Arial"/>
          <w:szCs w:val="24"/>
        </w:rPr>
      </w:pPr>
      <w:r w:rsidRPr="003309B7">
        <w:rPr>
          <w:rFonts w:ascii="Arial" w:hAnsi="Arial" w:cs="Arial"/>
          <w:szCs w:val="24"/>
        </w:rPr>
        <w:t xml:space="preserve">Well, </w:t>
      </w:r>
      <w:r w:rsidR="00CF348A" w:rsidRPr="003309B7">
        <w:rPr>
          <w:rFonts w:ascii="Arial" w:hAnsi="Arial" w:cs="Arial"/>
          <w:szCs w:val="24"/>
        </w:rPr>
        <w:t>remember that at this time Israel was</w:t>
      </w:r>
      <w:r w:rsidR="00520307">
        <w:rPr>
          <w:rFonts w:ascii="Arial" w:hAnsi="Arial" w:cs="Arial"/>
          <w:szCs w:val="24"/>
        </w:rPr>
        <w:t xml:space="preserve"> suffering captivity </w:t>
      </w:r>
      <w:r w:rsidR="00CF348A" w:rsidRPr="003309B7">
        <w:rPr>
          <w:rFonts w:ascii="Arial" w:hAnsi="Arial" w:cs="Arial"/>
          <w:szCs w:val="24"/>
        </w:rPr>
        <w:t xml:space="preserve">in Babylon.  So </w:t>
      </w:r>
      <w:r w:rsidRPr="003309B7">
        <w:rPr>
          <w:rFonts w:ascii="Arial" w:hAnsi="Arial" w:cs="Arial"/>
          <w:szCs w:val="24"/>
        </w:rPr>
        <w:t>a</w:t>
      </w:r>
      <w:r w:rsidR="00E44C64" w:rsidRPr="003309B7">
        <w:rPr>
          <w:rFonts w:ascii="Arial" w:hAnsi="Arial" w:cs="Arial"/>
          <w:szCs w:val="24"/>
        </w:rPr>
        <w:t>t one level, God is promising that Israel will return from exile and inhabit the land again.</w:t>
      </w:r>
      <w:r w:rsidR="00520307">
        <w:rPr>
          <w:rFonts w:ascii="Arial" w:hAnsi="Arial" w:cs="Arial"/>
          <w:szCs w:val="24"/>
        </w:rPr>
        <w:t xml:space="preserve">  </w:t>
      </w:r>
      <w:r w:rsidR="00E44C64" w:rsidRPr="003309B7">
        <w:rPr>
          <w:rFonts w:ascii="Arial" w:hAnsi="Arial" w:cs="Arial"/>
          <w:szCs w:val="24"/>
        </w:rPr>
        <w:t>But that</w:t>
      </w:r>
      <w:r w:rsidR="00CF348A" w:rsidRPr="003309B7">
        <w:rPr>
          <w:rFonts w:ascii="Arial" w:hAnsi="Arial" w:cs="Arial"/>
          <w:szCs w:val="24"/>
        </w:rPr>
        <w:t xml:space="preserve"> can’t be the </w:t>
      </w:r>
      <w:r w:rsidR="00E44C64" w:rsidRPr="003309B7">
        <w:rPr>
          <w:rFonts w:ascii="Arial" w:hAnsi="Arial" w:cs="Arial"/>
          <w:szCs w:val="24"/>
        </w:rPr>
        <w:t>whole picture</w:t>
      </w:r>
      <w:r w:rsidR="00CF348A" w:rsidRPr="003309B7">
        <w:rPr>
          <w:rFonts w:ascii="Arial" w:hAnsi="Arial" w:cs="Arial"/>
          <w:szCs w:val="24"/>
        </w:rPr>
        <w:t xml:space="preserve"> because v</w:t>
      </w:r>
      <w:r w:rsidR="00E44C64" w:rsidRPr="003309B7">
        <w:rPr>
          <w:rFonts w:ascii="Arial" w:hAnsi="Arial" w:cs="Arial"/>
          <w:szCs w:val="24"/>
        </w:rPr>
        <w:t>erse 3 doesn't say her children will inhabit one nation.</w:t>
      </w:r>
      <w:r w:rsidR="00CF348A" w:rsidRPr="003309B7">
        <w:rPr>
          <w:rFonts w:ascii="Arial" w:hAnsi="Arial" w:cs="Arial"/>
          <w:szCs w:val="24"/>
        </w:rPr>
        <w:t xml:space="preserve"> </w:t>
      </w:r>
      <w:r w:rsidR="00E44C64" w:rsidRPr="003309B7">
        <w:rPr>
          <w:rFonts w:ascii="Arial" w:hAnsi="Arial" w:cs="Arial"/>
          <w:szCs w:val="24"/>
        </w:rPr>
        <w:t xml:space="preserve"> It says nations.</w:t>
      </w:r>
      <w:r w:rsidR="00CF348A" w:rsidRPr="003309B7">
        <w:rPr>
          <w:rFonts w:ascii="Arial" w:hAnsi="Arial" w:cs="Arial"/>
          <w:szCs w:val="24"/>
        </w:rPr>
        <w:t xml:space="preserve">  God’s children are going to fill the earth.</w:t>
      </w:r>
    </w:p>
    <w:p w14:paraId="3872A47C" w14:textId="2A6237B4" w:rsidR="00E92262" w:rsidRPr="003309B7" w:rsidRDefault="00E44C64">
      <w:pPr>
        <w:rPr>
          <w:rFonts w:ascii="Arial" w:hAnsi="Arial" w:cs="Arial"/>
          <w:szCs w:val="24"/>
        </w:rPr>
      </w:pPr>
      <w:r w:rsidRPr="003309B7">
        <w:rPr>
          <w:rFonts w:ascii="Arial" w:hAnsi="Arial" w:cs="Arial"/>
          <w:szCs w:val="24"/>
        </w:rPr>
        <w:t xml:space="preserve">And besides that, the whole picture is </w:t>
      </w:r>
      <w:r w:rsidR="00520307">
        <w:rPr>
          <w:rFonts w:ascii="Arial" w:hAnsi="Arial" w:cs="Arial"/>
          <w:szCs w:val="24"/>
        </w:rPr>
        <w:t>impossible</w:t>
      </w:r>
      <w:r w:rsidRPr="003309B7">
        <w:rPr>
          <w:rFonts w:ascii="Arial" w:hAnsi="Arial" w:cs="Arial"/>
          <w:szCs w:val="24"/>
        </w:rPr>
        <w:t>.</w:t>
      </w:r>
      <w:r w:rsidR="00CF348A" w:rsidRPr="003309B7">
        <w:rPr>
          <w:rFonts w:ascii="Arial" w:hAnsi="Arial" w:cs="Arial"/>
          <w:szCs w:val="24"/>
        </w:rPr>
        <w:t xml:space="preserve">  </w:t>
      </w:r>
      <w:r w:rsidRPr="003309B7">
        <w:rPr>
          <w:rFonts w:ascii="Arial" w:hAnsi="Arial" w:cs="Arial"/>
          <w:szCs w:val="24"/>
        </w:rPr>
        <w:t>This is a barren woman having children</w:t>
      </w:r>
      <w:r w:rsidR="00CF348A" w:rsidRPr="003309B7">
        <w:rPr>
          <w:rFonts w:ascii="Arial" w:hAnsi="Arial" w:cs="Arial"/>
          <w:szCs w:val="24"/>
        </w:rPr>
        <w:t>, and t</w:t>
      </w:r>
      <w:r w:rsidRPr="003309B7">
        <w:rPr>
          <w:rFonts w:ascii="Arial" w:hAnsi="Arial" w:cs="Arial"/>
          <w:szCs w:val="24"/>
        </w:rPr>
        <w:t xml:space="preserve">hat's </w:t>
      </w:r>
      <w:r w:rsidR="00F9356D">
        <w:rPr>
          <w:rFonts w:ascii="Arial" w:hAnsi="Arial" w:cs="Arial"/>
          <w:szCs w:val="24"/>
        </w:rPr>
        <w:t>miraculous</w:t>
      </w:r>
      <w:r w:rsidRPr="003309B7">
        <w:rPr>
          <w:rFonts w:ascii="Arial" w:hAnsi="Arial" w:cs="Arial"/>
          <w:szCs w:val="24"/>
        </w:rPr>
        <w:t>.</w:t>
      </w:r>
    </w:p>
    <w:p w14:paraId="70D97213" w14:textId="56E38C97" w:rsidR="00E92262" w:rsidRPr="003309B7" w:rsidRDefault="00E44C64">
      <w:pPr>
        <w:rPr>
          <w:rFonts w:ascii="Arial" w:hAnsi="Arial" w:cs="Arial"/>
          <w:szCs w:val="24"/>
        </w:rPr>
      </w:pPr>
      <w:r w:rsidRPr="003309B7">
        <w:rPr>
          <w:rFonts w:ascii="Arial" w:hAnsi="Arial" w:cs="Arial"/>
          <w:szCs w:val="24"/>
        </w:rPr>
        <w:t>So what is this ultimately pointing toward?</w:t>
      </w:r>
      <w:r w:rsidR="00CF348A" w:rsidRPr="003309B7">
        <w:rPr>
          <w:rFonts w:ascii="Arial" w:hAnsi="Arial" w:cs="Arial"/>
          <w:szCs w:val="24"/>
        </w:rPr>
        <w:t xml:space="preserve">  Well, h</w:t>
      </w:r>
      <w:r w:rsidRPr="003309B7">
        <w:rPr>
          <w:rFonts w:ascii="Arial" w:hAnsi="Arial" w:cs="Arial"/>
          <w:szCs w:val="24"/>
        </w:rPr>
        <w:t>undreds of years later the Apostle Paul quotes this exact passage in Galatians 4</w:t>
      </w:r>
      <w:r w:rsidR="00CF348A" w:rsidRPr="003309B7">
        <w:rPr>
          <w:rFonts w:ascii="Arial" w:hAnsi="Arial" w:cs="Arial"/>
          <w:szCs w:val="24"/>
        </w:rPr>
        <w:t>.  He says:</w:t>
      </w:r>
    </w:p>
    <w:p w14:paraId="6992B526" w14:textId="44BCE52B" w:rsidR="00CF348A" w:rsidRPr="003309B7" w:rsidRDefault="00845087" w:rsidP="00845087">
      <w:pPr>
        <w:ind w:left="720"/>
        <w:rPr>
          <w:rFonts w:ascii="Arial" w:hAnsi="Arial" w:cs="Arial"/>
          <w:szCs w:val="24"/>
        </w:rPr>
      </w:pPr>
      <w:r w:rsidRPr="003309B7">
        <w:rPr>
          <w:rFonts w:ascii="Arial" w:hAnsi="Arial" w:cs="Arial"/>
          <w:szCs w:val="24"/>
        </w:rPr>
        <w:t>“Be glad, barren woman,</w:t>
      </w:r>
      <w:r w:rsidRPr="003309B7">
        <w:rPr>
          <w:rFonts w:ascii="Arial" w:hAnsi="Arial" w:cs="Arial"/>
          <w:szCs w:val="24"/>
        </w:rPr>
        <w:br/>
        <w:t>    you who never bore a child;</w:t>
      </w:r>
      <w:r w:rsidRPr="003309B7">
        <w:rPr>
          <w:rFonts w:ascii="Arial" w:hAnsi="Arial" w:cs="Arial"/>
          <w:szCs w:val="24"/>
        </w:rPr>
        <w:br/>
        <w:t>shout for joy… because more are the children of the desolate woman</w:t>
      </w:r>
      <w:r w:rsidRPr="003309B7">
        <w:rPr>
          <w:rFonts w:ascii="Arial" w:hAnsi="Arial" w:cs="Arial"/>
          <w:szCs w:val="24"/>
        </w:rPr>
        <w:br/>
        <w:t xml:space="preserve">    than of her who has a husband.” (Galatians 4:27) </w:t>
      </w:r>
    </w:p>
    <w:p w14:paraId="0B2F3D7F" w14:textId="335E2D34" w:rsidR="00E92262" w:rsidRPr="003309B7" w:rsidRDefault="00845087">
      <w:pPr>
        <w:rPr>
          <w:rFonts w:ascii="Arial" w:hAnsi="Arial" w:cs="Arial"/>
          <w:szCs w:val="24"/>
        </w:rPr>
      </w:pPr>
      <w:r w:rsidRPr="003309B7">
        <w:rPr>
          <w:rFonts w:ascii="Arial" w:hAnsi="Arial" w:cs="Arial"/>
          <w:szCs w:val="24"/>
        </w:rPr>
        <w:t xml:space="preserve">Paul quotes Isaiah and </w:t>
      </w:r>
      <w:r w:rsidR="00E44C64" w:rsidRPr="003309B7">
        <w:rPr>
          <w:rFonts w:ascii="Arial" w:hAnsi="Arial" w:cs="Arial"/>
          <w:szCs w:val="24"/>
        </w:rPr>
        <w:t xml:space="preserve">applies </w:t>
      </w:r>
      <w:r w:rsidR="00AF03C0" w:rsidRPr="003309B7">
        <w:rPr>
          <w:rFonts w:ascii="Arial" w:hAnsi="Arial" w:cs="Arial"/>
          <w:szCs w:val="24"/>
        </w:rPr>
        <w:t>it</w:t>
      </w:r>
      <w:r w:rsidR="00E44C64" w:rsidRPr="003309B7">
        <w:rPr>
          <w:rFonts w:ascii="Arial" w:hAnsi="Arial" w:cs="Arial"/>
          <w:szCs w:val="24"/>
        </w:rPr>
        <w:t xml:space="preserve"> to people who, through Jesus, have been born by the Holy Spirit.</w:t>
      </w:r>
      <w:r w:rsidRPr="003309B7">
        <w:rPr>
          <w:rFonts w:ascii="Arial" w:hAnsi="Arial" w:cs="Arial"/>
          <w:szCs w:val="24"/>
        </w:rPr>
        <w:t xml:space="preserve">  </w:t>
      </w:r>
      <w:r w:rsidR="00E44C64" w:rsidRPr="003309B7">
        <w:rPr>
          <w:rFonts w:ascii="Arial" w:hAnsi="Arial" w:cs="Arial"/>
          <w:szCs w:val="24"/>
        </w:rPr>
        <w:t>In other words, Isaiah 54</w:t>
      </w:r>
      <w:r w:rsidR="00AF03C0" w:rsidRPr="003309B7">
        <w:rPr>
          <w:rFonts w:ascii="Arial" w:hAnsi="Arial" w:cs="Arial"/>
          <w:szCs w:val="24"/>
        </w:rPr>
        <w:t xml:space="preserve"> isn’t</w:t>
      </w:r>
      <w:r w:rsidR="00E44C64" w:rsidRPr="003309B7">
        <w:rPr>
          <w:rFonts w:ascii="Arial" w:hAnsi="Arial" w:cs="Arial"/>
          <w:szCs w:val="24"/>
        </w:rPr>
        <w:t xml:space="preserve"> </w:t>
      </w:r>
      <w:r w:rsidR="00AF03C0" w:rsidRPr="003309B7">
        <w:rPr>
          <w:rFonts w:ascii="Arial" w:hAnsi="Arial" w:cs="Arial"/>
          <w:szCs w:val="24"/>
        </w:rPr>
        <w:t xml:space="preserve">just about Israel’s return from exile, ultimately it’s about the miraculous family </w:t>
      </w:r>
      <w:r w:rsidR="00E44C64" w:rsidRPr="003309B7">
        <w:rPr>
          <w:rFonts w:ascii="Arial" w:hAnsi="Arial" w:cs="Arial"/>
          <w:szCs w:val="24"/>
        </w:rPr>
        <w:t>God is creating through Jesus.</w:t>
      </w:r>
      <w:r w:rsidRPr="003309B7">
        <w:rPr>
          <w:rFonts w:ascii="Arial" w:hAnsi="Arial" w:cs="Arial"/>
          <w:szCs w:val="24"/>
        </w:rPr>
        <w:t xml:space="preserve">  </w:t>
      </w:r>
      <w:r w:rsidR="00E44C64" w:rsidRPr="003309B7">
        <w:rPr>
          <w:rFonts w:ascii="Arial" w:hAnsi="Arial" w:cs="Arial"/>
          <w:szCs w:val="24"/>
        </w:rPr>
        <w:t>And that</w:t>
      </w:r>
      <w:r w:rsidR="00AF03C0" w:rsidRPr="003309B7">
        <w:rPr>
          <w:rFonts w:ascii="Arial" w:hAnsi="Arial" w:cs="Arial"/>
          <w:szCs w:val="24"/>
        </w:rPr>
        <w:t>’s what we’re part of right now.</w:t>
      </w:r>
    </w:p>
    <w:p w14:paraId="518AB96E" w14:textId="51350AE9" w:rsidR="00E92262" w:rsidRPr="003309B7" w:rsidRDefault="00F9356D">
      <w:pPr>
        <w:rPr>
          <w:rFonts w:ascii="Arial" w:hAnsi="Arial" w:cs="Arial"/>
          <w:szCs w:val="24"/>
        </w:rPr>
      </w:pPr>
      <w:r>
        <w:rPr>
          <w:rFonts w:ascii="Arial" w:hAnsi="Arial" w:cs="Arial"/>
          <w:szCs w:val="24"/>
        </w:rPr>
        <w:t>So</w:t>
      </w:r>
      <w:r w:rsidR="00E44C64" w:rsidRPr="003309B7">
        <w:rPr>
          <w:rFonts w:ascii="Arial" w:hAnsi="Arial" w:cs="Arial"/>
          <w:szCs w:val="24"/>
        </w:rPr>
        <w:t xml:space="preserve"> think about the metaphor.</w:t>
      </w:r>
      <w:r w:rsidR="00AF03C0" w:rsidRPr="003309B7">
        <w:rPr>
          <w:rFonts w:ascii="Arial" w:hAnsi="Arial" w:cs="Arial"/>
          <w:szCs w:val="24"/>
        </w:rPr>
        <w:t xml:space="preserve">  </w:t>
      </w:r>
      <w:r w:rsidR="00E44C64" w:rsidRPr="003309B7">
        <w:rPr>
          <w:rFonts w:ascii="Arial" w:hAnsi="Arial" w:cs="Arial"/>
          <w:szCs w:val="24"/>
        </w:rPr>
        <w:t xml:space="preserve">A barren woman </w:t>
      </w:r>
      <w:r w:rsidR="00AF03C0" w:rsidRPr="003309B7">
        <w:rPr>
          <w:rFonts w:ascii="Arial" w:hAnsi="Arial" w:cs="Arial"/>
          <w:szCs w:val="24"/>
        </w:rPr>
        <w:t>can’t</w:t>
      </w:r>
      <w:r w:rsidR="00E44C64" w:rsidRPr="003309B7">
        <w:rPr>
          <w:rFonts w:ascii="Arial" w:hAnsi="Arial" w:cs="Arial"/>
          <w:szCs w:val="24"/>
        </w:rPr>
        <w:t xml:space="preserve"> produce a child by trying harder.</w:t>
      </w:r>
      <w:r w:rsidR="00AF03C0" w:rsidRPr="003309B7">
        <w:rPr>
          <w:rFonts w:ascii="Arial" w:hAnsi="Arial" w:cs="Arial"/>
          <w:szCs w:val="24"/>
        </w:rPr>
        <w:t xml:space="preserve">  </w:t>
      </w:r>
      <w:r w:rsidR="00E44C64" w:rsidRPr="003309B7">
        <w:rPr>
          <w:rFonts w:ascii="Arial" w:hAnsi="Arial" w:cs="Arial"/>
          <w:szCs w:val="24"/>
        </w:rPr>
        <w:t>She can't say, “This year I'm really going to apply myself.”</w:t>
      </w:r>
      <w:r w:rsidR="00AF03C0" w:rsidRPr="003309B7">
        <w:rPr>
          <w:rFonts w:ascii="Arial" w:hAnsi="Arial" w:cs="Arial"/>
          <w:szCs w:val="24"/>
        </w:rPr>
        <w:t xml:space="preserve">  No.  </w:t>
      </w:r>
      <w:r w:rsidR="00E44C64" w:rsidRPr="003309B7">
        <w:rPr>
          <w:rFonts w:ascii="Arial" w:hAnsi="Arial" w:cs="Arial"/>
          <w:szCs w:val="24"/>
        </w:rPr>
        <w:t>Something has to happen that she can</w:t>
      </w:r>
      <w:r w:rsidR="00AF03C0" w:rsidRPr="003309B7">
        <w:rPr>
          <w:rFonts w:ascii="Arial" w:hAnsi="Arial" w:cs="Arial"/>
          <w:szCs w:val="24"/>
        </w:rPr>
        <w:t>’</w:t>
      </w:r>
      <w:r w:rsidR="00E44C64" w:rsidRPr="003309B7">
        <w:rPr>
          <w:rFonts w:ascii="Arial" w:hAnsi="Arial" w:cs="Arial"/>
          <w:szCs w:val="24"/>
        </w:rPr>
        <w:t>t make happen.</w:t>
      </w:r>
    </w:p>
    <w:p w14:paraId="4972AF4E" w14:textId="700ACFAF" w:rsidR="00E92262" w:rsidRPr="003309B7" w:rsidRDefault="00E44C64">
      <w:pPr>
        <w:rPr>
          <w:rFonts w:ascii="Arial" w:hAnsi="Arial" w:cs="Arial"/>
          <w:szCs w:val="24"/>
        </w:rPr>
      </w:pPr>
      <w:r w:rsidRPr="003309B7">
        <w:rPr>
          <w:rFonts w:ascii="Arial" w:hAnsi="Arial" w:cs="Arial"/>
          <w:szCs w:val="24"/>
        </w:rPr>
        <w:t>And Paul says that's what becoming a Christian is like.</w:t>
      </w:r>
      <w:r w:rsidR="00AF03C0" w:rsidRPr="003309B7">
        <w:rPr>
          <w:rFonts w:ascii="Arial" w:hAnsi="Arial" w:cs="Arial"/>
          <w:szCs w:val="24"/>
        </w:rPr>
        <w:t xml:space="preserve">  </w:t>
      </w:r>
      <w:r w:rsidRPr="003309B7">
        <w:rPr>
          <w:rFonts w:ascii="Arial" w:hAnsi="Arial" w:cs="Arial"/>
          <w:szCs w:val="24"/>
        </w:rPr>
        <w:t xml:space="preserve">You and I have some sense of who we ought to be. </w:t>
      </w:r>
      <w:r w:rsidR="00AF03C0" w:rsidRPr="003309B7">
        <w:rPr>
          <w:rFonts w:ascii="Arial" w:hAnsi="Arial" w:cs="Arial"/>
          <w:szCs w:val="24"/>
        </w:rPr>
        <w:t xml:space="preserve"> </w:t>
      </w:r>
      <w:r w:rsidRPr="003309B7">
        <w:rPr>
          <w:rFonts w:ascii="Arial" w:hAnsi="Arial" w:cs="Arial"/>
          <w:szCs w:val="24"/>
        </w:rPr>
        <w:t>And especially when we're young, we tend to think that someday we're finally going to become that person.</w:t>
      </w:r>
    </w:p>
    <w:p w14:paraId="462B9F87" w14:textId="0D082E04" w:rsidR="00E92262" w:rsidRPr="003309B7" w:rsidRDefault="00E44C64">
      <w:pPr>
        <w:rPr>
          <w:rFonts w:ascii="Arial" w:hAnsi="Arial" w:cs="Arial"/>
          <w:szCs w:val="24"/>
        </w:rPr>
      </w:pPr>
      <w:r w:rsidRPr="003309B7">
        <w:rPr>
          <w:rFonts w:ascii="Arial" w:hAnsi="Arial" w:cs="Arial"/>
          <w:szCs w:val="24"/>
        </w:rPr>
        <w:t>Someday I'll get my life together.</w:t>
      </w:r>
      <w:r w:rsidR="00AF03C0" w:rsidRPr="003309B7">
        <w:rPr>
          <w:rFonts w:ascii="Arial" w:hAnsi="Arial" w:cs="Arial"/>
          <w:szCs w:val="24"/>
        </w:rPr>
        <w:t xml:space="preserve">  </w:t>
      </w:r>
      <w:r w:rsidRPr="003309B7">
        <w:rPr>
          <w:rFonts w:ascii="Arial" w:hAnsi="Arial" w:cs="Arial"/>
          <w:szCs w:val="24"/>
        </w:rPr>
        <w:t>Someday I'll become disciplined enough.</w:t>
      </w:r>
      <w:r w:rsidR="00AF03C0" w:rsidRPr="003309B7">
        <w:rPr>
          <w:rFonts w:ascii="Arial" w:hAnsi="Arial" w:cs="Arial"/>
          <w:szCs w:val="24"/>
        </w:rPr>
        <w:t xml:space="preserve">  </w:t>
      </w:r>
      <w:r w:rsidRPr="003309B7">
        <w:rPr>
          <w:rFonts w:ascii="Arial" w:hAnsi="Arial" w:cs="Arial"/>
          <w:szCs w:val="24"/>
        </w:rPr>
        <w:t>Someday I'll become patient enough.</w:t>
      </w:r>
      <w:r w:rsidR="00AF03C0" w:rsidRPr="003309B7">
        <w:rPr>
          <w:rFonts w:ascii="Arial" w:hAnsi="Arial" w:cs="Arial"/>
          <w:szCs w:val="24"/>
        </w:rPr>
        <w:t xml:space="preserve">  </w:t>
      </w:r>
      <w:r w:rsidRPr="003309B7">
        <w:rPr>
          <w:rFonts w:ascii="Arial" w:hAnsi="Arial" w:cs="Arial"/>
          <w:szCs w:val="24"/>
        </w:rPr>
        <w:t>Someday I'll become the Christian I know I ought to be.</w:t>
      </w:r>
      <w:r w:rsidR="00AF03C0" w:rsidRPr="003309B7">
        <w:rPr>
          <w:rFonts w:ascii="Arial" w:hAnsi="Arial" w:cs="Arial"/>
          <w:szCs w:val="24"/>
        </w:rPr>
        <w:t xml:space="preserve">  </w:t>
      </w:r>
      <w:r w:rsidRPr="003309B7">
        <w:rPr>
          <w:rFonts w:ascii="Arial" w:hAnsi="Arial" w:cs="Arial"/>
          <w:szCs w:val="24"/>
        </w:rPr>
        <w:t>But the gospel says your problem is deeper than that.</w:t>
      </w:r>
      <w:r w:rsidR="00AF03C0" w:rsidRPr="003309B7">
        <w:rPr>
          <w:rFonts w:ascii="Arial" w:hAnsi="Arial" w:cs="Arial"/>
          <w:szCs w:val="24"/>
        </w:rPr>
        <w:t xml:space="preserve">  </w:t>
      </w:r>
      <w:r w:rsidRPr="003309B7">
        <w:rPr>
          <w:rFonts w:ascii="Arial" w:hAnsi="Arial" w:cs="Arial"/>
          <w:szCs w:val="24"/>
        </w:rPr>
        <w:t>You don't merely need improvement.</w:t>
      </w:r>
      <w:r w:rsidR="00AF03C0" w:rsidRPr="003309B7">
        <w:rPr>
          <w:rFonts w:ascii="Arial" w:hAnsi="Arial" w:cs="Arial"/>
          <w:szCs w:val="24"/>
        </w:rPr>
        <w:t xml:space="preserve">  </w:t>
      </w:r>
      <w:r w:rsidRPr="003309B7">
        <w:rPr>
          <w:rFonts w:ascii="Arial" w:hAnsi="Arial" w:cs="Arial"/>
          <w:szCs w:val="24"/>
        </w:rPr>
        <w:t xml:space="preserve">You need </w:t>
      </w:r>
      <w:r w:rsidR="00AF03C0" w:rsidRPr="003309B7">
        <w:rPr>
          <w:rFonts w:ascii="Arial" w:hAnsi="Arial" w:cs="Arial"/>
          <w:szCs w:val="24"/>
        </w:rPr>
        <w:t xml:space="preserve">new </w:t>
      </w:r>
      <w:r w:rsidRPr="003309B7">
        <w:rPr>
          <w:rFonts w:ascii="Arial" w:hAnsi="Arial" w:cs="Arial"/>
          <w:szCs w:val="24"/>
        </w:rPr>
        <w:t>life.</w:t>
      </w:r>
      <w:r w:rsidR="00AF03C0" w:rsidRPr="003309B7">
        <w:rPr>
          <w:rFonts w:ascii="Arial" w:hAnsi="Arial" w:cs="Arial"/>
          <w:szCs w:val="24"/>
        </w:rPr>
        <w:t xml:space="preserve">  Or </w:t>
      </w:r>
      <w:r w:rsidR="00F55E25">
        <w:rPr>
          <w:rFonts w:ascii="Arial" w:hAnsi="Arial" w:cs="Arial"/>
          <w:szCs w:val="24"/>
        </w:rPr>
        <w:t>as</w:t>
      </w:r>
      <w:r w:rsidR="00AF03C0" w:rsidRPr="003309B7">
        <w:rPr>
          <w:rFonts w:ascii="Arial" w:hAnsi="Arial" w:cs="Arial"/>
          <w:szCs w:val="24"/>
        </w:rPr>
        <w:t xml:space="preserve"> </w:t>
      </w:r>
      <w:r w:rsidRPr="003309B7">
        <w:rPr>
          <w:rFonts w:ascii="Arial" w:hAnsi="Arial" w:cs="Arial"/>
          <w:szCs w:val="24"/>
        </w:rPr>
        <w:t xml:space="preserve">Jesus </w:t>
      </w:r>
      <w:r w:rsidR="00AF03C0" w:rsidRPr="003309B7">
        <w:rPr>
          <w:rFonts w:ascii="Arial" w:hAnsi="Arial" w:cs="Arial"/>
          <w:szCs w:val="24"/>
        </w:rPr>
        <w:t xml:space="preserve">puts </w:t>
      </w:r>
      <w:r w:rsidR="00F55E25">
        <w:rPr>
          <w:rFonts w:ascii="Arial" w:hAnsi="Arial" w:cs="Arial"/>
          <w:szCs w:val="24"/>
        </w:rPr>
        <w:t>it</w:t>
      </w:r>
      <w:r w:rsidR="00AF03C0" w:rsidRPr="003309B7">
        <w:rPr>
          <w:rFonts w:ascii="Arial" w:hAnsi="Arial" w:cs="Arial"/>
          <w:szCs w:val="24"/>
        </w:rPr>
        <w:t xml:space="preserve"> i</w:t>
      </w:r>
      <w:r w:rsidRPr="003309B7">
        <w:rPr>
          <w:rFonts w:ascii="Arial" w:hAnsi="Arial" w:cs="Arial"/>
          <w:szCs w:val="24"/>
        </w:rPr>
        <w:t>n John 3, “You must be born again.”</w:t>
      </w:r>
    </w:p>
    <w:p w14:paraId="4DBC600A" w14:textId="5E4B5DCD" w:rsidR="00E92262" w:rsidRPr="003309B7" w:rsidRDefault="00F55E25">
      <w:pPr>
        <w:rPr>
          <w:rFonts w:ascii="Arial" w:hAnsi="Arial" w:cs="Arial"/>
          <w:szCs w:val="24"/>
        </w:rPr>
      </w:pPr>
      <w:r>
        <w:rPr>
          <w:rFonts w:ascii="Arial" w:hAnsi="Arial" w:cs="Arial"/>
          <w:szCs w:val="24"/>
        </w:rPr>
        <w:t>And</w:t>
      </w:r>
      <w:r w:rsidR="00AF03C0" w:rsidRPr="003309B7">
        <w:rPr>
          <w:rFonts w:ascii="Arial" w:hAnsi="Arial" w:cs="Arial"/>
          <w:szCs w:val="24"/>
        </w:rPr>
        <w:t xml:space="preserve"> this isn’t just a you thing, this is actually </w:t>
      </w:r>
      <w:r w:rsidR="00E44C64" w:rsidRPr="003309B7">
        <w:rPr>
          <w:rFonts w:ascii="Arial" w:hAnsi="Arial" w:cs="Arial"/>
          <w:szCs w:val="24"/>
        </w:rPr>
        <w:t>one of the great themes running through the whole Bible.</w:t>
      </w:r>
      <w:r w:rsidR="00AF03C0" w:rsidRPr="003309B7">
        <w:rPr>
          <w:rFonts w:ascii="Arial" w:hAnsi="Arial" w:cs="Arial"/>
          <w:szCs w:val="24"/>
        </w:rPr>
        <w:t xml:space="preserve">  </w:t>
      </w:r>
      <w:r>
        <w:rPr>
          <w:rFonts w:ascii="Arial" w:hAnsi="Arial" w:cs="Arial"/>
          <w:szCs w:val="24"/>
        </w:rPr>
        <w:t xml:space="preserve">Everyone who encounters God needs to be born again.  </w:t>
      </w:r>
      <w:r w:rsidR="00AF03C0" w:rsidRPr="003309B7">
        <w:rPr>
          <w:rFonts w:ascii="Arial" w:hAnsi="Arial" w:cs="Arial"/>
          <w:szCs w:val="24"/>
        </w:rPr>
        <w:t>I mean, think about the heroes of faith that God used to bring salvation into the world.</w:t>
      </w:r>
    </w:p>
    <w:p w14:paraId="4CBD03D8" w14:textId="6B8F5BA5" w:rsidR="00E92262" w:rsidRPr="003309B7" w:rsidRDefault="00A805B6">
      <w:pPr>
        <w:rPr>
          <w:rFonts w:ascii="Arial" w:hAnsi="Arial" w:cs="Arial"/>
          <w:szCs w:val="24"/>
        </w:rPr>
      </w:pPr>
      <w:r>
        <w:rPr>
          <w:rFonts w:ascii="Arial" w:hAnsi="Arial" w:cs="Arial"/>
          <w:szCs w:val="24"/>
        </w:rPr>
        <w:t xml:space="preserve">Like </w:t>
      </w:r>
      <w:r w:rsidR="00E44C64" w:rsidRPr="003309B7">
        <w:rPr>
          <w:rFonts w:ascii="Arial" w:hAnsi="Arial" w:cs="Arial"/>
          <w:szCs w:val="24"/>
        </w:rPr>
        <w:t>Abraham</w:t>
      </w:r>
      <w:r>
        <w:rPr>
          <w:rFonts w:ascii="Arial" w:hAnsi="Arial" w:cs="Arial"/>
          <w:szCs w:val="24"/>
        </w:rPr>
        <w:t>.  He’s the father of the faith.  But he</w:t>
      </w:r>
      <w:r w:rsidR="00E44C64" w:rsidRPr="003309B7">
        <w:rPr>
          <w:rFonts w:ascii="Arial" w:hAnsi="Arial" w:cs="Arial"/>
          <w:szCs w:val="24"/>
        </w:rPr>
        <w:t xml:space="preserve"> </w:t>
      </w:r>
      <w:r w:rsidR="00AF03C0" w:rsidRPr="003309B7">
        <w:rPr>
          <w:rFonts w:ascii="Arial" w:hAnsi="Arial" w:cs="Arial"/>
          <w:szCs w:val="24"/>
        </w:rPr>
        <w:t>let’s his wife be sexually exploited twice in order</w:t>
      </w:r>
      <w:r w:rsidR="00E44C64" w:rsidRPr="003309B7">
        <w:rPr>
          <w:rFonts w:ascii="Arial" w:hAnsi="Arial" w:cs="Arial"/>
          <w:szCs w:val="24"/>
        </w:rPr>
        <w:t xml:space="preserve"> to save himself</w:t>
      </w:r>
      <w:r w:rsidR="00AF03C0" w:rsidRPr="003309B7">
        <w:rPr>
          <w:rFonts w:ascii="Arial" w:hAnsi="Arial" w:cs="Arial"/>
          <w:szCs w:val="24"/>
        </w:rPr>
        <w:t xml:space="preserve">, and then he sends Hagar and Ishmale off into the desert to die. </w:t>
      </w:r>
      <w:r w:rsidR="00E44C64" w:rsidRPr="003309B7">
        <w:rPr>
          <w:rFonts w:ascii="Arial" w:hAnsi="Arial" w:cs="Arial"/>
          <w:szCs w:val="24"/>
        </w:rPr>
        <w:t xml:space="preserve"> </w:t>
      </w:r>
      <w:r w:rsidR="00AF03C0" w:rsidRPr="003309B7">
        <w:rPr>
          <w:rFonts w:ascii="Arial" w:hAnsi="Arial" w:cs="Arial"/>
          <w:szCs w:val="24"/>
        </w:rPr>
        <w:t xml:space="preserve">What a great guy!  </w:t>
      </w:r>
      <w:r w:rsidR="004D53E8">
        <w:rPr>
          <w:rFonts w:ascii="Arial" w:hAnsi="Arial" w:cs="Arial"/>
          <w:szCs w:val="24"/>
        </w:rPr>
        <w:t xml:space="preserve">Or </w:t>
      </w:r>
      <w:r w:rsidR="00E44C64" w:rsidRPr="003309B7">
        <w:rPr>
          <w:rFonts w:ascii="Arial" w:hAnsi="Arial" w:cs="Arial"/>
          <w:szCs w:val="24"/>
        </w:rPr>
        <w:t>Jacob</w:t>
      </w:r>
      <w:r w:rsidR="004D53E8">
        <w:rPr>
          <w:rFonts w:ascii="Arial" w:hAnsi="Arial" w:cs="Arial"/>
          <w:szCs w:val="24"/>
        </w:rPr>
        <w:t>.  He</w:t>
      </w:r>
      <w:r w:rsidR="00E44C64" w:rsidRPr="003309B7">
        <w:rPr>
          <w:rFonts w:ascii="Arial" w:hAnsi="Arial" w:cs="Arial"/>
          <w:szCs w:val="24"/>
        </w:rPr>
        <w:t xml:space="preserve"> tears his family apart</w:t>
      </w:r>
      <w:r w:rsidR="00AF03C0" w:rsidRPr="003309B7">
        <w:rPr>
          <w:rFonts w:ascii="Arial" w:hAnsi="Arial" w:cs="Arial"/>
          <w:szCs w:val="24"/>
        </w:rPr>
        <w:t xml:space="preserve"> by choosing one son to be his favorite. </w:t>
      </w:r>
      <w:r w:rsidR="00E44C64" w:rsidRPr="003309B7">
        <w:rPr>
          <w:rFonts w:ascii="Arial" w:hAnsi="Arial" w:cs="Arial"/>
          <w:szCs w:val="24"/>
        </w:rPr>
        <w:t xml:space="preserve"> </w:t>
      </w:r>
      <w:r w:rsidR="004D53E8">
        <w:rPr>
          <w:rFonts w:ascii="Arial" w:hAnsi="Arial" w:cs="Arial"/>
          <w:szCs w:val="24"/>
        </w:rPr>
        <w:t xml:space="preserve">Or </w:t>
      </w:r>
      <w:r w:rsidR="00E44C64" w:rsidRPr="003309B7">
        <w:rPr>
          <w:rFonts w:ascii="Arial" w:hAnsi="Arial" w:cs="Arial"/>
          <w:szCs w:val="24"/>
        </w:rPr>
        <w:t>Judah</w:t>
      </w:r>
      <w:r w:rsidR="004D53E8">
        <w:rPr>
          <w:rFonts w:ascii="Arial" w:hAnsi="Arial" w:cs="Arial"/>
          <w:szCs w:val="24"/>
        </w:rPr>
        <w:t>.  He</w:t>
      </w:r>
      <w:r w:rsidR="00E44C64" w:rsidRPr="003309B7">
        <w:rPr>
          <w:rFonts w:ascii="Arial" w:hAnsi="Arial" w:cs="Arial"/>
          <w:szCs w:val="24"/>
        </w:rPr>
        <w:t xml:space="preserve"> sleeps with prostitute</w:t>
      </w:r>
      <w:r w:rsidR="00AF03C0" w:rsidRPr="003309B7">
        <w:rPr>
          <w:rFonts w:ascii="Arial" w:hAnsi="Arial" w:cs="Arial"/>
          <w:szCs w:val="24"/>
        </w:rPr>
        <w:t>s</w:t>
      </w:r>
      <w:r w:rsidR="00E44C64" w:rsidRPr="003309B7">
        <w:rPr>
          <w:rFonts w:ascii="Arial" w:hAnsi="Arial" w:cs="Arial"/>
          <w:szCs w:val="24"/>
        </w:rPr>
        <w:t xml:space="preserve">. </w:t>
      </w:r>
      <w:r w:rsidR="00AF03C0" w:rsidRPr="003309B7">
        <w:rPr>
          <w:rFonts w:ascii="Arial" w:hAnsi="Arial" w:cs="Arial"/>
          <w:szCs w:val="24"/>
        </w:rPr>
        <w:t xml:space="preserve"> </w:t>
      </w:r>
      <w:r w:rsidR="004D53E8">
        <w:rPr>
          <w:rFonts w:ascii="Arial" w:hAnsi="Arial" w:cs="Arial"/>
          <w:szCs w:val="24"/>
        </w:rPr>
        <w:t>Or</w:t>
      </w:r>
      <w:r w:rsidR="00AF03C0" w:rsidRPr="003309B7">
        <w:rPr>
          <w:rFonts w:ascii="Arial" w:hAnsi="Arial" w:cs="Arial"/>
          <w:szCs w:val="24"/>
        </w:rPr>
        <w:t xml:space="preserve"> </w:t>
      </w:r>
      <w:r w:rsidR="00E44C64" w:rsidRPr="003309B7">
        <w:rPr>
          <w:rFonts w:ascii="Arial" w:hAnsi="Arial" w:cs="Arial"/>
          <w:szCs w:val="24"/>
        </w:rPr>
        <w:t>David</w:t>
      </w:r>
      <w:r w:rsidR="004D53E8">
        <w:rPr>
          <w:rFonts w:ascii="Arial" w:hAnsi="Arial" w:cs="Arial"/>
          <w:szCs w:val="24"/>
        </w:rPr>
        <w:t>.  He</w:t>
      </w:r>
      <w:r w:rsidR="00E44C64" w:rsidRPr="003309B7">
        <w:rPr>
          <w:rFonts w:ascii="Arial" w:hAnsi="Arial" w:cs="Arial"/>
          <w:szCs w:val="24"/>
        </w:rPr>
        <w:t xml:space="preserve"> </w:t>
      </w:r>
      <w:r w:rsidR="00AF03C0" w:rsidRPr="003309B7">
        <w:rPr>
          <w:rFonts w:ascii="Arial" w:hAnsi="Arial" w:cs="Arial"/>
          <w:szCs w:val="24"/>
        </w:rPr>
        <w:t>lusts after the wife of one of his loyal soldiers and then has him killed so he can have her.  And t</w:t>
      </w:r>
      <w:r w:rsidR="00E44C64" w:rsidRPr="003309B7">
        <w:rPr>
          <w:rFonts w:ascii="Arial" w:hAnsi="Arial" w:cs="Arial"/>
          <w:szCs w:val="24"/>
        </w:rPr>
        <w:t xml:space="preserve">hese are the </w:t>
      </w:r>
      <w:r w:rsidR="0047527C">
        <w:rPr>
          <w:rFonts w:ascii="Arial" w:hAnsi="Arial" w:cs="Arial"/>
          <w:szCs w:val="24"/>
        </w:rPr>
        <w:t>best guys in the Bible!</w:t>
      </w:r>
    </w:p>
    <w:p w14:paraId="78C4B18F" w14:textId="6399D27E" w:rsidR="00E92262" w:rsidRPr="003309B7" w:rsidRDefault="00AF03C0">
      <w:pPr>
        <w:rPr>
          <w:rFonts w:ascii="Arial" w:hAnsi="Arial" w:cs="Arial"/>
          <w:bCs/>
          <w:szCs w:val="24"/>
        </w:rPr>
      </w:pPr>
      <w:r w:rsidRPr="003309B7">
        <w:rPr>
          <w:rFonts w:ascii="Arial" w:hAnsi="Arial" w:cs="Arial"/>
          <w:szCs w:val="24"/>
        </w:rPr>
        <w:lastRenderedPageBreak/>
        <w:t xml:space="preserve">And you say, “What?  </w:t>
      </w:r>
      <w:r w:rsidR="00E44C64" w:rsidRPr="003309B7">
        <w:rPr>
          <w:rFonts w:ascii="Arial" w:hAnsi="Arial" w:cs="Arial"/>
          <w:szCs w:val="24"/>
        </w:rPr>
        <w:t xml:space="preserve">Couldn't God have </w:t>
      </w:r>
      <w:r w:rsidR="0047527C">
        <w:rPr>
          <w:rFonts w:ascii="Arial" w:hAnsi="Arial" w:cs="Arial"/>
          <w:szCs w:val="24"/>
        </w:rPr>
        <w:t>dug a little deeper</w:t>
      </w:r>
      <w:r w:rsidR="00E44C64" w:rsidRPr="003309B7">
        <w:rPr>
          <w:rFonts w:ascii="Arial" w:hAnsi="Arial" w:cs="Arial"/>
          <w:szCs w:val="24"/>
        </w:rPr>
        <w:t>?</w:t>
      </w:r>
      <w:r w:rsidRPr="003309B7">
        <w:rPr>
          <w:rFonts w:ascii="Arial" w:hAnsi="Arial" w:cs="Arial"/>
          <w:szCs w:val="24"/>
        </w:rPr>
        <w:t xml:space="preserve">  </w:t>
      </w:r>
      <w:r w:rsidR="00E44C64" w:rsidRPr="003309B7">
        <w:rPr>
          <w:rFonts w:ascii="Arial" w:hAnsi="Arial" w:cs="Arial"/>
          <w:szCs w:val="24"/>
        </w:rPr>
        <w:t xml:space="preserve">Couldn't He have </w:t>
      </w:r>
      <w:r w:rsidR="0047527C">
        <w:rPr>
          <w:rFonts w:ascii="Arial" w:hAnsi="Arial" w:cs="Arial"/>
          <w:szCs w:val="24"/>
        </w:rPr>
        <w:t>found</w:t>
      </w:r>
      <w:r w:rsidR="00E44C64" w:rsidRPr="003309B7">
        <w:rPr>
          <w:rFonts w:ascii="Arial" w:hAnsi="Arial" w:cs="Arial"/>
          <w:szCs w:val="24"/>
        </w:rPr>
        <w:t xml:space="preserve"> </w:t>
      </w:r>
      <w:r w:rsidR="00B340A5">
        <w:rPr>
          <w:rFonts w:ascii="Arial" w:hAnsi="Arial" w:cs="Arial"/>
          <w:szCs w:val="24"/>
        </w:rPr>
        <w:t>anyone better</w:t>
      </w:r>
      <w:r w:rsidR="00E44C64" w:rsidRPr="003309B7">
        <w:rPr>
          <w:rFonts w:ascii="Arial" w:hAnsi="Arial" w:cs="Arial"/>
          <w:szCs w:val="24"/>
        </w:rPr>
        <w:t>?</w:t>
      </w:r>
      <w:r w:rsidRPr="003309B7">
        <w:rPr>
          <w:rFonts w:ascii="Arial" w:hAnsi="Arial" w:cs="Arial"/>
          <w:szCs w:val="24"/>
        </w:rPr>
        <w:t xml:space="preserve">  </w:t>
      </w:r>
      <w:r w:rsidR="00E44C64" w:rsidRPr="003309B7">
        <w:rPr>
          <w:rFonts w:ascii="Arial" w:hAnsi="Arial" w:cs="Arial"/>
          <w:szCs w:val="24"/>
        </w:rPr>
        <w:t>And the answer is:</w:t>
      </w:r>
      <w:r w:rsidRPr="003309B7">
        <w:rPr>
          <w:rFonts w:ascii="Arial" w:hAnsi="Arial" w:cs="Arial"/>
          <w:szCs w:val="24"/>
        </w:rPr>
        <w:t xml:space="preserve"> </w:t>
      </w:r>
      <w:r w:rsidR="00E44C64" w:rsidRPr="003309B7">
        <w:rPr>
          <w:rFonts w:ascii="Arial" w:hAnsi="Arial" w:cs="Arial"/>
          <w:bCs/>
          <w:szCs w:val="24"/>
        </w:rPr>
        <w:t xml:space="preserve">There is no </w:t>
      </w:r>
      <w:r w:rsidR="00B340A5">
        <w:rPr>
          <w:rFonts w:ascii="Arial" w:hAnsi="Arial" w:cs="Arial"/>
          <w:bCs/>
          <w:szCs w:val="24"/>
        </w:rPr>
        <w:t xml:space="preserve">one </w:t>
      </w:r>
      <w:r w:rsidR="00E44C64" w:rsidRPr="003309B7">
        <w:rPr>
          <w:rFonts w:ascii="Arial" w:hAnsi="Arial" w:cs="Arial"/>
          <w:bCs/>
          <w:szCs w:val="24"/>
        </w:rPr>
        <w:t>better.</w:t>
      </w:r>
    </w:p>
    <w:p w14:paraId="15AA361A" w14:textId="12314672" w:rsidR="00E92262" w:rsidRPr="003309B7" w:rsidRDefault="00E44C64">
      <w:pPr>
        <w:rPr>
          <w:rFonts w:ascii="Arial" w:hAnsi="Arial" w:cs="Arial"/>
          <w:szCs w:val="24"/>
        </w:rPr>
      </w:pPr>
      <w:r w:rsidRPr="003309B7">
        <w:rPr>
          <w:rFonts w:ascii="Arial" w:hAnsi="Arial" w:cs="Arial"/>
          <w:szCs w:val="24"/>
        </w:rPr>
        <w:t>You're not better.</w:t>
      </w:r>
      <w:r w:rsidR="00AF03C0" w:rsidRPr="003309B7">
        <w:rPr>
          <w:rFonts w:ascii="Arial" w:hAnsi="Arial" w:cs="Arial"/>
          <w:szCs w:val="24"/>
        </w:rPr>
        <w:t xml:space="preserve">  </w:t>
      </w:r>
      <w:r w:rsidRPr="003309B7">
        <w:rPr>
          <w:rFonts w:ascii="Arial" w:hAnsi="Arial" w:cs="Arial"/>
          <w:szCs w:val="24"/>
        </w:rPr>
        <w:t>I'm not better.</w:t>
      </w:r>
      <w:r w:rsidR="00AF03C0" w:rsidRPr="003309B7">
        <w:rPr>
          <w:rFonts w:ascii="Arial" w:hAnsi="Arial" w:cs="Arial"/>
          <w:szCs w:val="24"/>
        </w:rPr>
        <w:t xml:space="preserve">  </w:t>
      </w:r>
      <w:r w:rsidRPr="003309B7">
        <w:rPr>
          <w:rFonts w:ascii="Arial" w:hAnsi="Arial" w:cs="Arial"/>
          <w:szCs w:val="24"/>
        </w:rPr>
        <w:t xml:space="preserve">The Bible isn't </w:t>
      </w:r>
      <w:r w:rsidR="00AF03C0" w:rsidRPr="003309B7">
        <w:rPr>
          <w:rFonts w:ascii="Arial" w:hAnsi="Arial" w:cs="Arial"/>
          <w:szCs w:val="24"/>
        </w:rPr>
        <w:t>a</w:t>
      </w:r>
      <w:r w:rsidRPr="003309B7">
        <w:rPr>
          <w:rFonts w:ascii="Arial" w:hAnsi="Arial" w:cs="Arial"/>
          <w:szCs w:val="24"/>
        </w:rPr>
        <w:t xml:space="preserve"> story of impressive people reaching their potential.</w:t>
      </w:r>
      <w:r w:rsidR="00AF03C0" w:rsidRPr="003309B7">
        <w:rPr>
          <w:rFonts w:ascii="Arial" w:hAnsi="Arial" w:cs="Arial"/>
          <w:szCs w:val="24"/>
        </w:rPr>
        <w:t xml:space="preserve">  </w:t>
      </w:r>
      <w:r w:rsidRPr="003309B7">
        <w:rPr>
          <w:rFonts w:ascii="Arial" w:hAnsi="Arial" w:cs="Arial"/>
          <w:szCs w:val="24"/>
        </w:rPr>
        <w:t>It's the story of God bringing life out of barrenness.</w:t>
      </w:r>
      <w:r w:rsidR="00410A88" w:rsidRPr="003309B7">
        <w:rPr>
          <w:rFonts w:ascii="Arial" w:hAnsi="Arial" w:cs="Arial"/>
          <w:szCs w:val="24"/>
        </w:rPr>
        <w:t xml:space="preserve">  And u</w:t>
      </w:r>
      <w:r w:rsidRPr="003309B7">
        <w:rPr>
          <w:rFonts w:ascii="Arial" w:hAnsi="Arial" w:cs="Arial"/>
          <w:szCs w:val="24"/>
        </w:rPr>
        <w:t>nless God intervenes, you will never become the person you were created to be.</w:t>
      </w:r>
    </w:p>
    <w:p w14:paraId="5E18C418" w14:textId="740AD578" w:rsidR="00E92262" w:rsidRPr="003309B7" w:rsidRDefault="00E44C64" w:rsidP="00410A88">
      <w:pPr>
        <w:rPr>
          <w:rFonts w:ascii="Arial" w:hAnsi="Arial" w:cs="Arial"/>
          <w:szCs w:val="24"/>
        </w:rPr>
      </w:pPr>
      <w:r w:rsidRPr="003309B7">
        <w:rPr>
          <w:rFonts w:ascii="Arial" w:hAnsi="Arial" w:cs="Arial"/>
          <w:szCs w:val="24"/>
        </w:rPr>
        <w:t>We are</w:t>
      </w:r>
      <w:r w:rsidR="00410A88" w:rsidRPr="003309B7">
        <w:rPr>
          <w:rFonts w:ascii="Arial" w:hAnsi="Arial" w:cs="Arial"/>
          <w:szCs w:val="24"/>
        </w:rPr>
        <w:t xml:space="preserve"> all</w:t>
      </w:r>
      <w:r w:rsidRPr="003309B7">
        <w:rPr>
          <w:rFonts w:ascii="Arial" w:hAnsi="Arial" w:cs="Arial"/>
          <w:szCs w:val="24"/>
        </w:rPr>
        <w:t xml:space="preserve"> spiritually barren</w:t>
      </w:r>
      <w:r w:rsidR="00410A88" w:rsidRPr="003309B7">
        <w:rPr>
          <w:rFonts w:ascii="Arial" w:hAnsi="Arial" w:cs="Arial"/>
          <w:szCs w:val="24"/>
        </w:rPr>
        <w:t xml:space="preserve"> and need to be born again.</w:t>
      </w:r>
    </w:p>
    <w:p w14:paraId="15C70BFB" w14:textId="26D8D3EE" w:rsidR="00410A88" w:rsidRPr="003309B7" w:rsidRDefault="00410A88" w:rsidP="00410A88">
      <w:pPr>
        <w:rPr>
          <w:rFonts w:ascii="Arial" w:hAnsi="Arial" w:cs="Arial"/>
          <w:szCs w:val="24"/>
        </w:rPr>
      </w:pPr>
      <w:r w:rsidRPr="003309B7">
        <w:rPr>
          <w:rFonts w:ascii="Arial" w:hAnsi="Arial" w:cs="Arial"/>
          <w:szCs w:val="24"/>
        </w:rPr>
        <w:t>…</w:t>
      </w:r>
    </w:p>
    <w:p w14:paraId="3AC4306A" w14:textId="777D53A5" w:rsidR="00E92262" w:rsidRPr="003309B7" w:rsidRDefault="00410A88">
      <w:pPr>
        <w:rPr>
          <w:rFonts w:ascii="Arial" w:hAnsi="Arial" w:cs="Arial"/>
          <w:szCs w:val="24"/>
        </w:rPr>
      </w:pPr>
      <w:r w:rsidRPr="003309B7">
        <w:rPr>
          <w:rFonts w:ascii="Arial" w:hAnsi="Arial" w:cs="Arial"/>
          <w:szCs w:val="24"/>
        </w:rPr>
        <w:t>Alright, in</w:t>
      </w:r>
      <w:r w:rsidR="00E44C64" w:rsidRPr="003309B7">
        <w:rPr>
          <w:rFonts w:ascii="Arial" w:hAnsi="Arial" w:cs="Arial"/>
          <w:szCs w:val="24"/>
        </w:rPr>
        <w:t xml:space="preserve"> verses 4–10 the picture changes</w:t>
      </w:r>
      <w:r w:rsidRPr="003309B7">
        <w:rPr>
          <w:rFonts w:ascii="Arial" w:hAnsi="Arial" w:cs="Arial"/>
          <w:szCs w:val="24"/>
        </w:rPr>
        <w:t xml:space="preserve">.  </w:t>
      </w:r>
      <w:r w:rsidR="00E44C64" w:rsidRPr="003309B7">
        <w:rPr>
          <w:rFonts w:ascii="Arial" w:hAnsi="Arial" w:cs="Arial"/>
          <w:szCs w:val="24"/>
        </w:rPr>
        <w:t>Again we have a woman, but this time she isn't barren</w:t>
      </w:r>
      <w:r w:rsidRPr="003309B7">
        <w:rPr>
          <w:rFonts w:ascii="Arial" w:hAnsi="Arial" w:cs="Arial"/>
          <w:szCs w:val="24"/>
        </w:rPr>
        <w:t>, s</w:t>
      </w:r>
      <w:r w:rsidR="00E44C64" w:rsidRPr="003309B7">
        <w:rPr>
          <w:rFonts w:ascii="Arial" w:hAnsi="Arial" w:cs="Arial"/>
          <w:szCs w:val="24"/>
        </w:rPr>
        <w:t>he's separated from her husband.</w:t>
      </w:r>
      <w:r w:rsidRPr="003309B7">
        <w:rPr>
          <w:rFonts w:ascii="Arial" w:hAnsi="Arial" w:cs="Arial"/>
          <w:szCs w:val="24"/>
        </w:rPr>
        <w:t xml:space="preserve">  </w:t>
      </w:r>
      <w:r w:rsidR="00E44C64" w:rsidRPr="003309B7">
        <w:rPr>
          <w:rFonts w:ascii="Arial" w:hAnsi="Arial" w:cs="Arial"/>
          <w:szCs w:val="24"/>
        </w:rPr>
        <w:t xml:space="preserve">And this picture isn't about God bringing life out of a dead womb. </w:t>
      </w:r>
      <w:r w:rsidRPr="003309B7">
        <w:rPr>
          <w:rFonts w:ascii="Arial" w:hAnsi="Arial" w:cs="Arial"/>
          <w:szCs w:val="24"/>
        </w:rPr>
        <w:t xml:space="preserve"> </w:t>
      </w:r>
      <w:r w:rsidR="00E44C64" w:rsidRPr="003309B7">
        <w:rPr>
          <w:rFonts w:ascii="Arial" w:hAnsi="Arial" w:cs="Arial"/>
          <w:szCs w:val="24"/>
        </w:rPr>
        <w:t>Now we discover that God can bring love out of a dead marriage.</w:t>
      </w:r>
    </w:p>
    <w:p w14:paraId="07627D4F" w14:textId="527563E6" w:rsidR="00E92262" w:rsidRPr="003309B7" w:rsidRDefault="00410A88">
      <w:pPr>
        <w:rPr>
          <w:rFonts w:ascii="Arial" w:hAnsi="Arial" w:cs="Arial"/>
          <w:szCs w:val="24"/>
        </w:rPr>
      </w:pPr>
      <w:r w:rsidRPr="003309B7">
        <w:rPr>
          <w:rFonts w:ascii="Arial" w:hAnsi="Arial" w:cs="Arial"/>
          <w:szCs w:val="24"/>
        </w:rPr>
        <w:t>So what’s going on?  Well, t</w:t>
      </w:r>
      <w:r w:rsidR="00E44C64" w:rsidRPr="003309B7">
        <w:rPr>
          <w:rFonts w:ascii="Arial" w:hAnsi="Arial" w:cs="Arial"/>
          <w:szCs w:val="24"/>
        </w:rPr>
        <w:t>he woman represents Israel and God is her husband.</w:t>
      </w:r>
      <w:r w:rsidRPr="003309B7">
        <w:rPr>
          <w:rFonts w:ascii="Arial" w:hAnsi="Arial" w:cs="Arial"/>
          <w:szCs w:val="24"/>
        </w:rPr>
        <w:t xml:space="preserve">  </w:t>
      </w:r>
      <w:r w:rsidR="00E44C64" w:rsidRPr="003309B7">
        <w:rPr>
          <w:rFonts w:ascii="Arial" w:hAnsi="Arial" w:cs="Arial"/>
          <w:szCs w:val="24"/>
        </w:rPr>
        <w:t>And Israel has been unfaithful.</w:t>
      </w:r>
      <w:r w:rsidRPr="003309B7">
        <w:rPr>
          <w:rFonts w:ascii="Arial" w:hAnsi="Arial" w:cs="Arial"/>
          <w:szCs w:val="24"/>
        </w:rPr>
        <w:t xml:space="preserve">  </w:t>
      </w:r>
      <w:r w:rsidR="00E44C64" w:rsidRPr="003309B7">
        <w:rPr>
          <w:rFonts w:ascii="Arial" w:hAnsi="Arial" w:cs="Arial"/>
          <w:szCs w:val="24"/>
        </w:rPr>
        <w:t xml:space="preserve">For centuries God has loved her and cared for her, and </w:t>
      </w:r>
      <w:r w:rsidRPr="003309B7">
        <w:rPr>
          <w:rFonts w:ascii="Arial" w:hAnsi="Arial" w:cs="Arial"/>
          <w:szCs w:val="24"/>
        </w:rPr>
        <w:t xml:space="preserve">how does </w:t>
      </w:r>
      <w:r w:rsidR="00C43311">
        <w:rPr>
          <w:rFonts w:ascii="Arial" w:hAnsi="Arial" w:cs="Arial"/>
          <w:szCs w:val="24"/>
        </w:rPr>
        <w:t>she</w:t>
      </w:r>
      <w:r w:rsidR="00E44C64" w:rsidRPr="003309B7">
        <w:rPr>
          <w:rFonts w:ascii="Arial" w:hAnsi="Arial" w:cs="Arial"/>
          <w:szCs w:val="24"/>
        </w:rPr>
        <w:t xml:space="preserve"> respond</w:t>
      </w:r>
      <w:r w:rsidRPr="003309B7">
        <w:rPr>
          <w:rFonts w:ascii="Arial" w:hAnsi="Arial" w:cs="Arial"/>
          <w:szCs w:val="24"/>
        </w:rPr>
        <w:t xml:space="preserve">?  </w:t>
      </w:r>
      <w:r w:rsidR="00C43311">
        <w:rPr>
          <w:rFonts w:ascii="Arial" w:hAnsi="Arial" w:cs="Arial"/>
          <w:szCs w:val="24"/>
        </w:rPr>
        <w:t xml:space="preserve">Israel </w:t>
      </w:r>
      <w:r w:rsidR="00E44C64" w:rsidRPr="003309B7">
        <w:rPr>
          <w:rFonts w:ascii="Arial" w:hAnsi="Arial" w:cs="Arial"/>
          <w:szCs w:val="24"/>
        </w:rPr>
        <w:t>worship</w:t>
      </w:r>
      <w:r w:rsidR="00C43311">
        <w:rPr>
          <w:rFonts w:ascii="Arial" w:hAnsi="Arial" w:cs="Arial"/>
          <w:szCs w:val="24"/>
        </w:rPr>
        <w:t>s</w:t>
      </w:r>
      <w:r w:rsidR="00E44C64" w:rsidRPr="003309B7">
        <w:rPr>
          <w:rFonts w:ascii="Arial" w:hAnsi="Arial" w:cs="Arial"/>
          <w:szCs w:val="24"/>
        </w:rPr>
        <w:t xml:space="preserve"> other gods.</w:t>
      </w:r>
      <w:r w:rsidRPr="003309B7">
        <w:rPr>
          <w:rFonts w:ascii="Arial" w:hAnsi="Arial" w:cs="Arial"/>
          <w:szCs w:val="24"/>
        </w:rPr>
        <w:t xml:space="preserve">  </w:t>
      </w:r>
      <w:r w:rsidR="00E44C64" w:rsidRPr="003309B7">
        <w:rPr>
          <w:rFonts w:ascii="Arial" w:hAnsi="Arial" w:cs="Arial"/>
          <w:szCs w:val="24"/>
        </w:rPr>
        <w:t>She put</w:t>
      </w:r>
      <w:r w:rsidR="00147ADF">
        <w:rPr>
          <w:rFonts w:ascii="Arial" w:hAnsi="Arial" w:cs="Arial"/>
          <w:szCs w:val="24"/>
        </w:rPr>
        <w:t>s</w:t>
      </w:r>
      <w:r w:rsidR="00E44C64" w:rsidRPr="003309B7">
        <w:rPr>
          <w:rFonts w:ascii="Arial" w:hAnsi="Arial" w:cs="Arial"/>
          <w:szCs w:val="24"/>
        </w:rPr>
        <w:t xml:space="preserve"> herself into the arms of other lovers.</w:t>
      </w:r>
      <w:r w:rsidR="00147ADF">
        <w:rPr>
          <w:rFonts w:ascii="Arial" w:hAnsi="Arial" w:cs="Arial"/>
          <w:szCs w:val="24"/>
        </w:rPr>
        <w:t xml:space="preserve">  </w:t>
      </w:r>
      <w:r w:rsidR="00147ADF" w:rsidRPr="003309B7">
        <w:rPr>
          <w:rFonts w:ascii="Arial" w:hAnsi="Arial" w:cs="Arial"/>
          <w:szCs w:val="24"/>
        </w:rPr>
        <w:t>And the Bible calls that spiritual adultery.</w:t>
      </w:r>
    </w:p>
    <w:p w14:paraId="686E0395" w14:textId="154BC573" w:rsidR="00E92262" w:rsidRPr="003309B7" w:rsidRDefault="00410A88">
      <w:pPr>
        <w:rPr>
          <w:rFonts w:ascii="Arial" w:hAnsi="Arial" w:cs="Arial"/>
          <w:szCs w:val="24"/>
        </w:rPr>
      </w:pPr>
      <w:r w:rsidRPr="003309B7">
        <w:rPr>
          <w:rFonts w:ascii="Arial" w:hAnsi="Arial" w:cs="Arial"/>
          <w:szCs w:val="24"/>
        </w:rPr>
        <w:t xml:space="preserve">And God’s devastated by this </w:t>
      </w:r>
      <w:r w:rsidR="00147ADF">
        <w:rPr>
          <w:rFonts w:ascii="Arial" w:hAnsi="Arial" w:cs="Arial"/>
          <w:szCs w:val="24"/>
        </w:rPr>
        <w:t xml:space="preserve">betrayal </w:t>
      </w:r>
      <w:r w:rsidRPr="003309B7">
        <w:rPr>
          <w:rFonts w:ascii="Arial" w:hAnsi="Arial" w:cs="Arial"/>
          <w:szCs w:val="24"/>
        </w:rPr>
        <w:t xml:space="preserve">like any husband would be.  </w:t>
      </w:r>
      <w:r w:rsidR="00E44C64" w:rsidRPr="003309B7">
        <w:rPr>
          <w:rFonts w:ascii="Arial" w:hAnsi="Arial" w:cs="Arial"/>
          <w:szCs w:val="24"/>
        </w:rPr>
        <w:t>And eventually</w:t>
      </w:r>
      <w:r w:rsidRPr="003309B7">
        <w:rPr>
          <w:rFonts w:ascii="Arial" w:hAnsi="Arial" w:cs="Arial"/>
          <w:szCs w:val="24"/>
        </w:rPr>
        <w:t>,</w:t>
      </w:r>
      <w:r w:rsidR="00E44C64" w:rsidRPr="003309B7">
        <w:rPr>
          <w:rFonts w:ascii="Arial" w:hAnsi="Arial" w:cs="Arial"/>
          <w:szCs w:val="24"/>
        </w:rPr>
        <w:t xml:space="preserve"> in verses 7–8</w:t>
      </w:r>
      <w:r w:rsidRPr="003309B7">
        <w:rPr>
          <w:rFonts w:ascii="Arial" w:hAnsi="Arial" w:cs="Arial"/>
          <w:szCs w:val="24"/>
        </w:rPr>
        <w:t xml:space="preserve"> He says:</w:t>
      </w:r>
    </w:p>
    <w:p w14:paraId="2EEA3154" w14:textId="6B4F798B" w:rsidR="0058251D" w:rsidRPr="003309B7" w:rsidRDefault="0058251D" w:rsidP="0058251D">
      <w:pPr>
        <w:ind w:left="720"/>
        <w:rPr>
          <w:rFonts w:ascii="Arial" w:hAnsi="Arial" w:cs="Arial"/>
          <w:szCs w:val="24"/>
        </w:rPr>
      </w:pPr>
      <w:r w:rsidRPr="003309B7">
        <w:rPr>
          <w:rFonts w:ascii="Arial" w:hAnsi="Arial" w:cs="Arial"/>
          <w:szCs w:val="24"/>
        </w:rPr>
        <w:t>“I abandoned you…</w:t>
      </w:r>
      <w:r w:rsidRPr="003309B7">
        <w:rPr>
          <w:rFonts w:ascii="Arial" w:hAnsi="Arial" w:cs="Arial"/>
          <w:b/>
          <w:bCs/>
          <w:szCs w:val="24"/>
          <w:vertAlign w:val="superscript"/>
        </w:rPr>
        <w:t> </w:t>
      </w:r>
      <w:r w:rsidRPr="003309B7">
        <w:rPr>
          <w:rFonts w:ascii="Arial" w:hAnsi="Arial" w:cs="Arial"/>
          <w:szCs w:val="24"/>
        </w:rPr>
        <w:t>In a surge of anger</w:t>
      </w:r>
      <w:r w:rsidRPr="003309B7">
        <w:rPr>
          <w:rFonts w:ascii="Arial" w:hAnsi="Arial" w:cs="Arial"/>
          <w:szCs w:val="24"/>
        </w:rPr>
        <w:br/>
        <w:t>    I hid My face from you for a moment, (Isaiah 54:7-8)</w:t>
      </w:r>
    </w:p>
    <w:p w14:paraId="6ECC5E2C" w14:textId="25AD6F9C" w:rsidR="00E92262" w:rsidRPr="003309B7" w:rsidRDefault="0058251D">
      <w:pPr>
        <w:rPr>
          <w:rFonts w:ascii="Arial" w:hAnsi="Arial" w:cs="Arial"/>
          <w:szCs w:val="24"/>
        </w:rPr>
      </w:pPr>
      <w:r w:rsidRPr="003309B7">
        <w:rPr>
          <w:rFonts w:ascii="Arial" w:hAnsi="Arial" w:cs="Arial"/>
          <w:szCs w:val="24"/>
        </w:rPr>
        <w:t>God withdr</w:t>
      </w:r>
      <w:r w:rsidR="00517839">
        <w:rPr>
          <w:rFonts w:ascii="Arial" w:hAnsi="Arial" w:cs="Arial"/>
          <w:szCs w:val="24"/>
        </w:rPr>
        <w:t>a</w:t>
      </w:r>
      <w:r w:rsidRPr="003309B7">
        <w:rPr>
          <w:rFonts w:ascii="Arial" w:hAnsi="Arial" w:cs="Arial"/>
          <w:szCs w:val="24"/>
        </w:rPr>
        <w:t>w</w:t>
      </w:r>
      <w:r w:rsidR="00517839">
        <w:rPr>
          <w:rFonts w:ascii="Arial" w:hAnsi="Arial" w:cs="Arial"/>
          <w:szCs w:val="24"/>
        </w:rPr>
        <w:t>s</w:t>
      </w:r>
      <w:r w:rsidRPr="003309B7">
        <w:rPr>
          <w:rFonts w:ascii="Arial" w:hAnsi="Arial" w:cs="Arial"/>
          <w:szCs w:val="24"/>
        </w:rPr>
        <w:t xml:space="preserve"> His protection</w:t>
      </w:r>
      <w:r w:rsidR="00517839">
        <w:rPr>
          <w:rFonts w:ascii="Arial" w:hAnsi="Arial" w:cs="Arial"/>
          <w:szCs w:val="24"/>
        </w:rPr>
        <w:t>.  A</w:t>
      </w:r>
      <w:r w:rsidRPr="003309B7">
        <w:rPr>
          <w:rFonts w:ascii="Arial" w:hAnsi="Arial" w:cs="Arial"/>
          <w:szCs w:val="24"/>
        </w:rPr>
        <w:t>nd</w:t>
      </w:r>
      <w:r w:rsidR="00517839">
        <w:rPr>
          <w:rFonts w:ascii="Arial" w:hAnsi="Arial" w:cs="Arial"/>
          <w:szCs w:val="24"/>
        </w:rPr>
        <w:t xml:space="preserve"> when this happens </w:t>
      </w:r>
      <w:r w:rsidRPr="003309B7">
        <w:rPr>
          <w:rFonts w:ascii="Arial" w:hAnsi="Arial" w:cs="Arial"/>
          <w:szCs w:val="24"/>
        </w:rPr>
        <w:t>Israel</w:t>
      </w:r>
      <w:r w:rsidR="00517839">
        <w:rPr>
          <w:rFonts w:ascii="Arial" w:hAnsi="Arial" w:cs="Arial"/>
          <w:szCs w:val="24"/>
        </w:rPr>
        <w:t xml:space="preserve"> i</w:t>
      </w:r>
      <w:r w:rsidRPr="003309B7">
        <w:rPr>
          <w:rFonts w:ascii="Arial" w:hAnsi="Arial" w:cs="Arial"/>
          <w:szCs w:val="24"/>
        </w:rPr>
        <w:t xml:space="preserve">s </w:t>
      </w:r>
      <w:r w:rsidR="00E44C64" w:rsidRPr="003309B7">
        <w:rPr>
          <w:rFonts w:ascii="Arial" w:hAnsi="Arial" w:cs="Arial"/>
          <w:szCs w:val="24"/>
        </w:rPr>
        <w:t>carried into exile.</w:t>
      </w:r>
      <w:r w:rsidRPr="003309B7">
        <w:rPr>
          <w:rFonts w:ascii="Arial" w:hAnsi="Arial" w:cs="Arial"/>
          <w:szCs w:val="24"/>
        </w:rPr>
        <w:t xml:space="preserve">  </w:t>
      </w:r>
      <w:r w:rsidR="00517839">
        <w:rPr>
          <w:rFonts w:ascii="Arial" w:hAnsi="Arial" w:cs="Arial"/>
          <w:szCs w:val="24"/>
        </w:rPr>
        <w:t>H</w:t>
      </w:r>
      <w:r w:rsidR="00E44C64" w:rsidRPr="003309B7">
        <w:rPr>
          <w:rFonts w:ascii="Arial" w:hAnsi="Arial" w:cs="Arial"/>
          <w:szCs w:val="24"/>
        </w:rPr>
        <w:t>ere is a wife who has been unfaithful and is now separated from her husband.</w:t>
      </w:r>
      <w:r w:rsidR="0013448B">
        <w:rPr>
          <w:rFonts w:ascii="Arial" w:hAnsi="Arial" w:cs="Arial"/>
          <w:szCs w:val="24"/>
        </w:rPr>
        <w:t xml:space="preserve">  And remember, this isn’t just Israel, this is us.  So w</w:t>
      </w:r>
      <w:r w:rsidR="00E44C64" w:rsidRPr="003309B7">
        <w:rPr>
          <w:rFonts w:ascii="Arial" w:hAnsi="Arial" w:cs="Arial"/>
          <w:szCs w:val="24"/>
        </w:rPr>
        <w:t>hat happens next?</w:t>
      </w:r>
    </w:p>
    <w:p w14:paraId="47A8DBE9" w14:textId="7BA27759" w:rsidR="0013448B" w:rsidRDefault="0013448B">
      <w:pPr>
        <w:rPr>
          <w:rFonts w:ascii="Arial" w:hAnsi="Arial" w:cs="Arial"/>
          <w:szCs w:val="24"/>
        </w:rPr>
      </w:pPr>
      <w:r>
        <w:rPr>
          <w:rFonts w:ascii="Arial" w:hAnsi="Arial" w:cs="Arial"/>
          <w:szCs w:val="24"/>
        </w:rPr>
        <w:t>…</w:t>
      </w:r>
    </w:p>
    <w:p w14:paraId="23C58B37" w14:textId="72A30FC6" w:rsidR="00E92262" w:rsidRPr="003309B7" w:rsidRDefault="0058251D">
      <w:pPr>
        <w:rPr>
          <w:rFonts w:ascii="Arial" w:hAnsi="Arial" w:cs="Arial"/>
          <w:szCs w:val="24"/>
        </w:rPr>
      </w:pPr>
      <w:r w:rsidRPr="003309B7">
        <w:rPr>
          <w:rFonts w:ascii="Arial" w:hAnsi="Arial" w:cs="Arial"/>
          <w:szCs w:val="24"/>
        </w:rPr>
        <w:t>Well here</w:t>
      </w:r>
      <w:r w:rsidR="00E44C64" w:rsidRPr="003309B7">
        <w:rPr>
          <w:rFonts w:ascii="Arial" w:hAnsi="Arial" w:cs="Arial"/>
          <w:szCs w:val="24"/>
        </w:rPr>
        <w:t xml:space="preserve"> is where </w:t>
      </w:r>
      <w:r w:rsidR="0013448B">
        <w:rPr>
          <w:rFonts w:ascii="Arial" w:hAnsi="Arial" w:cs="Arial"/>
          <w:szCs w:val="24"/>
        </w:rPr>
        <w:t>a surprise enters the story</w:t>
      </w:r>
      <w:r w:rsidR="00E44C64" w:rsidRPr="003309B7">
        <w:rPr>
          <w:rFonts w:ascii="Arial" w:hAnsi="Arial" w:cs="Arial"/>
          <w:szCs w:val="24"/>
        </w:rPr>
        <w:t>.</w:t>
      </w:r>
      <w:r w:rsidRPr="003309B7">
        <w:rPr>
          <w:rFonts w:ascii="Arial" w:hAnsi="Arial" w:cs="Arial"/>
          <w:szCs w:val="24"/>
        </w:rPr>
        <w:t xml:space="preserve">  </w:t>
      </w:r>
      <w:r w:rsidR="00E44C64" w:rsidRPr="003309B7">
        <w:rPr>
          <w:rFonts w:ascii="Arial" w:hAnsi="Arial" w:cs="Arial"/>
          <w:szCs w:val="24"/>
        </w:rPr>
        <w:t>Look at who the husband is.</w:t>
      </w:r>
      <w:r w:rsidRPr="003309B7">
        <w:rPr>
          <w:rFonts w:ascii="Arial" w:hAnsi="Arial" w:cs="Arial"/>
          <w:szCs w:val="24"/>
        </w:rPr>
        <w:t xml:space="preserve">  </w:t>
      </w:r>
      <w:r w:rsidR="0013448B">
        <w:rPr>
          <w:rFonts w:ascii="Arial" w:hAnsi="Arial" w:cs="Arial"/>
          <w:szCs w:val="24"/>
        </w:rPr>
        <w:t>V</w:t>
      </w:r>
      <w:r w:rsidR="00E44C64" w:rsidRPr="003309B7">
        <w:rPr>
          <w:rFonts w:ascii="Arial" w:hAnsi="Arial" w:cs="Arial"/>
          <w:szCs w:val="24"/>
        </w:rPr>
        <w:t>erse 5</w:t>
      </w:r>
      <w:r w:rsidRPr="003309B7">
        <w:rPr>
          <w:rFonts w:ascii="Arial" w:hAnsi="Arial" w:cs="Arial"/>
          <w:szCs w:val="24"/>
        </w:rPr>
        <w:t xml:space="preserve"> read</w:t>
      </w:r>
      <w:r w:rsidR="0013448B">
        <w:rPr>
          <w:rFonts w:ascii="Arial" w:hAnsi="Arial" w:cs="Arial"/>
          <w:szCs w:val="24"/>
        </w:rPr>
        <w:t>s</w:t>
      </w:r>
      <w:r w:rsidRPr="003309B7">
        <w:rPr>
          <w:rFonts w:ascii="Arial" w:hAnsi="Arial" w:cs="Arial"/>
          <w:szCs w:val="24"/>
        </w:rPr>
        <w:t>:</w:t>
      </w:r>
    </w:p>
    <w:p w14:paraId="693810E9" w14:textId="58CF4DEB" w:rsidR="0058251D" w:rsidRPr="003309B7" w:rsidRDefault="0058251D" w:rsidP="0058251D">
      <w:pPr>
        <w:ind w:left="720"/>
        <w:rPr>
          <w:rFonts w:ascii="Arial" w:hAnsi="Arial" w:cs="Arial"/>
          <w:szCs w:val="24"/>
        </w:rPr>
      </w:pPr>
      <w:r w:rsidRPr="003309B7">
        <w:rPr>
          <w:rFonts w:ascii="Arial" w:hAnsi="Arial" w:cs="Arial"/>
          <w:szCs w:val="24"/>
        </w:rPr>
        <w:t>For your Maker is your husband—</w:t>
      </w:r>
      <w:r w:rsidRPr="003309B7">
        <w:rPr>
          <w:rFonts w:ascii="Arial" w:hAnsi="Arial" w:cs="Arial"/>
          <w:szCs w:val="24"/>
        </w:rPr>
        <w:br/>
        <w:t>    the Lord Almighty is His name—</w:t>
      </w:r>
      <w:r w:rsidRPr="003309B7">
        <w:rPr>
          <w:rFonts w:ascii="Arial" w:hAnsi="Arial" w:cs="Arial"/>
          <w:szCs w:val="24"/>
        </w:rPr>
        <w:br/>
        <w:t>the Holy One of Israel is your Redeemer;</w:t>
      </w:r>
      <w:r w:rsidRPr="003309B7">
        <w:rPr>
          <w:rFonts w:ascii="Arial" w:hAnsi="Arial" w:cs="Arial"/>
          <w:szCs w:val="24"/>
        </w:rPr>
        <w:br/>
        <w:t>    He is called the God of all the earth. (Isaiah 54:5)</w:t>
      </w:r>
    </w:p>
    <w:p w14:paraId="1C8BC12D" w14:textId="18D8E50B" w:rsidR="00E92262" w:rsidRPr="003309B7" w:rsidRDefault="0058251D">
      <w:pPr>
        <w:rPr>
          <w:rFonts w:ascii="Arial" w:hAnsi="Arial" w:cs="Arial"/>
          <w:szCs w:val="24"/>
        </w:rPr>
      </w:pPr>
      <w:r w:rsidRPr="003309B7">
        <w:rPr>
          <w:rFonts w:ascii="Arial" w:hAnsi="Arial" w:cs="Arial"/>
          <w:szCs w:val="24"/>
        </w:rPr>
        <w:t>Now</w:t>
      </w:r>
      <w:r w:rsidR="004035D0">
        <w:rPr>
          <w:rFonts w:ascii="Arial" w:hAnsi="Arial" w:cs="Arial"/>
          <w:szCs w:val="24"/>
        </w:rPr>
        <w:t xml:space="preserve"> there are two competing ideas here</w:t>
      </w:r>
      <w:r w:rsidR="0000249E" w:rsidRPr="003309B7">
        <w:rPr>
          <w:rFonts w:ascii="Arial" w:hAnsi="Arial" w:cs="Arial"/>
          <w:szCs w:val="24"/>
        </w:rPr>
        <w:t>.  So on one hand w</w:t>
      </w:r>
      <w:r w:rsidRPr="003309B7">
        <w:rPr>
          <w:rFonts w:ascii="Arial" w:hAnsi="Arial" w:cs="Arial"/>
          <w:szCs w:val="24"/>
        </w:rPr>
        <w:t>e’re talking about the Maker.  T</w:t>
      </w:r>
      <w:r w:rsidR="00E44C64" w:rsidRPr="003309B7">
        <w:rPr>
          <w:rFonts w:ascii="Arial" w:hAnsi="Arial" w:cs="Arial"/>
          <w:szCs w:val="24"/>
        </w:rPr>
        <w:t>he LORD Almighty.</w:t>
      </w:r>
      <w:r w:rsidRPr="003309B7">
        <w:rPr>
          <w:rFonts w:ascii="Arial" w:hAnsi="Arial" w:cs="Arial"/>
          <w:szCs w:val="24"/>
        </w:rPr>
        <w:t xml:space="preserve">  </w:t>
      </w:r>
      <w:r w:rsidR="00E44C64" w:rsidRPr="003309B7">
        <w:rPr>
          <w:rFonts w:ascii="Arial" w:hAnsi="Arial" w:cs="Arial"/>
          <w:szCs w:val="24"/>
        </w:rPr>
        <w:t>The Holy One of Israel.</w:t>
      </w:r>
      <w:r w:rsidRPr="003309B7">
        <w:rPr>
          <w:rFonts w:ascii="Arial" w:hAnsi="Arial" w:cs="Arial"/>
          <w:szCs w:val="24"/>
        </w:rPr>
        <w:t xml:space="preserve">  </w:t>
      </w:r>
      <w:r w:rsidR="00E44C64" w:rsidRPr="003309B7">
        <w:rPr>
          <w:rFonts w:ascii="Arial" w:hAnsi="Arial" w:cs="Arial"/>
          <w:szCs w:val="24"/>
        </w:rPr>
        <w:t>The God of all the earth.</w:t>
      </w:r>
      <w:r w:rsidRPr="003309B7">
        <w:rPr>
          <w:rFonts w:ascii="Arial" w:hAnsi="Arial" w:cs="Arial"/>
          <w:szCs w:val="24"/>
        </w:rPr>
        <w:t xml:space="preserve">  </w:t>
      </w:r>
      <w:r w:rsidR="00E44C64" w:rsidRPr="003309B7">
        <w:rPr>
          <w:rFonts w:ascii="Arial" w:hAnsi="Arial" w:cs="Arial"/>
          <w:szCs w:val="24"/>
        </w:rPr>
        <w:t>And He</w:t>
      </w:r>
      <w:r w:rsidR="004035D0">
        <w:rPr>
          <w:rFonts w:ascii="Arial" w:hAnsi="Arial" w:cs="Arial"/>
          <w:szCs w:val="24"/>
        </w:rPr>
        <w:t>’</w:t>
      </w:r>
      <w:r w:rsidR="00E44C64" w:rsidRPr="003309B7">
        <w:rPr>
          <w:rFonts w:ascii="Arial" w:hAnsi="Arial" w:cs="Arial"/>
          <w:szCs w:val="24"/>
        </w:rPr>
        <w:t xml:space="preserve">s </w:t>
      </w:r>
      <w:r w:rsidR="004035D0">
        <w:rPr>
          <w:rFonts w:ascii="Arial" w:hAnsi="Arial" w:cs="Arial"/>
          <w:szCs w:val="24"/>
        </w:rPr>
        <w:t>the one who is angry and has abandoned you.  T</w:t>
      </w:r>
      <w:r w:rsidRPr="003309B7">
        <w:rPr>
          <w:rFonts w:ascii="Arial" w:hAnsi="Arial" w:cs="Arial"/>
          <w:szCs w:val="24"/>
        </w:rPr>
        <w:t xml:space="preserve">hat’s bad.  </w:t>
      </w:r>
      <w:r w:rsidR="00E44C64" w:rsidRPr="003309B7">
        <w:rPr>
          <w:rFonts w:ascii="Arial" w:hAnsi="Arial" w:cs="Arial"/>
          <w:szCs w:val="24"/>
        </w:rPr>
        <w:t>He is holy and mighty and justifi</w:t>
      </w:r>
      <w:r w:rsidR="006F0774">
        <w:rPr>
          <w:rFonts w:ascii="Arial" w:hAnsi="Arial" w:cs="Arial"/>
          <w:szCs w:val="24"/>
        </w:rPr>
        <w:t>ed</w:t>
      </w:r>
      <w:r w:rsidR="00E44C64" w:rsidRPr="003309B7">
        <w:rPr>
          <w:rFonts w:ascii="Arial" w:hAnsi="Arial" w:cs="Arial"/>
          <w:szCs w:val="24"/>
        </w:rPr>
        <w:t xml:space="preserve"> because of what His </w:t>
      </w:r>
      <w:r w:rsidR="006F0774">
        <w:rPr>
          <w:rFonts w:ascii="Arial" w:hAnsi="Arial" w:cs="Arial"/>
          <w:szCs w:val="24"/>
        </w:rPr>
        <w:t>bride</w:t>
      </w:r>
      <w:r w:rsidR="00E44C64" w:rsidRPr="003309B7">
        <w:rPr>
          <w:rFonts w:ascii="Arial" w:hAnsi="Arial" w:cs="Arial"/>
          <w:szCs w:val="24"/>
        </w:rPr>
        <w:t xml:space="preserve"> has done.</w:t>
      </w:r>
    </w:p>
    <w:p w14:paraId="02D5926E" w14:textId="304B3553" w:rsidR="00E92262" w:rsidRPr="003309B7" w:rsidRDefault="00E44C64">
      <w:pPr>
        <w:rPr>
          <w:rFonts w:ascii="Arial" w:hAnsi="Arial" w:cs="Arial"/>
          <w:szCs w:val="24"/>
        </w:rPr>
      </w:pPr>
      <w:r w:rsidRPr="003309B7">
        <w:rPr>
          <w:rFonts w:ascii="Arial" w:hAnsi="Arial" w:cs="Arial"/>
          <w:szCs w:val="24"/>
        </w:rPr>
        <w:t>But He is also your husband.</w:t>
      </w:r>
      <w:r w:rsidR="0058251D" w:rsidRPr="003309B7">
        <w:rPr>
          <w:rFonts w:ascii="Arial" w:hAnsi="Arial" w:cs="Arial"/>
          <w:szCs w:val="24"/>
        </w:rPr>
        <w:t xml:space="preserve">  </w:t>
      </w:r>
      <w:r w:rsidRPr="003309B7">
        <w:rPr>
          <w:rFonts w:ascii="Arial" w:hAnsi="Arial" w:cs="Arial"/>
          <w:szCs w:val="24"/>
        </w:rPr>
        <w:t>He is your Redeemer.</w:t>
      </w:r>
      <w:r w:rsidR="0000249E" w:rsidRPr="003309B7">
        <w:rPr>
          <w:rFonts w:ascii="Arial" w:hAnsi="Arial" w:cs="Arial"/>
          <w:szCs w:val="24"/>
        </w:rPr>
        <w:t xml:space="preserve">  </w:t>
      </w:r>
      <w:r w:rsidRPr="003309B7">
        <w:rPr>
          <w:rFonts w:ascii="Arial" w:hAnsi="Arial" w:cs="Arial"/>
          <w:szCs w:val="24"/>
        </w:rPr>
        <w:t>He is the God who sees His wife's distress.</w:t>
      </w:r>
      <w:r w:rsidR="0000249E" w:rsidRPr="003309B7">
        <w:rPr>
          <w:rFonts w:ascii="Arial" w:hAnsi="Arial" w:cs="Arial"/>
          <w:szCs w:val="24"/>
        </w:rPr>
        <w:t xml:space="preserve">  </w:t>
      </w:r>
      <w:r w:rsidRPr="003309B7">
        <w:rPr>
          <w:rFonts w:ascii="Arial" w:hAnsi="Arial" w:cs="Arial"/>
          <w:szCs w:val="24"/>
        </w:rPr>
        <w:t xml:space="preserve">And yes, </w:t>
      </w:r>
      <w:r w:rsidR="006F0774">
        <w:rPr>
          <w:rFonts w:ascii="Arial" w:hAnsi="Arial" w:cs="Arial"/>
          <w:szCs w:val="24"/>
        </w:rPr>
        <w:t>we</w:t>
      </w:r>
      <w:r w:rsidRPr="003309B7">
        <w:rPr>
          <w:rFonts w:ascii="Arial" w:hAnsi="Arial" w:cs="Arial"/>
          <w:szCs w:val="24"/>
        </w:rPr>
        <w:t xml:space="preserve"> brought that distress on </w:t>
      </w:r>
      <w:r w:rsidR="006F0774">
        <w:rPr>
          <w:rFonts w:ascii="Arial" w:hAnsi="Arial" w:cs="Arial"/>
          <w:szCs w:val="24"/>
        </w:rPr>
        <w:t>ourself</w:t>
      </w:r>
      <w:r w:rsidRPr="003309B7">
        <w:rPr>
          <w:rFonts w:ascii="Arial" w:hAnsi="Arial" w:cs="Arial"/>
          <w:szCs w:val="24"/>
        </w:rPr>
        <w:t>.</w:t>
      </w:r>
      <w:r w:rsidR="0000249E" w:rsidRPr="003309B7">
        <w:rPr>
          <w:rFonts w:ascii="Arial" w:hAnsi="Arial" w:cs="Arial"/>
          <w:szCs w:val="24"/>
        </w:rPr>
        <w:t xml:space="preserve">  </w:t>
      </w:r>
      <w:r w:rsidRPr="003309B7">
        <w:rPr>
          <w:rFonts w:ascii="Arial" w:hAnsi="Arial" w:cs="Arial"/>
          <w:szCs w:val="24"/>
        </w:rPr>
        <w:t>But God doesn't look at her and say, “Good. You deserve it.”</w:t>
      </w:r>
      <w:r w:rsidR="0000249E" w:rsidRPr="003309B7">
        <w:rPr>
          <w:rFonts w:ascii="Arial" w:hAnsi="Arial" w:cs="Arial"/>
          <w:szCs w:val="24"/>
        </w:rPr>
        <w:t xml:space="preserve">  </w:t>
      </w:r>
      <w:r w:rsidR="006F0774">
        <w:rPr>
          <w:rFonts w:ascii="Arial" w:hAnsi="Arial" w:cs="Arial"/>
          <w:szCs w:val="24"/>
        </w:rPr>
        <w:t xml:space="preserve">His wife’s </w:t>
      </w:r>
      <w:r w:rsidRPr="003309B7">
        <w:rPr>
          <w:rFonts w:ascii="Arial" w:hAnsi="Arial" w:cs="Arial"/>
          <w:szCs w:val="24"/>
        </w:rPr>
        <w:t>distress moves Him.</w:t>
      </w:r>
      <w:r w:rsidR="0000249E" w:rsidRPr="003309B7">
        <w:rPr>
          <w:rFonts w:ascii="Arial" w:hAnsi="Arial" w:cs="Arial"/>
          <w:szCs w:val="24"/>
        </w:rPr>
        <w:t xml:space="preserve">  </w:t>
      </w:r>
      <w:r w:rsidRPr="003309B7">
        <w:rPr>
          <w:rFonts w:ascii="Arial" w:hAnsi="Arial" w:cs="Arial"/>
          <w:szCs w:val="24"/>
        </w:rPr>
        <w:t>And in verses 7–10 God</w:t>
      </w:r>
      <w:r w:rsidR="0000249E" w:rsidRPr="003309B7">
        <w:rPr>
          <w:rFonts w:ascii="Arial" w:hAnsi="Arial" w:cs="Arial"/>
          <w:szCs w:val="24"/>
        </w:rPr>
        <w:t xml:space="preserve"> says I was angry, I did turn away…</w:t>
      </w:r>
    </w:p>
    <w:p w14:paraId="5D5B79D7" w14:textId="195E2837" w:rsidR="0000249E" w:rsidRPr="003309B7" w:rsidRDefault="0000249E">
      <w:pPr>
        <w:rPr>
          <w:rFonts w:ascii="Arial" w:hAnsi="Arial" w:cs="Arial"/>
          <w:szCs w:val="24"/>
        </w:rPr>
      </w:pPr>
      <w:r w:rsidRPr="003309B7">
        <w:rPr>
          <w:rFonts w:ascii="Arial" w:hAnsi="Arial" w:cs="Arial"/>
          <w:szCs w:val="24"/>
        </w:rPr>
        <w:tab/>
      </w:r>
    </w:p>
    <w:p w14:paraId="6D828633" w14:textId="35ED5B9A" w:rsidR="0000249E" w:rsidRPr="003309B7" w:rsidRDefault="0000249E" w:rsidP="00473110">
      <w:pPr>
        <w:ind w:left="720"/>
        <w:rPr>
          <w:rFonts w:ascii="Arial" w:hAnsi="Arial" w:cs="Arial"/>
          <w:szCs w:val="24"/>
        </w:rPr>
      </w:pPr>
      <w:r w:rsidRPr="003309B7">
        <w:rPr>
          <w:rFonts w:ascii="Arial" w:hAnsi="Arial" w:cs="Arial"/>
          <w:szCs w:val="24"/>
        </w:rPr>
        <w:lastRenderedPageBreak/>
        <w:t>“… but with deep compassion I will bring you back…. with everlasting kindness</w:t>
      </w:r>
      <w:r w:rsidRPr="003309B7">
        <w:rPr>
          <w:rFonts w:ascii="Arial" w:hAnsi="Arial" w:cs="Arial"/>
          <w:szCs w:val="24"/>
        </w:rPr>
        <w:br/>
        <w:t>    I will have compassion on you,”</w:t>
      </w:r>
      <w:r w:rsidRPr="003309B7">
        <w:rPr>
          <w:rFonts w:ascii="Arial" w:hAnsi="Arial" w:cs="Arial"/>
          <w:szCs w:val="24"/>
        </w:rPr>
        <w:br/>
        <w:t>    says the Lord your Redeemer. (Isaiah 54:7-8)</w:t>
      </w:r>
    </w:p>
    <w:p w14:paraId="3F284F03" w14:textId="78ABA320" w:rsidR="00E92262" w:rsidRPr="003309B7" w:rsidRDefault="00E44C64">
      <w:pPr>
        <w:rPr>
          <w:rFonts w:ascii="Arial" w:hAnsi="Arial" w:cs="Arial"/>
          <w:szCs w:val="24"/>
        </w:rPr>
      </w:pPr>
      <w:r w:rsidRPr="003309B7">
        <w:rPr>
          <w:rFonts w:ascii="Arial" w:hAnsi="Arial" w:cs="Arial"/>
          <w:szCs w:val="24"/>
        </w:rPr>
        <w:t>I'm bringing you home.</w:t>
      </w:r>
      <w:r w:rsidR="0000249E" w:rsidRPr="003309B7">
        <w:rPr>
          <w:rFonts w:ascii="Arial" w:hAnsi="Arial" w:cs="Arial"/>
          <w:szCs w:val="24"/>
        </w:rPr>
        <w:t xml:space="preserve">  </w:t>
      </w:r>
      <w:r w:rsidRPr="003309B7">
        <w:rPr>
          <w:rFonts w:ascii="Arial" w:hAnsi="Arial" w:cs="Arial"/>
          <w:szCs w:val="24"/>
        </w:rPr>
        <w:t>And when I bring you home, nothing will ever separate us again.</w:t>
      </w:r>
      <w:r w:rsidR="0000249E" w:rsidRPr="003309B7">
        <w:rPr>
          <w:rFonts w:ascii="Arial" w:hAnsi="Arial" w:cs="Arial"/>
          <w:szCs w:val="24"/>
        </w:rPr>
        <w:t xml:space="preserve">  And it’s a big never.  In verse 10 God says:</w:t>
      </w:r>
    </w:p>
    <w:p w14:paraId="1E9012E4" w14:textId="7525CFF9" w:rsidR="0000249E" w:rsidRPr="003309B7" w:rsidRDefault="0000249E" w:rsidP="0000249E">
      <w:pPr>
        <w:ind w:left="720"/>
        <w:rPr>
          <w:rFonts w:ascii="Arial" w:hAnsi="Arial" w:cs="Arial"/>
          <w:szCs w:val="24"/>
        </w:rPr>
      </w:pPr>
      <w:r w:rsidRPr="003309B7">
        <w:rPr>
          <w:rFonts w:ascii="Arial" w:hAnsi="Arial" w:cs="Arial"/>
          <w:szCs w:val="24"/>
        </w:rPr>
        <w:t>Though the mountains be shaken</w:t>
      </w:r>
      <w:r w:rsidRPr="003309B7">
        <w:rPr>
          <w:rFonts w:ascii="Arial" w:hAnsi="Arial" w:cs="Arial"/>
          <w:szCs w:val="24"/>
        </w:rPr>
        <w:br/>
        <w:t>    and the hills be removed,</w:t>
      </w:r>
      <w:r w:rsidRPr="003309B7">
        <w:rPr>
          <w:rFonts w:ascii="Arial" w:hAnsi="Arial" w:cs="Arial"/>
          <w:szCs w:val="24"/>
        </w:rPr>
        <w:br/>
        <w:t>yet My unfailing love for you will not be shaken (Isaiah 54:10)</w:t>
      </w:r>
    </w:p>
    <w:p w14:paraId="66435219" w14:textId="6A169183" w:rsidR="00E92262" w:rsidRPr="003309B7" w:rsidRDefault="00E44C64">
      <w:pPr>
        <w:rPr>
          <w:rFonts w:ascii="Arial" w:hAnsi="Arial" w:cs="Arial"/>
          <w:szCs w:val="24"/>
        </w:rPr>
      </w:pPr>
      <w:r w:rsidRPr="003309B7">
        <w:rPr>
          <w:rFonts w:ascii="Arial" w:hAnsi="Arial" w:cs="Arial"/>
          <w:szCs w:val="24"/>
        </w:rPr>
        <w:t>That's incredible.</w:t>
      </w:r>
      <w:r w:rsidR="0000249E" w:rsidRPr="003309B7">
        <w:rPr>
          <w:rFonts w:ascii="Arial" w:hAnsi="Arial" w:cs="Arial"/>
          <w:szCs w:val="24"/>
        </w:rPr>
        <w:t xml:space="preserve">  </w:t>
      </w:r>
      <w:r w:rsidRPr="003309B7">
        <w:rPr>
          <w:rFonts w:ascii="Arial" w:hAnsi="Arial" w:cs="Arial"/>
          <w:szCs w:val="24"/>
        </w:rPr>
        <w:t>God is holy and just and righteous.</w:t>
      </w:r>
      <w:r w:rsidR="0000249E" w:rsidRPr="003309B7">
        <w:rPr>
          <w:rFonts w:ascii="Arial" w:hAnsi="Arial" w:cs="Arial"/>
          <w:szCs w:val="24"/>
        </w:rPr>
        <w:t xml:space="preserve">  </w:t>
      </w:r>
      <w:r w:rsidRPr="003309B7">
        <w:rPr>
          <w:rFonts w:ascii="Arial" w:hAnsi="Arial" w:cs="Arial"/>
          <w:szCs w:val="24"/>
        </w:rPr>
        <w:t>But He is also your Husband.</w:t>
      </w:r>
      <w:r w:rsidR="0000249E" w:rsidRPr="003309B7">
        <w:rPr>
          <w:rFonts w:ascii="Arial" w:hAnsi="Arial" w:cs="Arial"/>
          <w:szCs w:val="24"/>
        </w:rPr>
        <w:t xml:space="preserve">  </w:t>
      </w:r>
      <w:r w:rsidRPr="003309B7">
        <w:rPr>
          <w:rFonts w:ascii="Arial" w:hAnsi="Arial" w:cs="Arial"/>
          <w:szCs w:val="24"/>
        </w:rPr>
        <w:t>And He says:</w:t>
      </w:r>
      <w:r w:rsidR="0000249E" w:rsidRPr="003309B7">
        <w:rPr>
          <w:rFonts w:ascii="Arial" w:hAnsi="Arial" w:cs="Arial"/>
          <w:szCs w:val="24"/>
        </w:rPr>
        <w:t xml:space="preserve"> “</w:t>
      </w:r>
      <w:r w:rsidRPr="003309B7">
        <w:rPr>
          <w:rFonts w:ascii="Arial" w:hAnsi="Arial" w:cs="Arial"/>
          <w:szCs w:val="24"/>
        </w:rPr>
        <w:t>I'm going to heal this marriage, and it will never be broken again.</w:t>
      </w:r>
      <w:r w:rsidR="0000249E" w:rsidRPr="003309B7">
        <w:rPr>
          <w:rFonts w:ascii="Arial" w:hAnsi="Arial" w:cs="Arial"/>
          <w:szCs w:val="24"/>
        </w:rPr>
        <w:t>”</w:t>
      </w:r>
    </w:p>
    <w:p w14:paraId="5D342D22" w14:textId="5AF0FD23" w:rsidR="00E92262" w:rsidRPr="003309B7" w:rsidRDefault="0000249E">
      <w:pPr>
        <w:rPr>
          <w:rFonts w:ascii="Arial" w:hAnsi="Arial" w:cs="Arial"/>
          <w:szCs w:val="24"/>
        </w:rPr>
      </w:pPr>
      <w:r w:rsidRPr="003309B7">
        <w:rPr>
          <w:rFonts w:ascii="Arial" w:hAnsi="Arial" w:cs="Arial"/>
          <w:szCs w:val="24"/>
        </w:rPr>
        <w:t>Now h</w:t>
      </w:r>
      <w:r w:rsidR="00E44C64" w:rsidRPr="003309B7">
        <w:rPr>
          <w:rFonts w:ascii="Arial" w:hAnsi="Arial" w:cs="Arial"/>
          <w:szCs w:val="24"/>
        </w:rPr>
        <w:t>ow</w:t>
      </w:r>
      <w:r w:rsidRPr="003309B7">
        <w:rPr>
          <w:rFonts w:ascii="Arial" w:hAnsi="Arial" w:cs="Arial"/>
          <w:szCs w:val="24"/>
        </w:rPr>
        <w:t xml:space="preserve"> can He say that?  </w:t>
      </w:r>
      <w:r w:rsidR="00E44C64" w:rsidRPr="003309B7">
        <w:rPr>
          <w:rFonts w:ascii="Arial" w:hAnsi="Arial" w:cs="Arial"/>
          <w:szCs w:val="24"/>
        </w:rPr>
        <w:t>How can a holy God simply take His unfaithful wife back?</w:t>
      </w:r>
      <w:r w:rsidR="004A15D5" w:rsidRPr="003309B7">
        <w:rPr>
          <w:rFonts w:ascii="Arial" w:hAnsi="Arial" w:cs="Arial"/>
          <w:szCs w:val="24"/>
        </w:rPr>
        <w:t xml:space="preserve">  </w:t>
      </w:r>
      <w:r w:rsidR="00E44C64" w:rsidRPr="003309B7">
        <w:rPr>
          <w:rFonts w:ascii="Arial" w:hAnsi="Arial" w:cs="Arial"/>
          <w:szCs w:val="24"/>
        </w:rPr>
        <w:t>And how could He possibly promise that this relationship will never be broken again?</w:t>
      </w:r>
      <w:r w:rsidR="004A15D5" w:rsidRPr="003309B7">
        <w:rPr>
          <w:rFonts w:ascii="Arial" w:hAnsi="Arial" w:cs="Arial"/>
          <w:szCs w:val="24"/>
        </w:rPr>
        <w:t xml:space="preserve">  </w:t>
      </w:r>
    </w:p>
    <w:p w14:paraId="029FE77A" w14:textId="7FC2A34A" w:rsidR="004A15D5" w:rsidRPr="003309B7" w:rsidRDefault="004A15D5">
      <w:pPr>
        <w:rPr>
          <w:rFonts w:ascii="Arial" w:hAnsi="Arial" w:cs="Arial"/>
          <w:bCs/>
          <w:szCs w:val="24"/>
        </w:rPr>
      </w:pPr>
      <w:r w:rsidRPr="003309B7">
        <w:rPr>
          <w:rFonts w:ascii="Arial" w:hAnsi="Arial" w:cs="Arial"/>
          <w:bCs/>
          <w:szCs w:val="24"/>
        </w:rPr>
        <w:t>…</w:t>
      </w:r>
    </w:p>
    <w:p w14:paraId="12B154AB" w14:textId="2D917CF1" w:rsidR="00E92262" w:rsidRPr="003309B7" w:rsidRDefault="00E44C64">
      <w:pPr>
        <w:rPr>
          <w:rFonts w:ascii="Arial" w:hAnsi="Arial" w:cs="Arial"/>
          <w:szCs w:val="24"/>
        </w:rPr>
      </w:pPr>
      <w:r w:rsidRPr="003309B7">
        <w:rPr>
          <w:rFonts w:ascii="Arial" w:hAnsi="Arial" w:cs="Arial"/>
          <w:bCs/>
          <w:szCs w:val="24"/>
        </w:rPr>
        <w:t>The answer is the cross.</w:t>
      </w:r>
      <w:r w:rsidR="004A15D5" w:rsidRPr="003309B7">
        <w:rPr>
          <w:rFonts w:ascii="Arial" w:hAnsi="Arial" w:cs="Arial"/>
          <w:bCs/>
          <w:szCs w:val="24"/>
        </w:rPr>
        <w:t xml:space="preserve">  And the key connection</w:t>
      </w:r>
      <w:r w:rsidR="00C363C3">
        <w:rPr>
          <w:rFonts w:ascii="Arial" w:hAnsi="Arial" w:cs="Arial"/>
          <w:bCs/>
          <w:szCs w:val="24"/>
        </w:rPr>
        <w:t xml:space="preserve"> here comes</w:t>
      </w:r>
      <w:r w:rsidR="004A15D5" w:rsidRPr="003309B7">
        <w:rPr>
          <w:rFonts w:ascii="Arial" w:hAnsi="Arial" w:cs="Arial"/>
          <w:bCs/>
          <w:szCs w:val="24"/>
        </w:rPr>
        <w:t xml:space="preserve"> i</w:t>
      </w:r>
      <w:r w:rsidRPr="003309B7">
        <w:rPr>
          <w:rFonts w:ascii="Arial" w:hAnsi="Arial" w:cs="Arial"/>
          <w:szCs w:val="24"/>
        </w:rPr>
        <w:t>n verse 7</w:t>
      </w:r>
      <w:r w:rsidR="004A15D5" w:rsidRPr="003309B7">
        <w:rPr>
          <w:rFonts w:ascii="Arial" w:hAnsi="Arial" w:cs="Arial"/>
          <w:szCs w:val="24"/>
        </w:rPr>
        <w:t xml:space="preserve"> where</w:t>
      </w:r>
      <w:r w:rsidRPr="003309B7">
        <w:rPr>
          <w:rFonts w:ascii="Arial" w:hAnsi="Arial" w:cs="Arial"/>
          <w:szCs w:val="24"/>
        </w:rPr>
        <w:t xml:space="preserve"> God says:</w:t>
      </w:r>
      <w:r w:rsidR="004A15D5" w:rsidRPr="003309B7">
        <w:rPr>
          <w:rFonts w:ascii="Arial" w:hAnsi="Arial" w:cs="Arial"/>
          <w:szCs w:val="24"/>
        </w:rPr>
        <w:t xml:space="preserve"> </w:t>
      </w:r>
      <w:r w:rsidRPr="003309B7">
        <w:rPr>
          <w:rFonts w:ascii="Arial" w:hAnsi="Arial" w:cs="Arial"/>
          <w:szCs w:val="24"/>
        </w:rPr>
        <w:t>“For a brief moment I abandoned you.”</w:t>
      </w:r>
      <w:r w:rsidR="004A15D5" w:rsidRPr="003309B7">
        <w:rPr>
          <w:rFonts w:ascii="Arial" w:hAnsi="Arial" w:cs="Arial"/>
          <w:szCs w:val="24"/>
        </w:rPr>
        <w:t xml:space="preserve">  </w:t>
      </w:r>
      <w:r w:rsidRPr="003309B7">
        <w:rPr>
          <w:rFonts w:ascii="Arial" w:hAnsi="Arial" w:cs="Arial"/>
          <w:szCs w:val="24"/>
        </w:rPr>
        <w:t xml:space="preserve">That word “abandoned” </w:t>
      </w:r>
      <w:r w:rsidR="00C363C3">
        <w:rPr>
          <w:rFonts w:ascii="Arial" w:hAnsi="Arial" w:cs="Arial"/>
          <w:szCs w:val="24"/>
        </w:rPr>
        <w:t>shows up in</w:t>
      </w:r>
      <w:r w:rsidRPr="003309B7">
        <w:rPr>
          <w:rFonts w:ascii="Arial" w:hAnsi="Arial" w:cs="Arial"/>
          <w:szCs w:val="24"/>
        </w:rPr>
        <w:t xml:space="preserve"> Psalm 22:</w:t>
      </w:r>
    </w:p>
    <w:p w14:paraId="3809CE28" w14:textId="123030DD" w:rsidR="00E92262" w:rsidRPr="003309B7" w:rsidRDefault="00E44C64" w:rsidP="004A15D5">
      <w:pPr>
        <w:ind w:firstLine="720"/>
        <w:rPr>
          <w:rFonts w:ascii="Arial" w:hAnsi="Arial" w:cs="Arial"/>
          <w:szCs w:val="24"/>
        </w:rPr>
      </w:pPr>
      <w:r w:rsidRPr="003309B7">
        <w:rPr>
          <w:rFonts w:ascii="Arial" w:hAnsi="Arial" w:cs="Arial"/>
          <w:szCs w:val="24"/>
        </w:rPr>
        <w:t>“My God, my God, why have you abandoned me?”</w:t>
      </w:r>
      <w:r w:rsidR="004A15D5" w:rsidRPr="003309B7">
        <w:rPr>
          <w:rFonts w:ascii="Arial" w:hAnsi="Arial" w:cs="Arial"/>
          <w:szCs w:val="24"/>
        </w:rPr>
        <w:t xml:space="preserve"> (Psalm 22:1)</w:t>
      </w:r>
    </w:p>
    <w:p w14:paraId="27BC6555" w14:textId="533EE72B" w:rsidR="00E92262" w:rsidRPr="003309B7" w:rsidRDefault="00E44C64">
      <w:pPr>
        <w:rPr>
          <w:rFonts w:ascii="Arial" w:hAnsi="Arial" w:cs="Arial"/>
          <w:szCs w:val="24"/>
        </w:rPr>
      </w:pPr>
      <w:r w:rsidRPr="003309B7">
        <w:rPr>
          <w:rFonts w:ascii="Arial" w:hAnsi="Arial" w:cs="Arial"/>
          <w:szCs w:val="24"/>
        </w:rPr>
        <w:t xml:space="preserve">And those are the words Jesus </w:t>
      </w:r>
      <w:r w:rsidR="00072ADC">
        <w:rPr>
          <w:rFonts w:ascii="Arial" w:hAnsi="Arial" w:cs="Arial"/>
          <w:szCs w:val="24"/>
        </w:rPr>
        <w:t xml:space="preserve">chose to be His last </w:t>
      </w:r>
      <w:r w:rsidRPr="003309B7">
        <w:rPr>
          <w:rFonts w:ascii="Arial" w:hAnsi="Arial" w:cs="Arial"/>
          <w:szCs w:val="24"/>
        </w:rPr>
        <w:t xml:space="preserve">as He </w:t>
      </w:r>
      <w:r w:rsidR="00072ADC">
        <w:rPr>
          <w:rFonts w:ascii="Arial" w:hAnsi="Arial" w:cs="Arial"/>
          <w:szCs w:val="24"/>
        </w:rPr>
        <w:t>wa</w:t>
      </w:r>
      <w:r w:rsidRPr="003309B7">
        <w:rPr>
          <w:rFonts w:ascii="Arial" w:hAnsi="Arial" w:cs="Arial"/>
          <w:szCs w:val="24"/>
        </w:rPr>
        <w:t>s dying on the cross.</w:t>
      </w:r>
      <w:r w:rsidR="004A15D5" w:rsidRPr="003309B7">
        <w:rPr>
          <w:rFonts w:ascii="Arial" w:hAnsi="Arial" w:cs="Arial"/>
          <w:szCs w:val="24"/>
        </w:rPr>
        <w:t xml:space="preserve">  So d</w:t>
      </w:r>
      <w:r w:rsidRPr="003309B7">
        <w:rPr>
          <w:rFonts w:ascii="Arial" w:hAnsi="Arial" w:cs="Arial"/>
          <w:szCs w:val="24"/>
        </w:rPr>
        <w:t>o you see what is happening?</w:t>
      </w:r>
      <w:r w:rsidR="004A15D5" w:rsidRPr="003309B7">
        <w:rPr>
          <w:rFonts w:ascii="Arial" w:hAnsi="Arial" w:cs="Arial"/>
          <w:szCs w:val="24"/>
        </w:rPr>
        <w:t xml:space="preserve">  </w:t>
      </w:r>
      <w:r w:rsidRPr="003309B7">
        <w:rPr>
          <w:rFonts w:ascii="Arial" w:hAnsi="Arial" w:cs="Arial"/>
          <w:bCs/>
          <w:szCs w:val="24"/>
        </w:rPr>
        <w:t>Jesus is abandoned so that you don't have to be.</w:t>
      </w:r>
      <w:r w:rsidR="004A15D5" w:rsidRPr="003309B7">
        <w:rPr>
          <w:rFonts w:ascii="Arial" w:hAnsi="Arial" w:cs="Arial"/>
          <w:bCs/>
          <w:szCs w:val="24"/>
        </w:rPr>
        <w:t xml:space="preserve">  </w:t>
      </w:r>
      <w:r w:rsidRPr="003309B7">
        <w:rPr>
          <w:rFonts w:ascii="Arial" w:hAnsi="Arial" w:cs="Arial"/>
          <w:szCs w:val="24"/>
        </w:rPr>
        <w:t>God's face is hidden from Him so that God's face can shine on you.</w:t>
      </w:r>
      <w:r w:rsidR="004A15D5" w:rsidRPr="003309B7">
        <w:rPr>
          <w:rFonts w:ascii="Arial" w:hAnsi="Arial" w:cs="Arial"/>
          <w:szCs w:val="24"/>
        </w:rPr>
        <w:t xml:space="preserve">  </w:t>
      </w:r>
      <w:r w:rsidRPr="003309B7">
        <w:rPr>
          <w:rFonts w:ascii="Arial" w:hAnsi="Arial" w:cs="Arial"/>
          <w:szCs w:val="24"/>
        </w:rPr>
        <w:t xml:space="preserve">The judgment falls on </w:t>
      </w:r>
      <w:r w:rsidR="00072ADC">
        <w:rPr>
          <w:rFonts w:ascii="Arial" w:hAnsi="Arial" w:cs="Arial"/>
          <w:szCs w:val="24"/>
        </w:rPr>
        <w:t>Jesus</w:t>
      </w:r>
      <w:r w:rsidRPr="003309B7">
        <w:rPr>
          <w:rFonts w:ascii="Arial" w:hAnsi="Arial" w:cs="Arial"/>
          <w:szCs w:val="24"/>
        </w:rPr>
        <w:t xml:space="preserve"> so you can come home.</w:t>
      </w:r>
    </w:p>
    <w:p w14:paraId="77E2D3FD" w14:textId="2C08CCFF" w:rsidR="00072ADC" w:rsidRDefault="00072ADC">
      <w:pPr>
        <w:rPr>
          <w:rFonts w:ascii="Arial" w:hAnsi="Arial" w:cs="Arial"/>
          <w:szCs w:val="24"/>
        </w:rPr>
      </w:pPr>
      <w:r>
        <w:rPr>
          <w:rFonts w:ascii="Arial" w:hAnsi="Arial" w:cs="Arial"/>
          <w:szCs w:val="24"/>
        </w:rPr>
        <w:t>…</w:t>
      </w:r>
    </w:p>
    <w:p w14:paraId="40029C07" w14:textId="162E9FEC" w:rsidR="00E92262" w:rsidRPr="003309B7" w:rsidRDefault="004A15D5">
      <w:pPr>
        <w:rPr>
          <w:rFonts w:ascii="Arial" w:hAnsi="Arial" w:cs="Arial"/>
          <w:szCs w:val="24"/>
        </w:rPr>
      </w:pPr>
      <w:r w:rsidRPr="003309B7">
        <w:rPr>
          <w:rFonts w:ascii="Arial" w:hAnsi="Arial" w:cs="Arial"/>
          <w:szCs w:val="24"/>
        </w:rPr>
        <w:t>Or t</w:t>
      </w:r>
      <w:r w:rsidR="00E44C64" w:rsidRPr="003309B7">
        <w:rPr>
          <w:rFonts w:ascii="Arial" w:hAnsi="Arial" w:cs="Arial"/>
          <w:szCs w:val="24"/>
        </w:rPr>
        <w:t>hink about it this way.</w:t>
      </w:r>
      <w:r w:rsidRPr="003309B7">
        <w:rPr>
          <w:rFonts w:ascii="Arial" w:hAnsi="Arial" w:cs="Arial"/>
          <w:szCs w:val="24"/>
        </w:rPr>
        <w:t xml:space="preserve">  </w:t>
      </w:r>
      <w:r w:rsidR="00E44C64" w:rsidRPr="003309B7">
        <w:rPr>
          <w:rFonts w:ascii="Arial" w:hAnsi="Arial" w:cs="Arial"/>
          <w:szCs w:val="24"/>
        </w:rPr>
        <w:t xml:space="preserve">Suppose a friend </w:t>
      </w:r>
      <w:r w:rsidR="0051774A">
        <w:rPr>
          <w:rFonts w:ascii="Arial" w:hAnsi="Arial" w:cs="Arial"/>
          <w:szCs w:val="24"/>
        </w:rPr>
        <w:t xml:space="preserve">borrows your bicycle </w:t>
      </w:r>
      <w:r w:rsidR="00DE14D5">
        <w:rPr>
          <w:rFonts w:ascii="Arial" w:hAnsi="Arial" w:cs="Arial"/>
          <w:szCs w:val="24"/>
        </w:rPr>
        <w:t>but forgets to lock it up and it gets stollen</w:t>
      </w:r>
      <w:r w:rsidR="00E44C64" w:rsidRPr="003309B7">
        <w:rPr>
          <w:rFonts w:ascii="Arial" w:hAnsi="Arial" w:cs="Arial"/>
          <w:szCs w:val="24"/>
        </w:rPr>
        <w:t>.</w:t>
      </w:r>
      <w:r w:rsidRPr="003309B7">
        <w:rPr>
          <w:rFonts w:ascii="Arial" w:hAnsi="Arial" w:cs="Arial"/>
          <w:szCs w:val="24"/>
        </w:rPr>
        <w:t xml:space="preserve">  And t</w:t>
      </w:r>
      <w:r w:rsidR="00E44C64" w:rsidRPr="003309B7">
        <w:rPr>
          <w:rFonts w:ascii="Arial" w:hAnsi="Arial" w:cs="Arial"/>
          <w:szCs w:val="24"/>
        </w:rPr>
        <w:t>hen he says, “I'm sorry.”</w:t>
      </w:r>
    </w:p>
    <w:p w14:paraId="13AC9DF5" w14:textId="5194A313" w:rsidR="00E92262" w:rsidRPr="003309B7" w:rsidRDefault="004A15D5">
      <w:pPr>
        <w:rPr>
          <w:rFonts w:ascii="Arial" w:hAnsi="Arial" w:cs="Arial"/>
          <w:szCs w:val="24"/>
        </w:rPr>
      </w:pPr>
      <w:r w:rsidRPr="003309B7">
        <w:rPr>
          <w:rFonts w:ascii="Arial" w:hAnsi="Arial" w:cs="Arial"/>
          <w:szCs w:val="24"/>
        </w:rPr>
        <w:t xml:space="preserve">What do you do?  </w:t>
      </w:r>
      <w:r w:rsidR="00E44C64" w:rsidRPr="003309B7">
        <w:rPr>
          <w:rFonts w:ascii="Arial" w:hAnsi="Arial" w:cs="Arial"/>
          <w:szCs w:val="24"/>
        </w:rPr>
        <w:t>You have a choice.</w:t>
      </w:r>
      <w:r w:rsidRPr="003309B7">
        <w:rPr>
          <w:rFonts w:ascii="Arial" w:hAnsi="Arial" w:cs="Arial"/>
          <w:szCs w:val="24"/>
        </w:rPr>
        <w:t xml:space="preserve">  </w:t>
      </w:r>
      <w:r w:rsidR="00E44C64" w:rsidRPr="003309B7">
        <w:rPr>
          <w:rFonts w:ascii="Arial" w:hAnsi="Arial" w:cs="Arial"/>
          <w:szCs w:val="24"/>
        </w:rPr>
        <w:t xml:space="preserve">You can </w:t>
      </w:r>
      <w:r w:rsidRPr="003309B7">
        <w:rPr>
          <w:rFonts w:ascii="Arial" w:hAnsi="Arial" w:cs="Arial"/>
          <w:szCs w:val="24"/>
        </w:rPr>
        <w:t xml:space="preserve">say, “I’m glad you’re sorry.  </w:t>
      </w:r>
      <w:r w:rsidR="00DE14D5">
        <w:rPr>
          <w:rFonts w:ascii="Arial" w:hAnsi="Arial" w:cs="Arial"/>
          <w:szCs w:val="24"/>
        </w:rPr>
        <w:t xml:space="preserve">But the bike cost $1000.  </w:t>
      </w:r>
      <w:r w:rsidR="00613692">
        <w:rPr>
          <w:rFonts w:ascii="Arial" w:hAnsi="Arial" w:cs="Arial"/>
          <w:szCs w:val="24"/>
        </w:rPr>
        <w:t>So pay up.</w:t>
      </w:r>
      <w:r w:rsidRPr="003309B7">
        <w:rPr>
          <w:rFonts w:ascii="Arial" w:hAnsi="Arial" w:cs="Arial"/>
          <w:szCs w:val="24"/>
        </w:rPr>
        <w:t xml:space="preserve">”  </w:t>
      </w:r>
      <w:r w:rsidR="00613692">
        <w:rPr>
          <w:rFonts w:ascii="Arial" w:hAnsi="Arial" w:cs="Arial"/>
          <w:szCs w:val="24"/>
        </w:rPr>
        <w:t>That’s one option.</w:t>
      </w:r>
    </w:p>
    <w:p w14:paraId="77FC43B9" w14:textId="5AA28CE1" w:rsidR="00E92262" w:rsidRPr="003309B7" w:rsidRDefault="00E44C64">
      <w:pPr>
        <w:rPr>
          <w:rFonts w:ascii="Arial" w:hAnsi="Arial" w:cs="Arial"/>
          <w:szCs w:val="24"/>
        </w:rPr>
      </w:pPr>
      <w:r w:rsidRPr="003309B7">
        <w:rPr>
          <w:rFonts w:ascii="Arial" w:hAnsi="Arial" w:cs="Arial"/>
          <w:szCs w:val="24"/>
        </w:rPr>
        <w:t>Or you can say, “I forgive you.”</w:t>
      </w:r>
      <w:r w:rsidR="004A15D5" w:rsidRPr="003309B7">
        <w:rPr>
          <w:rFonts w:ascii="Arial" w:hAnsi="Arial" w:cs="Arial"/>
          <w:szCs w:val="24"/>
        </w:rPr>
        <w:t xml:space="preserve">  </w:t>
      </w:r>
      <w:r w:rsidRPr="003309B7">
        <w:rPr>
          <w:rFonts w:ascii="Arial" w:hAnsi="Arial" w:cs="Arial"/>
          <w:szCs w:val="24"/>
        </w:rPr>
        <w:t>But if you forgive him, the cost doesn't disappear.</w:t>
      </w:r>
      <w:r w:rsidR="004A15D5" w:rsidRPr="003309B7">
        <w:rPr>
          <w:rFonts w:ascii="Arial" w:hAnsi="Arial" w:cs="Arial"/>
          <w:szCs w:val="24"/>
        </w:rPr>
        <w:t xml:space="preserve">  </w:t>
      </w:r>
      <w:r w:rsidRPr="003309B7">
        <w:rPr>
          <w:rFonts w:ascii="Arial" w:hAnsi="Arial" w:cs="Arial"/>
          <w:szCs w:val="24"/>
        </w:rPr>
        <w:t>Somebody still pays.</w:t>
      </w:r>
      <w:r w:rsidR="004A15D5" w:rsidRPr="003309B7">
        <w:rPr>
          <w:rFonts w:ascii="Arial" w:hAnsi="Arial" w:cs="Arial"/>
          <w:szCs w:val="24"/>
        </w:rPr>
        <w:t xml:space="preserve">  </w:t>
      </w:r>
      <w:r w:rsidRPr="003309B7">
        <w:rPr>
          <w:rFonts w:ascii="Arial" w:hAnsi="Arial" w:cs="Arial"/>
          <w:szCs w:val="24"/>
        </w:rPr>
        <w:t xml:space="preserve">Either he pays for the </w:t>
      </w:r>
      <w:r w:rsidR="00613692">
        <w:rPr>
          <w:rFonts w:ascii="Arial" w:hAnsi="Arial" w:cs="Arial"/>
          <w:szCs w:val="24"/>
        </w:rPr>
        <w:t>bike</w:t>
      </w:r>
      <w:r w:rsidRPr="003309B7">
        <w:rPr>
          <w:rFonts w:ascii="Arial" w:hAnsi="Arial" w:cs="Arial"/>
          <w:szCs w:val="24"/>
        </w:rPr>
        <w:t xml:space="preserve">, or you </w:t>
      </w:r>
      <w:r w:rsidR="004A15D5" w:rsidRPr="003309B7">
        <w:rPr>
          <w:rFonts w:ascii="Arial" w:hAnsi="Arial" w:cs="Arial"/>
          <w:szCs w:val="24"/>
        </w:rPr>
        <w:t>buy a new one yourself</w:t>
      </w:r>
      <w:r w:rsidR="00613692">
        <w:rPr>
          <w:rFonts w:ascii="Arial" w:hAnsi="Arial" w:cs="Arial"/>
          <w:szCs w:val="24"/>
        </w:rPr>
        <w:t xml:space="preserve">.  Or you </w:t>
      </w:r>
      <w:r w:rsidR="003E066E">
        <w:rPr>
          <w:rFonts w:ascii="Arial" w:hAnsi="Arial" w:cs="Arial"/>
          <w:szCs w:val="24"/>
        </w:rPr>
        <w:t>start taking the bus.</w:t>
      </w:r>
      <w:r w:rsidR="004A15D5" w:rsidRPr="003309B7">
        <w:rPr>
          <w:rFonts w:ascii="Arial" w:hAnsi="Arial" w:cs="Arial"/>
          <w:szCs w:val="24"/>
        </w:rPr>
        <w:t xml:space="preserve">  The point is, w</w:t>
      </w:r>
      <w:r w:rsidRPr="003309B7">
        <w:rPr>
          <w:rFonts w:ascii="Arial" w:hAnsi="Arial" w:cs="Arial"/>
          <w:szCs w:val="24"/>
        </w:rPr>
        <w:t xml:space="preserve">henever genuine forgiveness happens, somebody </w:t>
      </w:r>
      <w:r w:rsidR="004A15D5" w:rsidRPr="003309B7">
        <w:rPr>
          <w:rFonts w:ascii="Arial" w:hAnsi="Arial" w:cs="Arial"/>
          <w:szCs w:val="24"/>
        </w:rPr>
        <w:t>pays</w:t>
      </w:r>
      <w:r w:rsidRPr="003309B7">
        <w:rPr>
          <w:rFonts w:ascii="Arial" w:hAnsi="Arial" w:cs="Arial"/>
          <w:szCs w:val="24"/>
        </w:rPr>
        <w:t>.</w:t>
      </w:r>
    </w:p>
    <w:p w14:paraId="151AE24F" w14:textId="47B4E605" w:rsidR="00E92262" w:rsidRPr="003309B7" w:rsidRDefault="00E44C64">
      <w:pPr>
        <w:rPr>
          <w:rFonts w:ascii="Arial" w:hAnsi="Arial" w:cs="Arial"/>
          <w:szCs w:val="24"/>
        </w:rPr>
      </w:pPr>
      <w:r w:rsidRPr="003309B7">
        <w:rPr>
          <w:rFonts w:ascii="Arial" w:hAnsi="Arial" w:cs="Arial"/>
          <w:szCs w:val="24"/>
        </w:rPr>
        <w:t>So how can God forgive everything we've done to Him, to each other, and to the world He made?</w:t>
      </w:r>
      <w:r w:rsidR="004A15D5" w:rsidRPr="003309B7">
        <w:rPr>
          <w:rFonts w:ascii="Arial" w:hAnsi="Arial" w:cs="Arial"/>
          <w:szCs w:val="24"/>
        </w:rPr>
        <w:t xml:space="preserve">  </w:t>
      </w:r>
      <w:r w:rsidRPr="003309B7">
        <w:rPr>
          <w:rFonts w:ascii="Arial" w:hAnsi="Arial" w:cs="Arial"/>
          <w:szCs w:val="24"/>
        </w:rPr>
        <w:t xml:space="preserve">If God doesn't make us pay, then </w:t>
      </w:r>
      <w:r w:rsidR="003E066E">
        <w:rPr>
          <w:rFonts w:ascii="Arial" w:hAnsi="Arial" w:cs="Arial"/>
          <w:szCs w:val="24"/>
        </w:rPr>
        <w:t>He</w:t>
      </w:r>
      <w:r w:rsidR="006F2D5F">
        <w:rPr>
          <w:rFonts w:ascii="Arial" w:hAnsi="Arial" w:cs="Arial"/>
          <w:szCs w:val="24"/>
        </w:rPr>
        <w:t xml:space="preserve"> </w:t>
      </w:r>
      <w:r w:rsidRPr="003309B7">
        <w:rPr>
          <w:rFonts w:ascii="Arial" w:hAnsi="Arial" w:cs="Arial"/>
          <w:szCs w:val="24"/>
        </w:rPr>
        <w:t>has to absorb th</w:t>
      </w:r>
      <w:r w:rsidR="007262C4">
        <w:rPr>
          <w:rFonts w:ascii="Arial" w:hAnsi="Arial" w:cs="Arial"/>
          <w:szCs w:val="24"/>
        </w:rPr>
        <w:t>at</w:t>
      </w:r>
      <w:r w:rsidRPr="003309B7">
        <w:rPr>
          <w:rFonts w:ascii="Arial" w:hAnsi="Arial" w:cs="Arial"/>
          <w:szCs w:val="24"/>
        </w:rPr>
        <w:t xml:space="preserve"> cost Himself.</w:t>
      </w:r>
      <w:r w:rsidR="004A15D5" w:rsidRPr="003309B7">
        <w:rPr>
          <w:rFonts w:ascii="Arial" w:hAnsi="Arial" w:cs="Arial"/>
          <w:szCs w:val="24"/>
        </w:rPr>
        <w:t xml:space="preserve">  </w:t>
      </w:r>
      <w:r w:rsidRPr="003309B7">
        <w:rPr>
          <w:rFonts w:ascii="Arial" w:hAnsi="Arial" w:cs="Arial"/>
          <w:szCs w:val="24"/>
        </w:rPr>
        <w:t>And that's the cross.</w:t>
      </w:r>
      <w:r w:rsidR="004A15D5" w:rsidRPr="003309B7">
        <w:rPr>
          <w:rFonts w:ascii="Arial" w:hAnsi="Arial" w:cs="Arial"/>
          <w:szCs w:val="24"/>
        </w:rPr>
        <w:t xml:space="preserve">  </w:t>
      </w:r>
      <w:r w:rsidRPr="003309B7">
        <w:rPr>
          <w:rFonts w:ascii="Arial" w:hAnsi="Arial" w:cs="Arial"/>
          <w:szCs w:val="24"/>
        </w:rPr>
        <w:t xml:space="preserve">God comes in the person of Jesus and </w:t>
      </w:r>
      <w:r w:rsidR="007262C4">
        <w:rPr>
          <w:rFonts w:ascii="Arial" w:hAnsi="Arial" w:cs="Arial"/>
          <w:szCs w:val="24"/>
        </w:rPr>
        <w:t>pays the price</w:t>
      </w:r>
      <w:r w:rsidRPr="003309B7">
        <w:rPr>
          <w:rFonts w:ascii="Arial" w:hAnsi="Arial" w:cs="Arial"/>
          <w:szCs w:val="24"/>
        </w:rPr>
        <w:t>.</w:t>
      </w:r>
      <w:r w:rsidR="004A15D5" w:rsidRPr="003309B7">
        <w:rPr>
          <w:rFonts w:ascii="Arial" w:hAnsi="Arial" w:cs="Arial"/>
          <w:szCs w:val="24"/>
        </w:rPr>
        <w:t xml:space="preserve">  </w:t>
      </w:r>
      <w:r w:rsidRPr="003309B7">
        <w:rPr>
          <w:rFonts w:ascii="Arial" w:hAnsi="Arial" w:cs="Arial"/>
          <w:szCs w:val="24"/>
        </w:rPr>
        <w:t>Jesus gets the abandonment.</w:t>
      </w:r>
      <w:r w:rsidR="004A15D5" w:rsidRPr="003309B7">
        <w:rPr>
          <w:rFonts w:ascii="Arial" w:hAnsi="Arial" w:cs="Arial"/>
          <w:szCs w:val="24"/>
        </w:rPr>
        <w:t xml:space="preserve">  </w:t>
      </w:r>
      <w:r w:rsidRPr="003309B7">
        <w:rPr>
          <w:rFonts w:ascii="Arial" w:hAnsi="Arial" w:cs="Arial"/>
          <w:szCs w:val="24"/>
        </w:rPr>
        <w:t>Jesus gets forsaken.</w:t>
      </w:r>
      <w:r w:rsidR="004A15D5" w:rsidRPr="003309B7">
        <w:rPr>
          <w:rFonts w:ascii="Arial" w:hAnsi="Arial" w:cs="Arial"/>
          <w:szCs w:val="24"/>
        </w:rPr>
        <w:t xml:space="preserve">  </w:t>
      </w:r>
      <w:r w:rsidRPr="003309B7">
        <w:rPr>
          <w:rFonts w:ascii="Arial" w:hAnsi="Arial" w:cs="Arial"/>
          <w:szCs w:val="24"/>
        </w:rPr>
        <w:t>Jesus gets the judgment.</w:t>
      </w:r>
      <w:r w:rsidR="004A15D5" w:rsidRPr="003309B7">
        <w:rPr>
          <w:rFonts w:ascii="Arial" w:hAnsi="Arial" w:cs="Arial"/>
          <w:szCs w:val="24"/>
        </w:rPr>
        <w:t xml:space="preserve">  </w:t>
      </w:r>
      <w:r w:rsidRPr="003309B7">
        <w:rPr>
          <w:rFonts w:ascii="Arial" w:hAnsi="Arial" w:cs="Arial"/>
          <w:szCs w:val="24"/>
        </w:rPr>
        <w:t>And we get brought home.</w:t>
      </w:r>
    </w:p>
    <w:p w14:paraId="36DD24FC" w14:textId="408818DC" w:rsidR="00E92262" w:rsidRPr="003309B7" w:rsidRDefault="007262C4">
      <w:pPr>
        <w:rPr>
          <w:rFonts w:ascii="Arial" w:hAnsi="Arial" w:cs="Arial"/>
          <w:szCs w:val="24"/>
        </w:rPr>
      </w:pPr>
      <w:r>
        <w:rPr>
          <w:rFonts w:ascii="Arial" w:hAnsi="Arial" w:cs="Arial"/>
          <w:szCs w:val="24"/>
        </w:rPr>
        <w:t>The cross</w:t>
      </w:r>
      <w:r w:rsidR="00E33549">
        <w:rPr>
          <w:rFonts w:ascii="Arial" w:hAnsi="Arial" w:cs="Arial"/>
          <w:szCs w:val="24"/>
        </w:rPr>
        <w:t xml:space="preserve"> is</w:t>
      </w:r>
      <w:r w:rsidR="00E44C64" w:rsidRPr="003309B7">
        <w:rPr>
          <w:rFonts w:ascii="Arial" w:hAnsi="Arial" w:cs="Arial"/>
          <w:szCs w:val="24"/>
        </w:rPr>
        <w:t xml:space="preserve"> where the holiness of God and the love of God meet.</w:t>
      </w:r>
      <w:r w:rsidR="004A15D5" w:rsidRPr="003309B7">
        <w:rPr>
          <w:rFonts w:ascii="Arial" w:hAnsi="Arial" w:cs="Arial"/>
          <w:szCs w:val="24"/>
        </w:rPr>
        <w:t xml:space="preserve">  </w:t>
      </w:r>
      <w:r w:rsidR="00E44C64" w:rsidRPr="003309B7">
        <w:rPr>
          <w:rFonts w:ascii="Arial" w:hAnsi="Arial" w:cs="Arial"/>
          <w:szCs w:val="24"/>
        </w:rPr>
        <w:t xml:space="preserve">God is holy </w:t>
      </w:r>
      <w:r w:rsidR="004A15D5" w:rsidRPr="003309B7">
        <w:rPr>
          <w:rFonts w:ascii="Arial" w:hAnsi="Arial" w:cs="Arial"/>
          <w:szCs w:val="24"/>
        </w:rPr>
        <w:t xml:space="preserve">so </w:t>
      </w:r>
      <w:r w:rsidR="00E44C64" w:rsidRPr="003309B7">
        <w:rPr>
          <w:rFonts w:ascii="Arial" w:hAnsi="Arial" w:cs="Arial"/>
          <w:szCs w:val="24"/>
        </w:rPr>
        <w:t>He</w:t>
      </w:r>
      <w:r w:rsidR="004A15D5" w:rsidRPr="003309B7">
        <w:rPr>
          <w:rFonts w:ascii="Arial" w:hAnsi="Arial" w:cs="Arial"/>
          <w:szCs w:val="24"/>
        </w:rPr>
        <w:t xml:space="preserve"> can</w:t>
      </w:r>
      <w:r w:rsidR="00E44C64" w:rsidRPr="003309B7">
        <w:rPr>
          <w:rFonts w:ascii="Arial" w:hAnsi="Arial" w:cs="Arial"/>
          <w:szCs w:val="24"/>
        </w:rPr>
        <w:t>'t simply shrug at sin</w:t>
      </w:r>
      <w:r w:rsidR="004A15D5" w:rsidRPr="003309B7">
        <w:rPr>
          <w:rFonts w:ascii="Arial" w:hAnsi="Arial" w:cs="Arial"/>
          <w:szCs w:val="24"/>
        </w:rPr>
        <w:t xml:space="preserve"> and say “no big deal.”  There is a real cost to </w:t>
      </w:r>
      <w:r w:rsidR="00E33549">
        <w:rPr>
          <w:rFonts w:ascii="Arial" w:hAnsi="Arial" w:cs="Arial"/>
          <w:szCs w:val="24"/>
        </w:rPr>
        <w:t>y</w:t>
      </w:r>
      <w:r w:rsidR="004A15D5" w:rsidRPr="003309B7">
        <w:rPr>
          <w:rFonts w:ascii="Arial" w:hAnsi="Arial" w:cs="Arial"/>
          <w:szCs w:val="24"/>
        </w:rPr>
        <w:t>our sin.  But</w:t>
      </w:r>
      <w:r w:rsidR="00E44C64" w:rsidRPr="003309B7">
        <w:rPr>
          <w:rFonts w:ascii="Arial" w:hAnsi="Arial" w:cs="Arial"/>
          <w:szCs w:val="24"/>
        </w:rPr>
        <w:t xml:space="preserve"> </w:t>
      </w:r>
      <w:r w:rsidR="004A15D5" w:rsidRPr="003309B7">
        <w:rPr>
          <w:rFonts w:ascii="Arial" w:hAnsi="Arial" w:cs="Arial"/>
          <w:szCs w:val="24"/>
        </w:rPr>
        <w:t>God</w:t>
      </w:r>
      <w:r w:rsidR="00E44C64" w:rsidRPr="003309B7">
        <w:rPr>
          <w:rFonts w:ascii="Arial" w:hAnsi="Arial" w:cs="Arial"/>
          <w:szCs w:val="24"/>
        </w:rPr>
        <w:t xml:space="preserve"> is so loving that He bears </w:t>
      </w:r>
      <w:r w:rsidR="004A15D5" w:rsidRPr="003309B7">
        <w:rPr>
          <w:rFonts w:ascii="Arial" w:hAnsi="Arial" w:cs="Arial"/>
          <w:szCs w:val="24"/>
        </w:rPr>
        <w:t>that</w:t>
      </w:r>
      <w:r w:rsidR="00E44C64" w:rsidRPr="003309B7">
        <w:rPr>
          <w:rFonts w:ascii="Arial" w:hAnsi="Arial" w:cs="Arial"/>
          <w:szCs w:val="24"/>
        </w:rPr>
        <w:t xml:space="preserve"> cost Himself.</w:t>
      </w:r>
    </w:p>
    <w:p w14:paraId="3197C4EF" w14:textId="5C967EFE" w:rsidR="00E92262" w:rsidRPr="003309B7" w:rsidRDefault="004A15D5">
      <w:pPr>
        <w:rPr>
          <w:rFonts w:ascii="Arial" w:hAnsi="Arial" w:cs="Arial"/>
          <w:szCs w:val="24"/>
        </w:rPr>
      </w:pPr>
      <w:r w:rsidRPr="003309B7">
        <w:rPr>
          <w:rFonts w:ascii="Arial" w:hAnsi="Arial" w:cs="Arial"/>
          <w:bCs/>
          <w:szCs w:val="24"/>
        </w:rPr>
        <w:t xml:space="preserve">And so it’s </w:t>
      </w:r>
      <w:r w:rsidR="00E44C64" w:rsidRPr="003309B7">
        <w:rPr>
          <w:rFonts w:ascii="Arial" w:hAnsi="Arial" w:cs="Arial"/>
          <w:bCs/>
          <w:szCs w:val="24"/>
        </w:rPr>
        <w:t xml:space="preserve">the cross </w:t>
      </w:r>
      <w:r w:rsidRPr="003309B7">
        <w:rPr>
          <w:rFonts w:ascii="Arial" w:hAnsi="Arial" w:cs="Arial"/>
          <w:bCs/>
          <w:szCs w:val="24"/>
        </w:rPr>
        <w:t xml:space="preserve">that </w:t>
      </w:r>
      <w:r w:rsidR="00E44C64" w:rsidRPr="003309B7">
        <w:rPr>
          <w:rFonts w:ascii="Arial" w:hAnsi="Arial" w:cs="Arial"/>
          <w:bCs/>
          <w:szCs w:val="24"/>
        </w:rPr>
        <w:t>explains how the Maker can be your Husband.</w:t>
      </w:r>
      <w:r w:rsidRPr="003309B7">
        <w:rPr>
          <w:rFonts w:ascii="Arial" w:hAnsi="Arial" w:cs="Arial"/>
          <w:bCs/>
          <w:szCs w:val="24"/>
        </w:rPr>
        <w:t xml:space="preserve">  </w:t>
      </w:r>
      <w:r w:rsidR="00E44C64" w:rsidRPr="003309B7">
        <w:rPr>
          <w:rFonts w:ascii="Arial" w:hAnsi="Arial" w:cs="Arial"/>
          <w:szCs w:val="24"/>
        </w:rPr>
        <w:t xml:space="preserve">And </w:t>
      </w:r>
      <w:r w:rsidRPr="003309B7">
        <w:rPr>
          <w:rFonts w:ascii="Arial" w:hAnsi="Arial" w:cs="Arial"/>
          <w:szCs w:val="24"/>
        </w:rPr>
        <w:t>it’s</w:t>
      </w:r>
      <w:r w:rsidR="00E44C64" w:rsidRPr="003309B7">
        <w:rPr>
          <w:rFonts w:ascii="Arial" w:hAnsi="Arial" w:cs="Arial"/>
          <w:szCs w:val="24"/>
        </w:rPr>
        <w:t xml:space="preserve"> the cross </w:t>
      </w:r>
      <w:r w:rsidRPr="003309B7">
        <w:rPr>
          <w:rFonts w:ascii="Arial" w:hAnsi="Arial" w:cs="Arial"/>
          <w:szCs w:val="24"/>
        </w:rPr>
        <w:t xml:space="preserve">that can </w:t>
      </w:r>
      <w:r w:rsidR="00E44C64" w:rsidRPr="003309B7">
        <w:rPr>
          <w:rFonts w:ascii="Arial" w:hAnsi="Arial" w:cs="Arial"/>
          <w:szCs w:val="24"/>
        </w:rPr>
        <w:t>explain how this marriage</w:t>
      </w:r>
      <w:r w:rsidRPr="003309B7">
        <w:rPr>
          <w:rFonts w:ascii="Arial" w:hAnsi="Arial" w:cs="Arial"/>
          <w:szCs w:val="24"/>
        </w:rPr>
        <w:t xml:space="preserve"> between Him and us</w:t>
      </w:r>
      <w:r w:rsidR="00E44C64" w:rsidRPr="003309B7">
        <w:rPr>
          <w:rFonts w:ascii="Arial" w:hAnsi="Arial" w:cs="Arial"/>
          <w:szCs w:val="24"/>
        </w:rPr>
        <w:t xml:space="preserve"> can be permanent.</w:t>
      </w:r>
    </w:p>
    <w:p w14:paraId="17BAA108" w14:textId="1A751CC0" w:rsidR="00E92262" w:rsidRPr="003309B7" w:rsidRDefault="00E44C64">
      <w:pPr>
        <w:rPr>
          <w:rFonts w:ascii="Arial" w:hAnsi="Arial" w:cs="Arial"/>
          <w:szCs w:val="24"/>
        </w:rPr>
      </w:pPr>
      <w:r w:rsidRPr="003309B7">
        <w:rPr>
          <w:rFonts w:ascii="Arial" w:hAnsi="Arial" w:cs="Arial"/>
          <w:szCs w:val="24"/>
        </w:rPr>
        <w:lastRenderedPageBreak/>
        <w:t xml:space="preserve">Because here's the </w:t>
      </w:r>
      <w:r w:rsidR="004A15D5" w:rsidRPr="003309B7">
        <w:rPr>
          <w:rFonts w:ascii="Arial" w:hAnsi="Arial" w:cs="Arial"/>
          <w:szCs w:val="24"/>
        </w:rPr>
        <w:t>p</w:t>
      </w:r>
      <w:r w:rsidRPr="003309B7">
        <w:rPr>
          <w:rFonts w:ascii="Arial" w:hAnsi="Arial" w:cs="Arial"/>
          <w:szCs w:val="24"/>
        </w:rPr>
        <w:t>roblem:</w:t>
      </w:r>
      <w:r w:rsidR="004A15D5" w:rsidRPr="003309B7">
        <w:rPr>
          <w:rFonts w:ascii="Arial" w:hAnsi="Arial" w:cs="Arial"/>
          <w:szCs w:val="24"/>
        </w:rPr>
        <w:t xml:space="preserve">  </w:t>
      </w:r>
      <w:r w:rsidRPr="003309B7">
        <w:rPr>
          <w:rFonts w:ascii="Arial" w:hAnsi="Arial" w:cs="Arial"/>
          <w:szCs w:val="24"/>
        </w:rPr>
        <w:t>We're still us.</w:t>
      </w:r>
      <w:r w:rsidR="004A15D5" w:rsidRPr="003309B7">
        <w:rPr>
          <w:rFonts w:ascii="Arial" w:hAnsi="Arial" w:cs="Arial"/>
          <w:szCs w:val="24"/>
        </w:rPr>
        <w:t xml:space="preserve">  None of us are any better than Abraham or David.</w:t>
      </w:r>
      <w:r w:rsidR="00B2283B">
        <w:rPr>
          <w:rFonts w:ascii="Arial" w:hAnsi="Arial" w:cs="Arial"/>
          <w:szCs w:val="24"/>
        </w:rPr>
        <w:t xml:space="preserve">  Paul says he’s the chief of sinners, but I think </w:t>
      </w:r>
      <w:r w:rsidR="004A15D5" w:rsidRPr="003309B7">
        <w:rPr>
          <w:rFonts w:ascii="Arial" w:hAnsi="Arial" w:cs="Arial"/>
          <w:szCs w:val="24"/>
        </w:rPr>
        <w:t>Pastor Brad</w:t>
      </w:r>
      <w:r w:rsidR="00B2283B">
        <w:rPr>
          <w:rFonts w:ascii="Arial" w:hAnsi="Arial" w:cs="Arial"/>
          <w:szCs w:val="24"/>
        </w:rPr>
        <w:t xml:space="preserve"> gives him a good run for his money</w:t>
      </w:r>
      <w:r w:rsidR="004A15D5" w:rsidRPr="003309B7">
        <w:rPr>
          <w:rFonts w:ascii="Arial" w:hAnsi="Arial" w:cs="Arial"/>
          <w:szCs w:val="24"/>
        </w:rPr>
        <w:t xml:space="preserve">.  </w:t>
      </w:r>
      <w:r w:rsidRPr="003309B7">
        <w:rPr>
          <w:rFonts w:ascii="Arial" w:hAnsi="Arial" w:cs="Arial"/>
          <w:szCs w:val="24"/>
        </w:rPr>
        <w:t>We</w:t>
      </w:r>
      <w:r w:rsidR="00B2283B">
        <w:rPr>
          <w:rFonts w:ascii="Arial" w:hAnsi="Arial" w:cs="Arial"/>
          <w:szCs w:val="24"/>
        </w:rPr>
        <w:t>’ve all</w:t>
      </w:r>
      <w:r w:rsidRPr="003309B7">
        <w:rPr>
          <w:rFonts w:ascii="Arial" w:hAnsi="Arial" w:cs="Arial"/>
          <w:szCs w:val="24"/>
        </w:rPr>
        <w:t xml:space="preserve"> be</w:t>
      </w:r>
      <w:r w:rsidR="00B2283B">
        <w:rPr>
          <w:rFonts w:ascii="Arial" w:hAnsi="Arial" w:cs="Arial"/>
          <w:szCs w:val="24"/>
        </w:rPr>
        <w:t>e</w:t>
      </w:r>
      <w:r w:rsidRPr="003309B7">
        <w:rPr>
          <w:rFonts w:ascii="Arial" w:hAnsi="Arial" w:cs="Arial"/>
          <w:szCs w:val="24"/>
        </w:rPr>
        <w:t>n terribly unfaithful.</w:t>
      </w:r>
      <w:r w:rsidR="004A15D5" w:rsidRPr="003309B7">
        <w:rPr>
          <w:rFonts w:ascii="Arial" w:hAnsi="Arial" w:cs="Arial"/>
          <w:szCs w:val="24"/>
        </w:rPr>
        <w:t xml:space="preserve">  </w:t>
      </w:r>
      <w:r w:rsidRPr="003309B7">
        <w:rPr>
          <w:rFonts w:ascii="Arial" w:hAnsi="Arial" w:cs="Arial"/>
          <w:szCs w:val="24"/>
        </w:rPr>
        <w:t>So how can God possibly say that His covenant of peace will never be removed?</w:t>
      </w:r>
    </w:p>
    <w:p w14:paraId="766F1D3A" w14:textId="5845D630" w:rsidR="004A15D5" w:rsidRPr="003309B7" w:rsidRDefault="004A15D5">
      <w:pPr>
        <w:rPr>
          <w:rFonts w:ascii="Arial" w:hAnsi="Arial" w:cs="Arial"/>
          <w:szCs w:val="24"/>
        </w:rPr>
      </w:pPr>
      <w:r w:rsidRPr="003309B7">
        <w:rPr>
          <w:rFonts w:ascii="Arial" w:hAnsi="Arial" w:cs="Arial"/>
          <w:szCs w:val="24"/>
        </w:rPr>
        <w:t>…</w:t>
      </w:r>
    </w:p>
    <w:p w14:paraId="6DC08001" w14:textId="28F3F875" w:rsidR="00E92262" w:rsidRPr="003309B7" w:rsidRDefault="00B401D4">
      <w:pPr>
        <w:rPr>
          <w:rFonts w:ascii="Arial" w:hAnsi="Arial" w:cs="Arial"/>
          <w:szCs w:val="24"/>
        </w:rPr>
      </w:pPr>
      <w:r>
        <w:rPr>
          <w:rFonts w:ascii="Arial" w:hAnsi="Arial" w:cs="Arial"/>
          <w:szCs w:val="24"/>
        </w:rPr>
        <w:t xml:space="preserve">The cross.  </w:t>
      </w:r>
      <w:r w:rsidR="00E44C64" w:rsidRPr="003309B7">
        <w:rPr>
          <w:rFonts w:ascii="Arial" w:hAnsi="Arial" w:cs="Arial"/>
          <w:szCs w:val="24"/>
        </w:rPr>
        <w:t>There's an amazing line in 1 John</w:t>
      </w:r>
      <w:r>
        <w:rPr>
          <w:rFonts w:ascii="Arial" w:hAnsi="Arial" w:cs="Arial"/>
          <w:szCs w:val="24"/>
        </w:rPr>
        <w:t xml:space="preserve"> that</w:t>
      </w:r>
      <w:r w:rsidR="004A15D5" w:rsidRPr="003309B7">
        <w:rPr>
          <w:rFonts w:ascii="Arial" w:hAnsi="Arial" w:cs="Arial"/>
          <w:szCs w:val="24"/>
        </w:rPr>
        <w:t xml:space="preserve"> says:</w:t>
      </w:r>
    </w:p>
    <w:p w14:paraId="0CFB86E0" w14:textId="4D818707" w:rsidR="00E92262" w:rsidRPr="003309B7" w:rsidRDefault="00E44C64" w:rsidP="004A15D5">
      <w:pPr>
        <w:ind w:firstLine="720"/>
        <w:rPr>
          <w:rFonts w:ascii="Arial" w:hAnsi="Arial" w:cs="Arial"/>
          <w:szCs w:val="24"/>
        </w:rPr>
      </w:pPr>
      <w:r w:rsidRPr="003309B7">
        <w:rPr>
          <w:rFonts w:ascii="Arial" w:hAnsi="Arial" w:cs="Arial"/>
          <w:szCs w:val="24"/>
        </w:rPr>
        <w:t>“If we confess our sins, He is faithful and just and will forgive us our sins.”</w:t>
      </w:r>
      <w:r w:rsidR="004A15D5" w:rsidRPr="003309B7">
        <w:rPr>
          <w:rFonts w:ascii="Arial" w:hAnsi="Arial" w:cs="Arial"/>
          <w:szCs w:val="24"/>
        </w:rPr>
        <w:t xml:space="preserve"> (1 John 1:9)</w:t>
      </w:r>
    </w:p>
    <w:p w14:paraId="363969F9" w14:textId="6E179415" w:rsidR="00E92262" w:rsidRPr="003309B7" w:rsidRDefault="00E44C64">
      <w:pPr>
        <w:rPr>
          <w:rFonts w:ascii="Arial" w:hAnsi="Arial" w:cs="Arial"/>
          <w:szCs w:val="24"/>
        </w:rPr>
      </w:pPr>
      <w:r w:rsidRPr="003309B7">
        <w:rPr>
          <w:rFonts w:ascii="Arial" w:hAnsi="Arial" w:cs="Arial"/>
          <w:szCs w:val="24"/>
        </w:rPr>
        <w:t>Did you hear that?</w:t>
      </w:r>
      <w:r w:rsidR="004A15D5" w:rsidRPr="003309B7">
        <w:rPr>
          <w:rFonts w:ascii="Arial" w:hAnsi="Arial" w:cs="Arial"/>
          <w:szCs w:val="24"/>
        </w:rPr>
        <w:t xml:space="preserve">  God is j</w:t>
      </w:r>
      <w:r w:rsidRPr="003309B7">
        <w:rPr>
          <w:rFonts w:ascii="Arial" w:hAnsi="Arial" w:cs="Arial"/>
          <w:szCs w:val="24"/>
        </w:rPr>
        <w:t>ust</w:t>
      </w:r>
      <w:r w:rsidR="004A15D5" w:rsidRPr="003309B7">
        <w:rPr>
          <w:rFonts w:ascii="Arial" w:hAnsi="Arial" w:cs="Arial"/>
          <w:szCs w:val="24"/>
        </w:rPr>
        <w:t>, so He forgives our sin.</w:t>
      </w:r>
    </w:p>
    <w:p w14:paraId="1DC79B13" w14:textId="22F7D9C7" w:rsidR="00E92262" w:rsidRPr="003309B7" w:rsidRDefault="004A15D5">
      <w:pPr>
        <w:rPr>
          <w:rFonts w:ascii="Arial" w:hAnsi="Arial" w:cs="Arial"/>
          <w:szCs w:val="24"/>
        </w:rPr>
      </w:pPr>
      <w:r w:rsidRPr="003309B7">
        <w:rPr>
          <w:rFonts w:ascii="Arial" w:hAnsi="Arial" w:cs="Arial"/>
          <w:szCs w:val="24"/>
        </w:rPr>
        <w:t xml:space="preserve">Now, </w:t>
      </w:r>
      <w:r w:rsidR="00E44C64" w:rsidRPr="003309B7">
        <w:rPr>
          <w:rFonts w:ascii="Arial" w:hAnsi="Arial" w:cs="Arial"/>
          <w:szCs w:val="24"/>
        </w:rPr>
        <w:t xml:space="preserve">I would expect John to say God is merciful </w:t>
      </w:r>
      <w:r w:rsidRPr="003309B7">
        <w:rPr>
          <w:rFonts w:ascii="Arial" w:hAnsi="Arial" w:cs="Arial"/>
          <w:szCs w:val="24"/>
        </w:rPr>
        <w:t>so He forgives us</w:t>
      </w:r>
      <w:r w:rsidR="00E44C64" w:rsidRPr="003309B7">
        <w:rPr>
          <w:rFonts w:ascii="Arial" w:hAnsi="Arial" w:cs="Arial"/>
          <w:szCs w:val="24"/>
        </w:rPr>
        <w:t>.</w:t>
      </w:r>
      <w:r w:rsidRPr="003309B7">
        <w:rPr>
          <w:rFonts w:ascii="Arial" w:hAnsi="Arial" w:cs="Arial"/>
          <w:szCs w:val="24"/>
        </w:rPr>
        <w:t xml:space="preserve">  </w:t>
      </w:r>
      <w:r w:rsidR="00E44C64" w:rsidRPr="003309B7">
        <w:rPr>
          <w:rFonts w:ascii="Arial" w:hAnsi="Arial" w:cs="Arial"/>
          <w:szCs w:val="24"/>
        </w:rPr>
        <w:t>And</w:t>
      </w:r>
      <w:r w:rsidRPr="003309B7">
        <w:rPr>
          <w:rFonts w:ascii="Arial" w:hAnsi="Arial" w:cs="Arial"/>
          <w:szCs w:val="24"/>
        </w:rPr>
        <w:t xml:space="preserve"> of course that is true.  But </w:t>
      </w:r>
      <w:r w:rsidR="00E44C64" w:rsidRPr="003309B7">
        <w:rPr>
          <w:rFonts w:ascii="Arial" w:hAnsi="Arial" w:cs="Arial"/>
          <w:szCs w:val="24"/>
        </w:rPr>
        <w:t>John says He is just to forgive us.</w:t>
      </w:r>
      <w:r w:rsidRPr="003309B7">
        <w:rPr>
          <w:rFonts w:ascii="Arial" w:hAnsi="Arial" w:cs="Arial"/>
          <w:szCs w:val="24"/>
        </w:rPr>
        <w:t xml:space="preserve">  </w:t>
      </w:r>
      <w:r w:rsidR="00E44C64" w:rsidRPr="003309B7">
        <w:rPr>
          <w:rFonts w:ascii="Arial" w:hAnsi="Arial" w:cs="Arial"/>
          <w:szCs w:val="24"/>
        </w:rPr>
        <w:t>Why?</w:t>
      </w:r>
    </w:p>
    <w:p w14:paraId="56362DB6" w14:textId="07F9A7B6" w:rsidR="00E92262" w:rsidRPr="003309B7" w:rsidRDefault="00E44C64" w:rsidP="00334C6B">
      <w:pPr>
        <w:rPr>
          <w:rFonts w:ascii="Arial" w:hAnsi="Arial" w:cs="Arial"/>
          <w:szCs w:val="24"/>
        </w:rPr>
      </w:pPr>
      <w:r w:rsidRPr="003309B7">
        <w:rPr>
          <w:rFonts w:ascii="Arial" w:hAnsi="Arial" w:cs="Arial"/>
          <w:szCs w:val="24"/>
        </w:rPr>
        <w:t>Because Jesus has borne our condemnation.</w:t>
      </w:r>
      <w:r w:rsidR="004A15D5" w:rsidRPr="003309B7">
        <w:rPr>
          <w:rFonts w:ascii="Arial" w:hAnsi="Arial" w:cs="Arial"/>
          <w:szCs w:val="24"/>
        </w:rPr>
        <w:t xml:space="preserve">  In other words</w:t>
      </w:r>
      <w:r w:rsidR="00B401D4">
        <w:rPr>
          <w:rFonts w:ascii="Arial" w:hAnsi="Arial" w:cs="Arial"/>
          <w:szCs w:val="24"/>
        </w:rPr>
        <w:t xml:space="preserve"> if you’re a Jesus follower then</w:t>
      </w:r>
      <w:r w:rsidR="004A15D5" w:rsidRPr="003309B7">
        <w:rPr>
          <w:rFonts w:ascii="Arial" w:hAnsi="Arial" w:cs="Arial"/>
          <w:szCs w:val="24"/>
        </w:rPr>
        <w:t xml:space="preserve"> God can’t make you pay for your sin because Jesus already paid.  It wouldn</w:t>
      </w:r>
      <w:r w:rsidR="00334C6B">
        <w:rPr>
          <w:rFonts w:ascii="Arial" w:hAnsi="Arial" w:cs="Arial"/>
          <w:szCs w:val="24"/>
        </w:rPr>
        <w:t>’</w:t>
      </w:r>
      <w:r w:rsidR="004A15D5" w:rsidRPr="003309B7">
        <w:rPr>
          <w:rFonts w:ascii="Arial" w:hAnsi="Arial" w:cs="Arial"/>
          <w:szCs w:val="24"/>
        </w:rPr>
        <w:t xml:space="preserve">t be just for God to collect twice. </w:t>
      </w:r>
      <w:r w:rsidR="00334C6B">
        <w:rPr>
          <w:rFonts w:ascii="Arial" w:hAnsi="Arial" w:cs="Arial"/>
          <w:szCs w:val="24"/>
        </w:rPr>
        <w:t xml:space="preserve"> </w:t>
      </w:r>
      <w:r w:rsidR="004A15D5" w:rsidRPr="003309B7">
        <w:rPr>
          <w:rFonts w:ascii="Arial" w:hAnsi="Arial" w:cs="Arial"/>
          <w:szCs w:val="24"/>
        </w:rPr>
        <w:t>And t</w:t>
      </w:r>
      <w:r w:rsidRPr="003309B7">
        <w:rPr>
          <w:rFonts w:ascii="Arial" w:hAnsi="Arial" w:cs="Arial"/>
          <w:szCs w:val="24"/>
        </w:rPr>
        <w:t>hat's why the marriage</w:t>
      </w:r>
      <w:r w:rsidR="004A15D5" w:rsidRPr="003309B7">
        <w:rPr>
          <w:rFonts w:ascii="Arial" w:hAnsi="Arial" w:cs="Arial"/>
          <w:szCs w:val="24"/>
        </w:rPr>
        <w:t xml:space="preserve"> between us and Him will</w:t>
      </w:r>
      <w:r w:rsidRPr="003309B7">
        <w:rPr>
          <w:rFonts w:ascii="Arial" w:hAnsi="Arial" w:cs="Arial"/>
          <w:szCs w:val="24"/>
        </w:rPr>
        <w:t xml:space="preserve"> last.</w:t>
      </w:r>
    </w:p>
    <w:p w14:paraId="197CC5A6" w14:textId="5F7AB313" w:rsidR="00E92262" w:rsidRPr="003309B7" w:rsidRDefault="00E44C64">
      <w:pPr>
        <w:rPr>
          <w:rFonts w:ascii="Arial" w:hAnsi="Arial" w:cs="Arial"/>
          <w:szCs w:val="24"/>
        </w:rPr>
      </w:pPr>
      <w:r w:rsidRPr="003309B7">
        <w:rPr>
          <w:rFonts w:ascii="Arial" w:hAnsi="Arial" w:cs="Arial"/>
          <w:szCs w:val="24"/>
        </w:rPr>
        <w:t>That's why God can say:</w:t>
      </w:r>
      <w:r w:rsidR="00531A75" w:rsidRPr="003309B7">
        <w:rPr>
          <w:rFonts w:ascii="Arial" w:hAnsi="Arial" w:cs="Arial"/>
          <w:szCs w:val="24"/>
        </w:rPr>
        <w:t xml:space="preserve"> </w:t>
      </w:r>
      <w:r w:rsidRPr="003309B7">
        <w:rPr>
          <w:rFonts w:ascii="Arial" w:hAnsi="Arial" w:cs="Arial"/>
          <w:szCs w:val="24"/>
        </w:rPr>
        <w:t>“Though the mountains be shaken and the hills be removed, yet My unfailing love for you will not be shaken.”</w:t>
      </w:r>
      <w:r w:rsidR="00531A75" w:rsidRPr="003309B7">
        <w:rPr>
          <w:rFonts w:ascii="Arial" w:hAnsi="Arial" w:cs="Arial"/>
          <w:szCs w:val="24"/>
        </w:rPr>
        <w:t xml:space="preserve">  </w:t>
      </w:r>
      <w:r w:rsidR="006044D1">
        <w:rPr>
          <w:rFonts w:ascii="Arial" w:hAnsi="Arial" w:cs="Arial"/>
          <w:szCs w:val="24"/>
        </w:rPr>
        <w:t xml:space="preserve">It’s because it stands </w:t>
      </w:r>
      <w:r w:rsidR="00531A75" w:rsidRPr="003309B7">
        <w:rPr>
          <w:rFonts w:ascii="Arial" w:hAnsi="Arial" w:cs="Arial"/>
          <w:szCs w:val="24"/>
        </w:rPr>
        <w:t>on Jesus not on you.  That</w:t>
      </w:r>
      <w:r w:rsidRPr="003309B7">
        <w:rPr>
          <w:rFonts w:ascii="Arial" w:hAnsi="Arial" w:cs="Arial"/>
          <w:szCs w:val="24"/>
        </w:rPr>
        <w:t>'s a miraculous marriage.</w:t>
      </w:r>
    </w:p>
    <w:p w14:paraId="61180603" w14:textId="08F7097B" w:rsidR="00531A75" w:rsidRPr="003309B7" w:rsidRDefault="00531A75">
      <w:pPr>
        <w:rPr>
          <w:rFonts w:ascii="Arial" w:hAnsi="Arial" w:cs="Arial"/>
          <w:szCs w:val="24"/>
        </w:rPr>
      </w:pPr>
      <w:r w:rsidRPr="003309B7">
        <w:rPr>
          <w:rFonts w:ascii="Arial" w:hAnsi="Arial" w:cs="Arial"/>
          <w:szCs w:val="24"/>
        </w:rPr>
        <w:t>…</w:t>
      </w:r>
    </w:p>
    <w:p w14:paraId="1820D5E5" w14:textId="3F4756CE" w:rsidR="00E92262" w:rsidRPr="003309B7" w:rsidRDefault="00E44C64">
      <w:pPr>
        <w:rPr>
          <w:rFonts w:ascii="Arial" w:hAnsi="Arial" w:cs="Arial"/>
          <w:szCs w:val="24"/>
        </w:rPr>
      </w:pPr>
      <w:r w:rsidRPr="003309B7">
        <w:rPr>
          <w:rFonts w:ascii="Arial" w:hAnsi="Arial" w:cs="Arial"/>
          <w:szCs w:val="24"/>
        </w:rPr>
        <w:t xml:space="preserve">So what happens when you experience </w:t>
      </w:r>
      <w:r w:rsidR="00531A75" w:rsidRPr="003309B7">
        <w:rPr>
          <w:rFonts w:ascii="Arial" w:hAnsi="Arial" w:cs="Arial"/>
          <w:szCs w:val="24"/>
        </w:rPr>
        <w:t>a</w:t>
      </w:r>
      <w:r w:rsidRPr="003309B7">
        <w:rPr>
          <w:rFonts w:ascii="Arial" w:hAnsi="Arial" w:cs="Arial"/>
          <w:szCs w:val="24"/>
        </w:rPr>
        <w:t xml:space="preserve"> miraculous </w:t>
      </w:r>
      <w:r w:rsidR="00531A75" w:rsidRPr="003309B7">
        <w:rPr>
          <w:rFonts w:ascii="Arial" w:hAnsi="Arial" w:cs="Arial"/>
          <w:szCs w:val="24"/>
        </w:rPr>
        <w:t>re-</w:t>
      </w:r>
      <w:r w:rsidRPr="003309B7">
        <w:rPr>
          <w:rFonts w:ascii="Arial" w:hAnsi="Arial" w:cs="Arial"/>
          <w:szCs w:val="24"/>
        </w:rPr>
        <w:t xml:space="preserve">birth and enter </w:t>
      </w:r>
      <w:r w:rsidR="00531A75" w:rsidRPr="003309B7">
        <w:rPr>
          <w:rFonts w:ascii="Arial" w:hAnsi="Arial" w:cs="Arial"/>
          <w:szCs w:val="24"/>
        </w:rPr>
        <w:t>a</w:t>
      </w:r>
      <w:r w:rsidRPr="003309B7">
        <w:rPr>
          <w:rFonts w:ascii="Arial" w:hAnsi="Arial" w:cs="Arial"/>
          <w:szCs w:val="24"/>
        </w:rPr>
        <w:t xml:space="preserve"> miraculous marriage</w:t>
      </w:r>
      <w:r w:rsidR="00531A75" w:rsidRPr="003309B7">
        <w:rPr>
          <w:rFonts w:ascii="Arial" w:hAnsi="Arial" w:cs="Arial"/>
          <w:szCs w:val="24"/>
        </w:rPr>
        <w:t xml:space="preserve"> you don’t deserve</w:t>
      </w:r>
      <w:r w:rsidRPr="003309B7">
        <w:rPr>
          <w:rFonts w:ascii="Arial" w:hAnsi="Arial" w:cs="Arial"/>
          <w:szCs w:val="24"/>
        </w:rPr>
        <w:t>?</w:t>
      </w:r>
      <w:r w:rsidR="00531A75" w:rsidRPr="003309B7">
        <w:rPr>
          <w:rFonts w:ascii="Arial" w:hAnsi="Arial" w:cs="Arial"/>
          <w:szCs w:val="24"/>
        </w:rPr>
        <w:t xml:space="preserve">  Answer: abundant life.  </w:t>
      </w:r>
      <w:r w:rsidRPr="003309B7">
        <w:rPr>
          <w:rFonts w:ascii="Arial" w:hAnsi="Arial" w:cs="Arial"/>
          <w:szCs w:val="24"/>
        </w:rPr>
        <w:t xml:space="preserve">You </w:t>
      </w:r>
      <w:r w:rsidR="008075FC" w:rsidRPr="003309B7">
        <w:rPr>
          <w:rFonts w:ascii="Arial" w:hAnsi="Arial" w:cs="Arial"/>
          <w:szCs w:val="24"/>
        </w:rPr>
        <w:t>gain access to</w:t>
      </w:r>
      <w:r w:rsidRPr="003309B7">
        <w:rPr>
          <w:rFonts w:ascii="Arial" w:hAnsi="Arial" w:cs="Arial"/>
          <w:szCs w:val="24"/>
        </w:rPr>
        <w:t xml:space="preserve"> a miraculous life.</w:t>
      </w:r>
    </w:p>
    <w:p w14:paraId="11341347" w14:textId="09AB9968" w:rsidR="00E92262" w:rsidRPr="003309B7" w:rsidRDefault="00E44C64" w:rsidP="00531A75">
      <w:pPr>
        <w:rPr>
          <w:rFonts w:ascii="Arial" w:hAnsi="Arial" w:cs="Arial"/>
          <w:szCs w:val="24"/>
        </w:rPr>
      </w:pPr>
      <w:r w:rsidRPr="003309B7">
        <w:rPr>
          <w:rFonts w:ascii="Arial" w:hAnsi="Arial" w:cs="Arial"/>
          <w:szCs w:val="24"/>
        </w:rPr>
        <w:t xml:space="preserve">And the first word of this chapter tells us what that </w:t>
      </w:r>
      <w:r w:rsidR="008075FC" w:rsidRPr="003309B7">
        <w:rPr>
          <w:rFonts w:ascii="Arial" w:hAnsi="Arial" w:cs="Arial"/>
          <w:szCs w:val="24"/>
        </w:rPr>
        <w:t xml:space="preserve">kind of </w:t>
      </w:r>
      <w:r w:rsidRPr="003309B7">
        <w:rPr>
          <w:rFonts w:ascii="Arial" w:hAnsi="Arial" w:cs="Arial"/>
          <w:szCs w:val="24"/>
        </w:rPr>
        <w:t>life looks like</w:t>
      </w:r>
      <w:r w:rsidR="00531A75" w:rsidRPr="003309B7">
        <w:rPr>
          <w:rFonts w:ascii="Arial" w:hAnsi="Arial" w:cs="Arial"/>
          <w:szCs w:val="24"/>
        </w:rPr>
        <w:t xml:space="preserve">.  </w:t>
      </w:r>
      <w:r w:rsidR="008075FC" w:rsidRPr="003309B7">
        <w:rPr>
          <w:rFonts w:ascii="Arial" w:hAnsi="Arial" w:cs="Arial"/>
          <w:szCs w:val="24"/>
        </w:rPr>
        <w:t>So t</w:t>
      </w:r>
      <w:r w:rsidR="00531A75" w:rsidRPr="003309B7">
        <w:rPr>
          <w:rFonts w:ascii="Arial" w:hAnsi="Arial" w:cs="Arial"/>
          <w:szCs w:val="24"/>
        </w:rPr>
        <w:t>he chapter begins with a command</w:t>
      </w:r>
      <w:r w:rsidR="008075FC" w:rsidRPr="003309B7">
        <w:rPr>
          <w:rFonts w:ascii="Arial" w:hAnsi="Arial" w:cs="Arial"/>
          <w:szCs w:val="24"/>
        </w:rPr>
        <w:t>.  And it’s a strange command</w:t>
      </w:r>
      <w:r w:rsidR="00531A75" w:rsidRPr="003309B7">
        <w:rPr>
          <w:rFonts w:ascii="Arial" w:hAnsi="Arial" w:cs="Arial"/>
          <w:szCs w:val="24"/>
        </w:rPr>
        <w:t>:</w:t>
      </w:r>
    </w:p>
    <w:p w14:paraId="15D44205" w14:textId="04534E2C" w:rsidR="00E92262" w:rsidRPr="003309B7" w:rsidRDefault="00E44C64" w:rsidP="00531A75">
      <w:pPr>
        <w:ind w:firstLine="720"/>
        <w:rPr>
          <w:rFonts w:ascii="Arial" w:hAnsi="Arial" w:cs="Arial"/>
          <w:szCs w:val="24"/>
        </w:rPr>
      </w:pPr>
      <w:r w:rsidRPr="003309B7">
        <w:rPr>
          <w:rFonts w:ascii="Arial" w:hAnsi="Arial" w:cs="Arial"/>
          <w:szCs w:val="24"/>
        </w:rPr>
        <w:t>“Sing, barren woman.”</w:t>
      </w:r>
      <w:r w:rsidR="00531A75" w:rsidRPr="003309B7">
        <w:rPr>
          <w:rFonts w:ascii="Arial" w:hAnsi="Arial" w:cs="Arial"/>
          <w:szCs w:val="24"/>
        </w:rPr>
        <w:t xml:space="preserve"> (Isaiah 54:1)</w:t>
      </w:r>
    </w:p>
    <w:p w14:paraId="7C205A4B" w14:textId="7F095CCC" w:rsidR="00E92262" w:rsidRPr="003309B7" w:rsidRDefault="008075FC">
      <w:pPr>
        <w:rPr>
          <w:rFonts w:ascii="Arial" w:hAnsi="Arial" w:cs="Arial"/>
          <w:szCs w:val="24"/>
        </w:rPr>
      </w:pPr>
      <w:r w:rsidRPr="003309B7">
        <w:rPr>
          <w:rFonts w:ascii="Arial" w:hAnsi="Arial" w:cs="Arial"/>
          <w:szCs w:val="24"/>
        </w:rPr>
        <w:t>W</w:t>
      </w:r>
      <w:r w:rsidR="00E44C64" w:rsidRPr="003309B7">
        <w:rPr>
          <w:rFonts w:ascii="Arial" w:hAnsi="Arial" w:cs="Arial"/>
          <w:szCs w:val="24"/>
        </w:rPr>
        <w:t>hat does the barren woman have to sing about?</w:t>
      </w:r>
      <w:r w:rsidR="00531A75" w:rsidRPr="003309B7">
        <w:rPr>
          <w:rFonts w:ascii="Arial" w:hAnsi="Arial" w:cs="Arial"/>
          <w:szCs w:val="24"/>
        </w:rPr>
        <w:t xml:space="preserve">  </w:t>
      </w:r>
      <w:r w:rsidR="00E44C64" w:rsidRPr="003309B7">
        <w:rPr>
          <w:rFonts w:ascii="Arial" w:hAnsi="Arial" w:cs="Arial"/>
          <w:szCs w:val="24"/>
        </w:rPr>
        <w:t xml:space="preserve">She </w:t>
      </w:r>
      <w:r w:rsidR="006044D1">
        <w:rPr>
          <w:rFonts w:ascii="Arial" w:hAnsi="Arial" w:cs="Arial"/>
          <w:szCs w:val="24"/>
        </w:rPr>
        <w:t>doesn’t have the children she longs for.  And s</w:t>
      </w:r>
      <w:r w:rsidR="00E44C64" w:rsidRPr="003309B7">
        <w:rPr>
          <w:rFonts w:ascii="Arial" w:hAnsi="Arial" w:cs="Arial"/>
          <w:szCs w:val="24"/>
        </w:rPr>
        <w:t>he has no evidence that anything is changing.</w:t>
      </w:r>
      <w:r w:rsidR="00531A75" w:rsidRPr="003309B7">
        <w:rPr>
          <w:rFonts w:ascii="Arial" w:hAnsi="Arial" w:cs="Arial"/>
          <w:szCs w:val="24"/>
        </w:rPr>
        <w:t xml:space="preserve">  </w:t>
      </w:r>
      <w:r w:rsidRPr="003309B7">
        <w:rPr>
          <w:rFonts w:ascii="Arial" w:hAnsi="Arial" w:cs="Arial"/>
          <w:szCs w:val="24"/>
        </w:rPr>
        <w:t>And</w:t>
      </w:r>
      <w:r w:rsidR="00E44C64" w:rsidRPr="003309B7">
        <w:rPr>
          <w:rFonts w:ascii="Arial" w:hAnsi="Arial" w:cs="Arial"/>
          <w:szCs w:val="24"/>
        </w:rPr>
        <w:t xml:space="preserve"> </w:t>
      </w:r>
      <w:r w:rsidRPr="003309B7">
        <w:rPr>
          <w:rFonts w:ascii="Arial" w:hAnsi="Arial" w:cs="Arial"/>
          <w:szCs w:val="24"/>
        </w:rPr>
        <w:t xml:space="preserve">still </w:t>
      </w:r>
      <w:r w:rsidR="00E44C64" w:rsidRPr="003309B7">
        <w:rPr>
          <w:rFonts w:ascii="Arial" w:hAnsi="Arial" w:cs="Arial"/>
          <w:szCs w:val="24"/>
        </w:rPr>
        <w:t>God says:</w:t>
      </w:r>
      <w:r w:rsidR="00531A75" w:rsidRPr="003309B7">
        <w:rPr>
          <w:rFonts w:ascii="Arial" w:hAnsi="Arial" w:cs="Arial"/>
          <w:szCs w:val="24"/>
        </w:rPr>
        <w:t xml:space="preserve"> </w:t>
      </w:r>
      <w:r w:rsidR="00E44C64" w:rsidRPr="003309B7">
        <w:rPr>
          <w:rFonts w:ascii="Arial" w:hAnsi="Arial" w:cs="Arial"/>
          <w:bCs/>
          <w:szCs w:val="24"/>
        </w:rPr>
        <w:t>Sing.</w:t>
      </w:r>
      <w:r w:rsidR="00531A75" w:rsidRPr="003309B7">
        <w:rPr>
          <w:rFonts w:ascii="Arial" w:hAnsi="Arial" w:cs="Arial"/>
          <w:bCs/>
          <w:szCs w:val="24"/>
        </w:rPr>
        <w:t xml:space="preserve">  </w:t>
      </w:r>
      <w:r w:rsidR="00E44C64" w:rsidRPr="003309B7">
        <w:rPr>
          <w:rFonts w:ascii="Arial" w:hAnsi="Arial" w:cs="Arial"/>
          <w:szCs w:val="24"/>
        </w:rPr>
        <w:t>Why?</w:t>
      </w:r>
    </w:p>
    <w:p w14:paraId="7450BDB6" w14:textId="59872CFE" w:rsidR="00E92262" w:rsidRPr="003309B7" w:rsidRDefault="00E44C64">
      <w:pPr>
        <w:rPr>
          <w:rFonts w:ascii="Arial" w:hAnsi="Arial" w:cs="Arial"/>
          <w:szCs w:val="24"/>
        </w:rPr>
      </w:pPr>
      <w:r w:rsidRPr="003309B7">
        <w:rPr>
          <w:rFonts w:ascii="Arial" w:hAnsi="Arial" w:cs="Arial"/>
          <w:szCs w:val="24"/>
        </w:rPr>
        <w:t>Because your life is no longer defined by what you can produce.</w:t>
      </w:r>
      <w:r w:rsidR="00531A75" w:rsidRPr="003309B7">
        <w:rPr>
          <w:rFonts w:ascii="Arial" w:hAnsi="Arial" w:cs="Arial"/>
          <w:szCs w:val="24"/>
        </w:rPr>
        <w:t xml:space="preserve">  </w:t>
      </w:r>
      <w:r w:rsidRPr="003309B7">
        <w:rPr>
          <w:rFonts w:ascii="Arial" w:hAnsi="Arial" w:cs="Arial"/>
          <w:szCs w:val="24"/>
        </w:rPr>
        <w:t>It's</w:t>
      </w:r>
      <w:r w:rsidR="00305D45">
        <w:rPr>
          <w:rFonts w:ascii="Arial" w:hAnsi="Arial" w:cs="Arial"/>
          <w:szCs w:val="24"/>
        </w:rPr>
        <w:t xml:space="preserve"> been</w:t>
      </w:r>
      <w:r w:rsidRPr="003309B7">
        <w:rPr>
          <w:rFonts w:ascii="Arial" w:hAnsi="Arial" w:cs="Arial"/>
          <w:szCs w:val="24"/>
        </w:rPr>
        <w:t xml:space="preserve"> defined by God.</w:t>
      </w:r>
      <w:r w:rsidR="00531A75" w:rsidRPr="003309B7">
        <w:rPr>
          <w:rFonts w:ascii="Arial" w:hAnsi="Arial" w:cs="Arial"/>
          <w:szCs w:val="24"/>
        </w:rPr>
        <w:t xml:space="preserve">  </w:t>
      </w:r>
      <w:r w:rsidRPr="003309B7">
        <w:rPr>
          <w:rFonts w:ascii="Arial" w:hAnsi="Arial" w:cs="Arial"/>
          <w:szCs w:val="24"/>
        </w:rPr>
        <w:t xml:space="preserve">And that's </w:t>
      </w:r>
      <w:r w:rsidR="00305D45">
        <w:rPr>
          <w:rFonts w:ascii="Arial" w:hAnsi="Arial" w:cs="Arial"/>
          <w:szCs w:val="24"/>
        </w:rPr>
        <w:t>what we are being called into</w:t>
      </w:r>
      <w:r w:rsidRPr="003309B7">
        <w:rPr>
          <w:rFonts w:ascii="Arial" w:hAnsi="Arial" w:cs="Arial"/>
          <w:szCs w:val="24"/>
        </w:rPr>
        <w:t>.</w:t>
      </w:r>
      <w:r w:rsidR="008075FC" w:rsidRPr="003309B7">
        <w:rPr>
          <w:rFonts w:ascii="Arial" w:hAnsi="Arial" w:cs="Arial"/>
          <w:szCs w:val="24"/>
        </w:rPr>
        <w:t xml:space="preserve">  So v</w:t>
      </w:r>
      <w:r w:rsidRPr="003309B7">
        <w:rPr>
          <w:rFonts w:ascii="Arial" w:hAnsi="Arial" w:cs="Arial"/>
          <w:szCs w:val="24"/>
        </w:rPr>
        <w:t>erse 6 says:</w:t>
      </w:r>
    </w:p>
    <w:p w14:paraId="588AE667" w14:textId="3D9B5FDB" w:rsidR="00E92262" w:rsidRPr="003309B7" w:rsidRDefault="00E44C64" w:rsidP="008075FC">
      <w:pPr>
        <w:ind w:firstLine="720"/>
        <w:rPr>
          <w:rFonts w:ascii="Arial" w:hAnsi="Arial" w:cs="Arial"/>
          <w:szCs w:val="24"/>
        </w:rPr>
      </w:pPr>
      <w:r w:rsidRPr="003309B7">
        <w:rPr>
          <w:rFonts w:ascii="Arial" w:hAnsi="Arial" w:cs="Arial"/>
          <w:szCs w:val="24"/>
        </w:rPr>
        <w:t>“The LORD will call you back.”</w:t>
      </w:r>
      <w:r w:rsidR="008075FC" w:rsidRPr="003309B7">
        <w:rPr>
          <w:rFonts w:ascii="Arial" w:hAnsi="Arial" w:cs="Arial"/>
          <w:szCs w:val="24"/>
        </w:rPr>
        <w:t xml:space="preserve"> (Isaiah 54:6)</w:t>
      </w:r>
    </w:p>
    <w:p w14:paraId="01CD85AE" w14:textId="77777777" w:rsidR="00EA44D5" w:rsidRDefault="00305D45">
      <w:pPr>
        <w:rPr>
          <w:rFonts w:ascii="Arial" w:hAnsi="Arial" w:cs="Arial"/>
          <w:szCs w:val="24"/>
        </w:rPr>
      </w:pPr>
      <w:r>
        <w:rPr>
          <w:rFonts w:ascii="Arial" w:hAnsi="Arial" w:cs="Arial"/>
          <w:szCs w:val="24"/>
        </w:rPr>
        <w:t>See, y</w:t>
      </w:r>
      <w:r w:rsidR="00E44C64" w:rsidRPr="003309B7">
        <w:rPr>
          <w:rFonts w:ascii="Arial" w:hAnsi="Arial" w:cs="Arial"/>
          <w:szCs w:val="24"/>
        </w:rPr>
        <w:t>our Maker is calling you home.</w:t>
      </w:r>
      <w:r w:rsidR="008075FC" w:rsidRPr="003309B7">
        <w:rPr>
          <w:rFonts w:ascii="Arial" w:hAnsi="Arial" w:cs="Arial"/>
          <w:szCs w:val="24"/>
        </w:rPr>
        <w:t xml:space="preserve">  </w:t>
      </w:r>
      <w:r w:rsidR="00E44C64" w:rsidRPr="003309B7">
        <w:rPr>
          <w:rFonts w:ascii="Arial" w:hAnsi="Arial" w:cs="Arial"/>
          <w:szCs w:val="24"/>
        </w:rPr>
        <w:t>And coming home means leaving</w:t>
      </w:r>
      <w:r>
        <w:rPr>
          <w:rFonts w:ascii="Arial" w:hAnsi="Arial" w:cs="Arial"/>
          <w:szCs w:val="24"/>
        </w:rPr>
        <w:t xml:space="preserve"> somewhere else behind.  So where was the abandoned woman living?  She was with her other lovers.  And all the lovers promised to give her meaning and significance and pleasure but they </w:t>
      </w:r>
      <w:r w:rsidR="00EA44D5">
        <w:rPr>
          <w:rFonts w:ascii="Arial" w:hAnsi="Arial" w:cs="Arial"/>
          <w:szCs w:val="24"/>
        </w:rPr>
        <w:t>didn’t deliver.</w:t>
      </w:r>
    </w:p>
    <w:p w14:paraId="133CC11C" w14:textId="487BF643" w:rsidR="00E92262" w:rsidRPr="003309B7" w:rsidRDefault="00EA44D5">
      <w:pPr>
        <w:rPr>
          <w:rFonts w:ascii="Arial" w:hAnsi="Arial" w:cs="Arial"/>
          <w:szCs w:val="24"/>
        </w:rPr>
      </w:pPr>
      <w:r>
        <w:rPr>
          <w:rFonts w:ascii="Arial" w:hAnsi="Arial" w:cs="Arial"/>
          <w:szCs w:val="24"/>
        </w:rPr>
        <w:t>And God is calling us to come home as well; home from trusting our other lovers.  So for you m</w:t>
      </w:r>
      <w:r w:rsidR="00E44C64" w:rsidRPr="003309B7">
        <w:rPr>
          <w:rFonts w:ascii="Arial" w:hAnsi="Arial" w:cs="Arial"/>
          <w:szCs w:val="24"/>
        </w:rPr>
        <w:t>aybe it's your career.</w:t>
      </w:r>
      <w:r w:rsidR="008075FC" w:rsidRPr="003309B7">
        <w:rPr>
          <w:rFonts w:ascii="Arial" w:hAnsi="Arial" w:cs="Arial"/>
          <w:szCs w:val="24"/>
        </w:rPr>
        <w:t xml:space="preserve">  </w:t>
      </w:r>
      <w:r w:rsidR="00E44C64" w:rsidRPr="003309B7">
        <w:rPr>
          <w:rFonts w:ascii="Arial" w:hAnsi="Arial" w:cs="Arial"/>
          <w:szCs w:val="24"/>
        </w:rPr>
        <w:t>Maybe it's money.</w:t>
      </w:r>
      <w:r w:rsidR="008075FC" w:rsidRPr="003309B7">
        <w:rPr>
          <w:rFonts w:ascii="Arial" w:hAnsi="Arial" w:cs="Arial"/>
          <w:szCs w:val="24"/>
        </w:rPr>
        <w:t xml:space="preserve">  </w:t>
      </w:r>
      <w:r w:rsidR="00E44C64" w:rsidRPr="003309B7">
        <w:rPr>
          <w:rFonts w:ascii="Arial" w:hAnsi="Arial" w:cs="Arial"/>
          <w:szCs w:val="24"/>
        </w:rPr>
        <w:t>Maybe it's another person.</w:t>
      </w:r>
      <w:r w:rsidR="008075FC" w:rsidRPr="003309B7">
        <w:rPr>
          <w:rFonts w:ascii="Arial" w:hAnsi="Arial" w:cs="Arial"/>
          <w:szCs w:val="24"/>
        </w:rPr>
        <w:t xml:space="preserve">  </w:t>
      </w:r>
      <w:r w:rsidR="00E44C64" w:rsidRPr="003309B7">
        <w:rPr>
          <w:rFonts w:ascii="Arial" w:hAnsi="Arial" w:cs="Arial"/>
          <w:szCs w:val="24"/>
        </w:rPr>
        <w:t>Maybe it's being admired</w:t>
      </w:r>
      <w:r w:rsidR="008075FC" w:rsidRPr="003309B7">
        <w:rPr>
          <w:rFonts w:ascii="Arial" w:hAnsi="Arial" w:cs="Arial"/>
          <w:szCs w:val="24"/>
        </w:rPr>
        <w:t xml:space="preserve"> or</w:t>
      </w:r>
      <w:r w:rsidR="00E44C64" w:rsidRPr="003309B7">
        <w:rPr>
          <w:rFonts w:ascii="Arial" w:hAnsi="Arial" w:cs="Arial"/>
          <w:szCs w:val="24"/>
        </w:rPr>
        <w:t xml:space="preserve"> successfu</w:t>
      </w:r>
      <w:r w:rsidR="00260382">
        <w:rPr>
          <w:rFonts w:ascii="Arial" w:hAnsi="Arial" w:cs="Arial"/>
          <w:szCs w:val="24"/>
        </w:rPr>
        <w:t>l or needed.</w:t>
      </w:r>
      <w:r w:rsidR="008075FC" w:rsidRPr="003309B7">
        <w:rPr>
          <w:rFonts w:ascii="Arial" w:hAnsi="Arial" w:cs="Arial"/>
          <w:szCs w:val="24"/>
        </w:rPr>
        <w:t xml:space="preserve">  </w:t>
      </w:r>
      <w:r w:rsidR="00E44C64" w:rsidRPr="003309B7">
        <w:rPr>
          <w:rFonts w:ascii="Arial" w:hAnsi="Arial" w:cs="Arial"/>
          <w:szCs w:val="24"/>
        </w:rPr>
        <w:t>These things aren't bad things.</w:t>
      </w:r>
      <w:r w:rsidR="008075FC" w:rsidRPr="003309B7">
        <w:rPr>
          <w:rFonts w:ascii="Arial" w:hAnsi="Arial" w:cs="Arial"/>
          <w:szCs w:val="24"/>
        </w:rPr>
        <w:t xml:space="preserve">  </w:t>
      </w:r>
      <w:r w:rsidR="00E44C64" w:rsidRPr="003309B7">
        <w:rPr>
          <w:rFonts w:ascii="Arial" w:hAnsi="Arial" w:cs="Arial"/>
          <w:szCs w:val="24"/>
        </w:rPr>
        <w:t xml:space="preserve">But </w:t>
      </w:r>
      <w:r w:rsidR="00260382">
        <w:rPr>
          <w:rFonts w:ascii="Arial" w:hAnsi="Arial" w:cs="Arial"/>
          <w:szCs w:val="24"/>
        </w:rPr>
        <w:t>when we look to</w:t>
      </w:r>
      <w:r w:rsidR="00E44C64" w:rsidRPr="003309B7">
        <w:rPr>
          <w:rFonts w:ascii="Arial" w:hAnsi="Arial" w:cs="Arial"/>
          <w:szCs w:val="24"/>
        </w:rPr>
        <w:t xml:space="preserve"> them to tell u</w:t>
      </w:r>
      <w:r w:rsidR="00260382">
        <w:rPr>
          <w:rFonts w:ascii="Arial" w:hAnsi="Arial" w:cs="Arial"/>
          <w:szCs w:val="24"/>
        </w:rPr>
        <w:t>s</w:t>
      </w:r>
      <w:r w:rsidR="00E44C64" w:rsidRPr="003309B7">
        <w:rPr>
          <w:rFonts w:ascii="Arial" w:hAnsi="Arial" w:cs="Arial"/>
          <w:szCs w:val="24"/>
        </w:rPr>
        <w:t xml:space="preserve"> who </w:t>
      </w:r>
      <w:r w:rsidR="00260382">
        <w:rPr>
          <w:rFonts w:ascii="Arial" w:hAnsi="Arial" w:cs="Arial"/>
          <w:szCs w:val="24"/>
        </w:rPr>
        <w:t>we</w:t>
      </w:r>
      <w:r w:rsidR="00E44C64" w:rsidRPr="003309B7">
        <w:rPr>
          <w:rFonts w:ascii="Arial" w:hAnsi="Arial" w:cs="Arial"/>
          <w:szCs w:val="24"/>
        </w:rPr>
        <w:t xml:space="preserve"> are</w:t>
      </w:r>
      <w:r w:rsidR="008075FC" w:rsidRPr="003309B7">
        <w:rPr>
          <w:rFonts w:ascii="Arial" w:hAnsi="Arial" w:cs="Arial"/>
          <w:szCs w:val="24"/>
        </w:rPr>
        <w:t xml:space="preserve"> and</w:t>
      </w:r>
      <w:r w:rsidR="00E44C64" w:rsidRPr="003309B7">
        <w:rPr>
          <w:rFonts w:ascii="Arial" w:hAnsi="Arial" w:cs="Arial"/>
          <w:szCs w:val="24"/>
        </w:rPr>
        <w:t xml:space="preserve"> give u</w:t>
      </w:r>
      <w:r w:rsidR="00260382">
        <w:rPr>
          <w:rFonts w:ascii="Arial" w:hAnsi="Arial" w:cs="Arial"/>
          <w:szCs w:val="24"/>
        </w:rPr>
        <w:t>s</w:t>
      </w:r>
      <w:r w:rsidR="00E44C64" w:rsidRPr="003309B7">
        <w:rPr>
          <w:rFonts w:ascii="Arial" w:hAnsi="Arial" w:cs="Arial"/>
          <w:szCs w:val="24"/>
        </w:rPr>
        <w:t xml:space="preserve"> significance, then </w:t>
      </w:r>
      <w:r w:rsidR="00260382">
        <w:rPr>
          <w:rFonts w:ascii="Arial" w:hAnsi="Arial" w:cs="Arial"/>
          <w:szCs w:val="24"/>
        </w:rPr>
        <w:t>we</w:t>
      </w:r>
      <w:r w:rsidR="00E44C64" w:rsidRPr="003309B7">
        <w:rPr>
          <w:rFonts w:ascii="Arial" w:hAnsi="Arial" w:cs="Arial"/>
          <w:szCs w:val="24"/>
        </w:rPr>
        <w:t>'ve asked them to become our god</w:t>
      </w:r>
      <w:r w:rsidR="00260382">
        <w:rPr>
          <w:rFonts w:ascii="Arial" w:hAnsi="Arial" w:cs="Arial"/>
          <w:szCs w:val="24"/>
        </w:rPr>
        <w:t>s</w:t>
      </w:r>
      <w:r w:rsidR="00E44C64" w:rsidRPr="003309B7">
        <w:rPr>
          <w:rFonts w:ascii="Arial" w:hAnsi="Arial" w:cs="Arial"/>
          <w:szCs w:val="24"/>
        </w:rPr>
        <w:t>.</w:t>
      </w:r>
    </w:p>
    <w:p w14:paraId="75480D13" w14:textId="0BE37ED9" w:rsidR="00E92262" w:rsidRPr="003309B7" w:rsidRDefault="00E44C64">
      <w:pPr>
        <w:rPr>
          <w:rFonts w:ascii="Arial" w:hAnsi="Arial" w:cs="Arial"/>
          <w:bCs/>
          <w:szCs w:val="24"/>
        </w:rPr>
      </w:pPr>
      <w:r w:rsidRPr="003309B7">
        <w:rPr>
          <w:rFonts w:ascii="Arial" w:hAnsi="Arial" w:cs="Arial"/>
          <w:szCs w:val="24"/>
        </w:rPr>
        <w:t>And God says:</w:t>
      </w:r>
      <w:r w:rsidR="008075FC" w:rsidRPr="003309B7">
        <w:rPr>
          <w:rFonts w:ascii="Arial" w:hAnsi="Arial" w:cs="Arial"/>
          <w:szCs w:val="24"/>
        </w:rPr>
        <w:t xml:space="preserve"> </w:t>
      </w:r>
      <w:r w:rsidRPr="003309B7">
        <w:rPr>
          <w:rFonts w:ascii="Arial" w:hAnsi="Arial" w:cs="Arial"/>
          <w:bCs/>
          <w:szCs w:val="24"/>
        </w:rPr>
        <w:t>Come home.</w:t>
      </w:r>
      <w:r w:rsidR="008075FC" w:rsidRPr="003309B7">
        <w:rPr>
          <w:rFonts w:ascii="Arial" w:hAnsi="Arial" w:cs="Arial"/>
          <w:bCs/>
          <w:szCs w:val="24"/>
        </w:rPr>
        <w:t xml:space="preserve">  </w:t>
      </w:r>
      <w:r w:rsidRPr="003309B7">
        <w:rPr>
          <w:rFonts w:ascii="Arial" w:hAnsi="Arial" w:cs="Arial"/>
          <w:szCs w:val="24"/>
        </w:rPr>
        <w:t>Come back to your first love.</w:t>
      </w:r>
      <w:r w:rsidR="008075FC" w:rsidRPr="003309B7">
        <w:rPr>
          <w:rFonts w:ascii="Arial" w:hAnsi="Arial" w:cs="Arial"/>
          <w:szCs w:val="24"/>
        </w:rPr>
        <w:t xml:space="preserve">  </w:t>
      </w:r>
      <w:r w:rsidRPr="003309B7">
        <w:rPr>
          <w:rFonts w:ascii="Arial" w:hAnsi="Arial" w:cs="Arial"/>
          <w:szCs w:val="24"/>
        </w:rPr>
        <w:t>Come back to the One who made you.</w:t>
      </w:r>
      <w:r w:rsidR="008075FC" w:rsidRPr="003309B7">
        <w:rPr>
          <w:rFonts w:ascii="Arial" w:hAnsi="Arial" w:cs="Arial"/>
          <w:szCs w:val="24"/>
        </w:rPr>
        <w:t xml:space="preserve">  </w:t>
      </w:r>
      <w:r w:rsidRPr="003309B7">
        <w:rPr>
          <w:rFonts w:ascii="Arial" w:hAnsi="Arial" w:cs="Arial"/>
          <w:bCs/>
          <w:szCs w:val="24"/>
        </w:rPr>
        <w:t>Your Maker is your Husband.</w:t>
      </w:r>
      <w:r w:rsidR="008075FC" w:rsidRPr="003309B7">
        <w:rPr>
          <w:rFonts w:ascii="Arial" w:hAnsi="Arial" w:cs="Arial"/>
          <w:bCs/>
          <w:szCs w:val="24"/>
        </w:rPr>
        <w:t xml:space="preserve">  </w:t>
      </w:r>
      <w:r w:rsidRPr="003309B7">
        <w:rPr>
          <w:rFonts w:ascii="Arial" w:hAnsi="Arial" w:cs="Arial"/>
          <w:szCs w:val="24"/>
        </w:rPr>
        <w:t>And then verse 4 says:</w:t>
      </w:r>
    </w:p>
    <w:p w14:paraId="682A9314" w14:textId="7AA2CA4D" w:rsidR="00E92262" w:rsidRPr="003309B7" w:rsidRDefault="00E44C64" w:rsidP="008075FC">
      <w:pPr>
        <w:ind w:left="720"/>
        <w:rPr>
          <w:rFonts w:ascii="Arial" w:hAnsi="Arial" w:cs="Arial"/>
          <w:szCs w:val="24"/>
        </w:rPr>
      </w:pPr>
      <w:r w:rsidRPr="003309B7">
        <w:rPr>
          <w:rFonts w:ascii="Arial" w:hAnsi="Arial" w:cs="Arial"/>
          <w:szCs w:val="24"/>
        </w:rPr>
        <w:lastRenderedPageBreak/>
        <w:t>“Do not be afraid; you will not be put to shame… You will forget the shame of your youth.”</w:t>
      </w:r>
      <w:r w:rsidR="008075FC" w:rsidRPr="003309B7">
        <w:rPr>
          <w:rFonts w:ascii="Arial" w:hAnsi="Arial" w:cs="Arial"/>
          <w:szCs w:val="24"/>
        </w:rPr>
        <w:t xml:space="preserve"> (Isaiah 54:4)</w:t>
      </w:r>
    </w:p>
    <w:p w14:paraId="2E0DBDAA" w14:textId="574A3BD1" w:rsidR="008075FC" w:rsidRPr="003309B7" w:rsidRDefault="00E44C64">
      <w:pPr>
        <w:rPr>
          <w:rFonts w:ascii="Arial" w:hAnsi="Arial" w:cs="Arial"/>
          <w:szCs w:val="24"/>
        </w:rPr>
      </w:pPr>
      <w:r w:rsidRPr="003309B7">
        <w:rPr>
          <w:rFonts w:ascii="Arial" w:hAnsi="Arial" w:cs="Arial"/>
          <w:szCs w:val="24"/>
        </w:rPr>
        <w:t>Some of us need to hear that</w:t>
      </w:r>
      <w:r w:rsidR="008075FC" w:rsidRPr="003309B7">
        <w:rPr>
          <w:rFonts w:ascii="Arial" w:hAnsi="Arial" w:cs="Arial"/>
          <w:szCs w:val="24"/>
        </w:rPr>
        <w:t xml:space="preserve"> </w:t>
      </w:r>
      <w:r w:rsidR="00FC7DAB">
        <w:rPr>
          <w:rFonts w:ascii="Arial" w:hAnsi="Arial" w:cs="Arial"/>
          <w:szCs w:val="24"/>
        </w:rPr>
        <w:t>b</w:t>
      </w:r>
      <w:r w:rsidRPr="003309B7">
        <w:rPr>
          <w:rFonts w:ascii="Arial" w:hAnsi="Arial" w:cs="Arial"/>
          <w:szCs w:val="24"/>
        </w:rPr>
        <w:t>ecause you know what you've done.</w:t>
      </w:r>
      <w:r w:rsidR="008075FC" w:rsidRPr="003309B7">
        <w:rPr>
          <w:rFonts w:ascii="Arial" w:hAnsi="Arial" w:cs="Arial"/>
          <w:szCs w:val="24"/>
        </w:rPr>
        <w:t xml:space="preserve">  </w:t>
      </w:r>
      <w:r w:rsidRPr="003309B7">
        <w:rPr>
          <w:rFonts w:ascii="Arial" w:hAnsi="Arial" w:cs="Arial"/>
          <w:szCs w:val="24"/>
        </w:rPr>
        <w:t xml:space="preserve">You know </w:t>
      </w:r>
      <w:r w:rsidR="00FC7DAB">
        <w:rPr>
          <w:rFonts w:ascii="Arial" w:hAnsi="Arial" w:cs="Arial"/>
          <w:szCs w:val="24"/>
        </w:rPr>
        <w:t>how</w:t>
      </w:r>
      <w:r w:rsidRPr="003309B7">
        <w:rPr>
          <w:rFonts w:ascii="Arial" w:hAnsi="Arial" w:cs="Arial"/>
          <w:szCs w:val="24"/>
        </w:rPr>
        <w:t xml:space="preserve"> you've failed.</w:t>
      </w:r>
      <w:r w:rsidR="00036FEC">
        <w:rPr>
          <w:rFonts w:ascii="Arial" w:hAnsi="Arial" w:cs="Arial"/>
          <w:szCs w:val="24"/>
        </w:rPr>
        <w:t xml:space="preserve">  You know you’ve been like </w:t>
      </w:r>
      <w:r w:rsidR="00756C47">
        <w:rPr>
          <w:rFonts w:ascii="Arial" w:hAnsi="Arial" w:cs="Arial"/>
          <w:szCs w:val="24"/>
        </w:rPr>
        <w:t>Peter.</w:t>
      </w:r>
    </w:p>
    <w:p w14:paraId="0586663F" w14:textId="6F9C1C79" w:rsidR="00E92262" w:rsidRPr="003309B7" w:rsidRDefault="006E3C62">
      <w:pPr>
        <w:rPr>
          <w:rFonts w:ascii="Arial" w:hAnsi="Arial" w:cs="Arial"/>
          <w:szCs w:val="24"/>
        </w:rPr>
      </w:pPr>
      <w:r>
        <w:rPr>
          <w:rFonts w:ascii="Arial" w:hAnsi="Arial" w:cs="Arial"/>
          <w:szCs w:val="24"/>
        </w:rPr>
        <w:t>I mean t</w:t>
      </w:r>
      <w:r w:rsidR="00E44C64" w:rsidRPr="003309B7">
        <w:rPr>
          <w:rFonts w:ascii="Arial" w:hAnsi="Arial" w:cs="Arial"/>
          <w:szCs w:val="24"/>
        </w:rPr>
        <w:t xml:space="preserve">hree times Peter is asked whether he knows Jesus, and </w:t>
      </w:r>
      <w:r>
        <w:rPr>
          <w:rFonts w:ascii="Arial" w:hAnsi="Arial" w:cs="Arial"/>
          <w:szCs w:val="24"/>
        </w:rPr>
        <w:t xml:space="preserve">at the </w:t>
      </w:r>
      <w:r w:rsidR="00E44C64" w:rsidRPr="003309B7">
        <w:rPr>
          <w:rFonts w:ascii="Arial" w:hAnsi="Arial" w:cs="Arial"/>
          <w:szCs w:val="24"/>
        </w:rPr>
        <w:t>very moment Jesus is being beaten and tortured, Peter won't even admit that he's one of His followers.</w:t>
      </w:r>
      <w:r w:rsidR="008075FC" w:rsidRPr="003309B7">
        <w:rPr>
          <w:rFonts w:ascii="Arial" w:hAnsi="Arial" w:cs="Arial"/>
          <w:szCs w:val="24"/>
        </w:rPr>
        <w:t xml:space="preserve">  </w:t>
      </w:r>
      <w:r w:rsidR="00E44C64" w:rsidRPr="003309B7">
        <w:rPr>
          <w:rFonts w:ascii="Arial" w:hAnsi="Arial" w:cs="Arial"/>
          <w:szCs w:val="24"/>
        </w:rPr>
        <w:t>And yet after the resurrection Jesus comes to Peter and says:</w:t>
      </w:r>
      <w:r w:rsidR="008075FC" w:rsidRPr="003309B7">
        <w:rPr>
          <w:rFonts w:ascii="Arial" w:hAnsi="Arial" w:cs="Arial"/>
          <w:szCs w:val="24"/>
        </w:rPr>
        <w:t xml:space="preserve">  </w:t>
      </w:r>
      <w:r w:rsidR="00E44C64" w:rsidRPr="003309B7">
        <w:rPr>
          <w:rFonts w:ascii="Arial" w:hAnsi="Arial" w:cs="Arial"/>
          <w:szCs w:val="24"/>
        </w:rPr>
        <w:t>“Feed my sheep.”</w:t>
      </w:r>
    </w:p>
    <w:p w14:paraId="5B43EFA4" w14:textId="226DAE3E" w:rsidR="006A0F0C" w:rsidRDefault="00E44C64">
      <w:pPr>
        <w:rPr>
          <w:rFonts w:ascii="Arial" w:hAnsi="Arial" w:cs="Arial"/>
          <w:szCs w:val="24"/>
        </w:rPr>
      </w:pPr>
      <w:r w:rsidRPr="003309B7">
        <w:rPr>
          <w:rFonts w:ascii="Arial" w:hAnsi="Arial" w:cs="Arial"/>
          <w:szCs w:val="24"/>
        </w:rPr>
        <w:t>In other words:</w:t>
      </w:r>
      <w:r w:rsidR="008075FC" w:rsidRPr="003309B7">
        <w:rPr>
          <w:rFonts w:ascii="Arial" w:hAnsi="Arial" w:cs="Arial"/>
          <w:szCs w:val="24"/>
        </w:rPr>
        <w:t xml:space="preserve"> </w:t>
      </w:r>
      <w:r w:rsidRPr="003309B7">
        <w:rPr>
          <w:rFonts w:ascii="Arial" w:hAnsi="Arial" w:cs="Arial"/>
          <w:bCs/>
          <w:szCs w:val="24"/>
        </w:rPr>
        <w:t xml:space="preserve">Your failure </w:t>
      </w:r>
      <w:r w:rsidR="008075FC" w:rsidRPr="003309B7">
        <w:rPr>
          <w:rFonts w:ascii="Arial" w:hAnsi="Arial" w:cs="Arial"/>
          <w:bCs/>
          <w:szCs w:val="24"/>
        </w:rPr>
        <w:t xml:space="preserve">can humble you, but it </w:t>
      </w:r>
      <w:r w:rsidRPr="003309B7">
        <w:rPr>
          <w:rFonts w:ascii="Arial" w:hAnsi="Arial" w:cs="Arial"/>
          <w:bCs/>
          <w:szCs w:val="24"/>
        </w:rPr>
        <w:t>doesn</w:t>
      </w:r>
      <w:r w:rsidR="008075FC" w:rsidRPr="003309B7">
        <w:rPr>
          <w:rFonts w:ascii="Arial" w:hAnsi="Arial" w:cs="Arial"/>
          <w:bCs/>
          <w:szCs w:val="24"/>
        </w:rPr>
        <w:t>’</w:t>
      </w:r>
      <w:r w:rsidRPr="003309B7">
        <w:rPr>
          <w:rFonts w:ascii="Arial" w:hAnsi="Arial" w:cs="Arial"/>
          <w:bCs/>
          <w:szCs w:val="24"/>
        </w:rPr>
        <w:t>t get to name you anymore.</w:t>
      </w:r>
      <w:r w:rsidR="008075FC" w:rsidRPr="003309B7">
        <w:rPr>
          <w:rFonts w:ascii="Arial" w:hAnsi="Arial" w:cs="Arial"/>
          <w:bCs/>
          <w:szCs w:val="24"/>
        </w:rPr>
        <w:t xml:space="preserve">  </w:t>
      </w:r>
      <w:r w:rsidR="006E3C62">
        <w:rPr>
          <w:rFonts w:ascii="Arial" w:hAnsi="Arial" w:cs="Arial"/>
          <w:bCs/>
          <w:szCs w:val="24"/>
        </w:rPr>
        <w:t xml:space="preserve">And that’s because </w:t>
      </w:r>
      <w:r w:rsidRPr="003309B7">
        <w:rPr>
          <w:rFonts w:ascii="Arial" w:hAnsi="Arial" w:cs="Arial"/>
          <w:szCs w:val="24"/>
        </w:rPr>
        <w:t>Jesus' grace</w:t>
      </w:r>
      <w:r w:rsidR="008075FC" w:rsidRPr="003309B7">
        <w:rPr>
          <w:rFonts w:ascii="Arial" w:hAnsi="Arial" w:cs="Arial"/>
          <w:szCs w:val="24"/>
        </w:rPr>
        <w:t xml:space="preserve"> has</w:t>
      </w:r>
      <w:r w:rsidRPr="003309B7">
        <w:rPr>
          <w:rFonts w:ascii="Arial" w:hAnsi="Arial" w:cs="Arial"/>
          <w:szCs w:val="24"/>
        </w:rPr>
        <w:t xml:space="preserve"> secured </w:t>
      </w:r>
      <w:r w:rsidR="006E3C62">
        <w:rPr>
          <w:rFonts w:ascii="Arial" w:hAnsi="Arial" w:cs="Arial"/>
          <w:szCs w:val="24"/>
        </w:rPr>
        <w:t xml:space="preserve">you like it secured Peter.  Grace </w:t>
      </w:r>
      <w:r w:rsidRPr="003309B7">
        <w:rPr>
          <w:rFonts w:ascii="Arial" w:hAnsi="Arial" w:cs="Arial"/>
          <w:szCs w:val="24"/>
        </w:rPr>
        <w:t xml:space="preserve">made </w:t>
      </w:r>
      <w:r w:rsidR="006A0F0C">
        <w:rPr>
          <w:rFonts w:ascii="Arial" w:hAnsi="Arial" w:cs="Arial"/>
          <w:szCs w:val="24"/>
        </w:rPr>
        <w:t xml:space="preserve">Peter </w:t>
      </w:r>
      <w:r w:rsidRPr="003309B7">
        <w:rPr>
          <w:rFonts w:ascii="Arial" w:hAnsi="Arial" w:cs="Arial"/>
          <w:szCs w:val="24"/>
        </w:rPr>
        <w:t>into a different man.</w:t>
      </w:r>
      <w:r w:rsidR="008075FC" w:rsidRPr="003309B7">
        <w:rPr>
          <w:rFonts w:ascii="Arial" w:hAnsi="Arial" w:cs="Arial"/>
          <w:szCs w:val="24"/>
        </w:rPr>
        <w:t xml:space="preserve">  </w:t>
      </w:r>
      <w:r w:rsidRPr="003309B7">
        <w:rPr>
          <w:rFonts w:ascii="Arial" w:hAnsi="Arial" w:cs="Arial"/>
          <w:szCs w:val="24"/>
        </w:rPr>
        <w:t>That's what grace does.</w:t>
      </w:r>
      <w:r w:rsidR="008075FC" w:rsidRPr="003309B7">
        <w:rPr>
          <w:rFonts w:ascii="Arial" w:hAnsi="Arial" w:cs="Arial"/>
          <w:szCs w:val="24"/>
        </w:rPr>
        <w:t xml:space="preserve">  </w:t>
      </w:r>
    </w:p>
    <w:p w14:paraId="7B192239" w14:textId="0974EDE5" w:rsidR="00E92262" w:rsidRPr="003309B7" w:rsidRDefault="008075FC">
      <w:pPr>
        <w:rPr>
          <w:rFonts w:ascii="Arial" w:hAnsi="Arial" w:cs="Arial"/>
          <w:szCs w:val="24"/>
        </w:rPr>
      </w:pPr>
      <w:r w:rsidRPr="003309B7">
        <w:rPr>
          <w:rFonts w:ascii="Arial" w:hAnsi="Arial" w:cs="Arial"/>
          <w:szCs w:val="24"/>
        </w:rPr>
        <w:t>S</w:t>
      </w:r>
      <w:r w:rsidR="00E44C64" w:rsidRPr="003309B7">
        <w:rPr>
          <w:rFonts w:ascii="Arial" w:hAnsi="Arial" w:cs="Arial"/>
          <w:szCs w:val="24"/>
        </w:rPr>
        <w:t>o forget your shame.</w:t>
      </w:r>
      <w:r w:rsidRPr="003309B7">
        <w:rPr>
          <w:rFonts w:ascii="Arial" w:hAnsi="Arial" w:cs="Arial"/>
          <w:szCs w:val="24"/>
        </w:rPr>
        <w:t xml:space="preserve">  </w:t>
      </w:r>
      <w:r w:rsidR="00E44C64" w:rsidRPr="003309B7">
        <w:rPr>
          <w:rFonts w:ascii="Arial" w:hAnsi="Arial" w:cs="Arial"/>
          <w:szCs w:val="24"/>
        </w:rPr>
        <w:t>Not because what you did doesn't matter.</w:t>
      </w:r>
      <w:r w:rsidRPr="003309B7">
        <w:rPr>
          <w:rFonts w:ascii="Arial" w:hAnsi="Arial" w:cs="Arial"/>
          <w:szCs w:val="24"/>
        </w:rPr>
        <w:t xml:space="preserve">  Or</w:t>
      </w:r>
      <w:r w:rsidR="00E44C64" w:rsidRPr="003309B7">
        <w:rPr>
          <w:rFonts w:ascii="Arial" w:hAnsi="Arial" w:cs="Arial"/>
          <w:szCs w:val="24"/>
        </w:rPr>
        <w:t xml:space="preserve"> because God shrugs at sin</w:t>
      </w:r>
      <w:r w:rsidRPr="003309B7">
        <w:rPr>
          <w:rFonts w:ascii="Arial" w:hAnsi="Arial" w:cs="Arial"/>
          <w:szCs w:val="24"/>
        </w:rPr>
        <w:t xml:space="preserve"> – He doesn’t.  But forget your shame </w:t>
      </w:r>
      <w:r w:rsidR="00E44C64" w:rsidRPr="003309B7">
        <w:rPr>
          <w:rFonts w:ascii="Arial" w:hAnsi="Arial" w:cs="Arial"/>
          <w:szCs w:val="24"/>
        </w:rPr>
        <w:t xml:space="preserve">because Jesus carried </w:t>
      </w:r>
      <w:r w:rsidRPr="003309B7">
        <w:rPr>
          <w:rFonts w:ascii="Arial" w:hAnsi="Arial" w:cs="Arial"/>
          <w:szCs w:val="24"/>
        </w:rPr>
        <w:t>it</w:t>
      </w:r>
      <w:r w:rsidR="00E44C64" w:rsidRPr="003309B7">
        <w:rPr>
          <w:rFonts w:ascii="Arial" w:hAnsi="Arial" w:cs="Arial"/>
          <w:szCs w:val="24"/>
        </w:rPr>
        <w:t xml:space="preserve"> to the cross.</w:t>
      </w:r>
      <w:r w:rsidRPr="003309B7">
        <w:rPr>
          <w:rFonts w:ascii="Arial" w:hAnsi="Arial" w:cs="Arial"/>
          <w:szCs w:val="24"/>
        </w:rPr>
        <w:t xml:space="preserve">  </w:t>
      </w:r>
      <w:r w:rsidR="00E44C64" w:rsidRPr="003309B7">
        <w:rPr>
          <w:rFonts w:ascii="Arial" w:hAnsi="Arial" w:cs="Arial"/>
          <w:bCs/>
          <w:szCs w:val="24"/>
        </w:rPr>
        <w:t>Your Maker is your Husband.</w:t>
      </w:r>
      <w:r w:rsidR="00184EC4">
        <w:rPr>
          <w:rFonts w:ascii="Arial" w:hAnsi="Arial" w:cs="Arial"/>
          <w:bCs/>
          <w:szCs w:val="24"/>
        </w:rPr>
        <w:t xml:space="preserve">  Forget your shame and sing.</w:t>
      </w:r>
    </w:p>
    <w:p w14:paraId="3790ED9A" w14:textId="1D554C00" w:rsidR="00E92262" w:rsidRPr="003309B7" w:rsidRDefault="00184EC4">
      <w:pPr>
        <w:rPr>
          <w:rFonts w:ascii="Arial" w:hAnsi="Arial" w:cs="Arial"/>
          <w:bCs/>
          <w:szCs w:val="24"/>
        </w:rPr>
      </w:pPr>
      <w:r>
        <w:rPr>
          <w:rFonts w:ascii="Arial" w:hAnsi="Arial" w:cs="Arial"/>
          <w:szCs w:val="24"/>
        </w:rPr>
        <w:t>…</w:t>
      </w:r>
    </w:p>
    <w:p w14:paraId="1C19763F" w14:textId="7858C792" w:rsidR="00E92262" w:rsidRPr="003309B7" w:rsidRDefault="008075FC">
      <w:pPr>
        <w:rPr>
          <w:rFonts w:ascii="Arial" w:hAnsi="Arial" w:cs="Arial"/>
          <w:szCs w:val="24"/>
        </w:rPr>
      </w:pPr>
      <w:r w:rsidRPr="003309B7">
        <w:rPr>
          <w:rFonts w:ascii="Arial" w:hAnsi="Arial" w:cs="Arial"/>
          <w:szCs w:val="24"/>
        </w:rPr>
        <w:t>Here’s where we come</w:t>
      </w:r>
      <w:r w:rsidR="00E44C64" w:rsidRPr="003309B7">
        <w:rPr>
          <w:rFonts w:ascii="Arial" w:hAnsi="Arial" w:cs="Arial"/>
          <w:szCs w:val="24"/>
        </w:rPr>
        <w:t xml:space="preserve"> back to Mildred Cable.</w:t>
      </w:r>
      <w:r w:rsidRPr="003309B7">
        <w:rPr>
          <w:rFonts w:ascii="Arial" w:hAnsi="Arial" w:cs="Arial"/>
          <w:szCs w:val="24"/>
        </w:rPr>
        <w:t xml:space="preserve">  </w:t>
      </w:r>
      <w:r w:rsidR="00E44C64" w:rsidRPr="003309B7">
        <w:rPr>
          <w:rFonts w:ascii="Arial" w:hAnsi="Arial" w:cs="Arial"/>
          <w:szCs w:val="24"/>
        </w:rPr>
        <w:t>Mildred surrendered the husband she thought she would have.</w:t>
      </w:r>
      <w:r w:rsidRPr="003309B7">
        <w:rPr>
          <w:rFonts w:ascii="Arial" w:hAnsi="Arial" w:cs="Arial"/>
          <w:szCs w:val="24"/>
        </w:rPr>
        <w:t xml:space="preserve">  </w:t>
      </w:r>
      <w:r w:rsidR="00E44C64" w:rsidRPr="003309B7">
        <w:rPr>
          <w:rFonts w:ascii="Arial" w:hAnsi="Arial" w:cs="Arial"/>
          <w:szCs w:val="24"/>
        </w:rPr>
        <w:t>She surrendered the children she might have had.</w:t>
      </w:r>
      <w:r w:rsidRPr="003309B7">
        <w:rPr>
          <w:rFonts w:ascii="Arial" w:hAnsi="Arial" w:cs="Arial"/>
          <w:szCs w:val="24"/>
        </w:rPr>
        <w:t xml:space="preserve">  </w:t>
      </w:r>
      <w:r w:rsidR="00E44C64" w:rsidRPr="003309B7">
        <w:rPr>
          <w:rFonts w:ascii="Arial" w:hAnsi="Arial" w:cs="Arial"/>
          <w:szCs w:val="24"/>
        </w:rPr>
        <w:t>And she travelled halfway around the world to serve Jesus.</w:t>
      </w:r>
      <w:r w:rsidRPr="003309B7">
        <w:rPr>
          <w:rFonts w:ascii="Arial" w:hAnsi="Arial" w:cs="Arial"/>
          <w:szCs w:val="24"/>
        </w:rPr>
        <w:t xml:space="preserve">  </w:t>
      </w:r>
      <w:r w:rsidR="00E44C64" w:rsidRPr="003309B7">
        <w:rPr>
          <w:rFonts w:ascii="Arial" w:hAnsi="Arial" w:cs="Arial"/>
          <w:szCs w:val="24"/>
        </w:rPr>
        <w:t>And the remarkable thing is that her story looks strangely like Isaiah 54.</w:t>
      </w:r>
    </w:p>
    <w:p w14:paraId="337D386E" w14:textId="78A586E4" w:rsidR="00E92262" w:rsidRDefault="00E44C64">
      <w:pPr>
        <w:rPr>
          <w:rFonts w:ascii="Arial" w:hAnsi="Arial" w:cs="Arial"/>
          <w:szCs w:val="24"/>
        </w:rPr>
      </w:pPr>
      <w:r w:rsidRPr="003309B7">
        <w:rPr>
          <w:rFonts w:ascii="Arial" w:hAnsi="Arial" w:cs="Arial"/>
          <w:szCs w:val="24"/>
        </w:rPr>
        <w:t>“Sing, barren woman, you who never bore a child… because more are the children of the desolate woman…”</w:t>
      </w:r>
      <w:r w:rsidR="008075FC" w:rsidRPr="003309B7">
        <w:rPr>
          <w:rFonts w:ascii="Arial" w:hAnsi="Arial" w:cs="Arial"/>
          <w:szCs w:val="24"/>
        </w:rPr>
        <w:t xml:space="preserve">  </w:t>
      </w:r>
      <w:r w:rsidRPr="003309B7">
        <w:rPr>
          <w:rFonts w:ascii="Arial" w:hAnsi="Arial" w:cs="Arial"/>
          <w:szCs w:val="24"/>
        </w:rPr>
        <w:t>Mildred never had biological children</w:t>
      </w:r>
      <w:r w:rsidR="008075FC" w:rsidRPr="003309B7">
        <w:rPr>
          <w:rFonts w:ascii="Arial" w:hAnsi="Arial" w:cs="Arial"/>
          <w:szCs w:val="24"/>
        </w:rPr>
        <w:t>, b</w:t>
      </w:r>
      <w:r w:rsidRPr="003309B7">
        <w:rPr>
          <w:rFonts w:ascii="Arial" w:hAnsi="Arial" w:cs="Arial"/>
          <w:szCs w:val="24"/>
        </w:rPr>
        <w:t>ut her life was anything but barren.</w:t>
      </w:r>
    </w:p>
    <w:p w14:paraId="76038FB0" w14:textId="48EB3DD4" w:rsidR="00E92262" w:rsidRPr="003309B7" w:rsidRDefault="00B97266" w:rsidP="00B97266">
      <w:pPr>
        <w:rPr>
          <w:rFonts w:ascii="Arial" w:hAnsi="Arial" w:cs="Arial"/>
          <w:szCs w:val="24"/>
        </w:rPr>
      </w:pPr>
      <w:r>
        <w:rPr>
          <w:rFonts w:ascii="Arial" w:hAnsi="Arial" w:cs="Arial"/>
          <w:szCs w:val="24"/>
        </w:rPr>
        <w:t xml:space="preserve">A hundred years ago China began a revival </w:t>
      </w:r>
      <w:r w:rsidR="00C47249">
        <w:rPr>
          <w:rFonts w:ascii="Arial" w:hAnsi="Arial" w:cs="Arial"/>
          <w:szCs w:val="24"/>
        </w:rPr>
        <w:t xml:space="preserve">which </w:t>
      </w:r>
      <w:r w:rsidR="0017063F">
        <w:rPr>
          <w:rFonts w:ascii="Arial" w:hAnsi="Arial" w:cs="Arial"/>
          <w:szCs w:val="24"/>
        </w:rPr>
        <w:t xml:space="preserve">today has seen </w:t>
      </w:r>
      <w:r w:rsidR="00C47249">
        <w:rPr>
          <w:rFonts w:ascii="Arial" w:hAnsi="Arial" w:cs="Arial"/>
          <w:szCs w:val="24"/>
        </w:rPr>
        <w:t>up to a hundred million</w:t>
      </w:r>
      <w:r>
        <w:rPr>
          <w:rFonts w:ascii="Arial" w:hAnsi="Arial" w:cs="Arial"/>
          <w:szCs w:val="24"/>
        </w:rPr>
        <w:t xml:space="preserve"> people come to Christ</w:t>
      </w:r>
      <w:r w:rsidR="0017063F">
        <w:rPr>
          <w:rFonts w:ascii="Arial" w:hAnsi="Arial" w:cs="Arial"/>
          <w:szCs w:val="24"/>
        </w:rPr>
        <w:t>.</w:t>
      </w:r>
      <w:r>
        <w:rPr>
          <w:rFonts w:ascii="Arial" w:hAnsi="Arial" w:cs="Arial"/>
          <w:szCs w:val="24"/>
        </w:rPr>
        <w:t xml:space="preserve"> </w:t>
      </w:r>
      <w:r w:rsidR="0017063F">
        <w:rPr>
          <w:rFonts w:ascii="Arial" w:hAnsi="Arial" w:cs="Arial"/>
          <w:szCs w:val="24"/>
        </w:rPr>
        <w:t xml:space="preserve"> A</w:t>
      </w:r>
      <w:r>
        <w:rPr>
          <w:rFonts w:ascii="Arial" w:hAnsi="Arial" w:cs="Arial"/>
          <w:szCs w:val="24"/>
        </w:rPr>
        <w:t xml:space="preserve">nd Mildred’s story is </w:t>
      </w:r>
      <w:r w:rsidR="0017063F">
        <w:rPr>
          <w:rFonts w:ascii="Arial" w:hAnsi="Arial" w:cs="Arial"/>
          <w:szCs w:val="24"/>
        </w:rPr>
        <w:t xml:space="preserve">a </w:t>
      </w:r>
      <w:r>
        <w:rPr>
          <w:rFonts w:ascii="Arial" w:hAnsi="Arial" w:cs="Arial"/>
          <w:szCs w:val="24"/>
        </w:rPr>
        <w:t xml:space="preserve">part of that story.  </w:t>
      </w:r>
    </w:p>
    <w:p w14:paraId="3DABFE05" w14:textId="5D262917" w:rsidR="008075FC" w:rsidRPr="003309B7" w:rsidRDefault="00E44C64">
      <w:pPr>
        <w:rPr>
          <w:rFonts w:ascii="Arial" w:hAnsi="Arial" w:cs="Arial"/>
          <w:bCs/>
          <w:szCs w:val="24"/>
        </w:rPr>
      </w:pPr>
      <w:r w:rsidRPr="003309B7">
        <w:rPr>
          <w:rFonts w:ascii="Arial" w:hAnsi="Arial" w:cs="Arial"/>
          <w:bCs/>
          <w:szCs w:val="24"/>
        </w:rPr>
        <w:t>Barren—but</w:t>
      </w:r>
      <w:r w:rsidR="00B97266">
        <w:rPr>
          <w:rFonts w:ascii="Arial" w:hAnsi="Arial" w:cs="Arial"/>
          <w:bCs/>
          <w:szCs w:val="24"/>
        </w:rPr>
        <w:t xml:space="preserve"> the mother of </w:t>
      </w:r>
      <w:r w:rsidR="00AE3A54">
        <w:rPr>
          <w:rFonts w:ascii="Arial" w:hAnsi="Arial" w:cs="Arial"/>
          <w:bCs/>
          <w:szCs w:val="24"/>
        </w:rPr>
        <w:t>many</w:t>
      </w:r>
      <w:r w:rsidR="00B97266">
        <w:rPr>
          <w:rFonts w:ascii="Arial" w:hAnsi="Arial" w:cs="Arial"/>
          <w:bCs/>
          <w:szCs w:val="24"/>
        </w:rPr>
        <w:t>.</w:t>
      </w:r>
      <w:r w:rsidR="008075FC" w:rsidRPr="003309B7">
        <w:rPr>
          <w:rFonts w:ascii="Arial" w:hAnsi="Arial" w:cs="Arial"/>
          <w:bCs/>
          <w:szCs w:val="24"/>
        </w:rPr>
        <w:t xml:space="preserve">  </w:t>
      </w:r>
      <w:r w:rsidRPr="003309B7">
        <w:rPr>
          <w:rFonts w:ascii="Arial" w:hAnsi="Arial" w:cs="Arial"/>
          <w:bCs/>
          <w:szCs w:val="24"/>
        </w:rPr>
        <w:t>Abandoned—but God brings you home.</w:t>
      </w:r>
      <w:r w:rsidR="008075FC" w:rsidRPr="003309B7">
        <w:rPr>
          <w:rFonts w:ascii="Arial" w:hAnsi="Arial" w:cs="Arial"/>
          <w:bCs/>
          <w:szCs w:val="24"/>
        </w:rPr>
        <w:t xml:space="preserve">  </w:t>
      </w:r>
      <w:r w:rsidRPr="003309B7">
        <w:rPr>
          <w:rFonts w:ascii="Arial" w:hAnsi="Arial" w:cs="Arial"/>
          <w:bCs/>
          <w:szCs w:val="24"/>
        </w:rPr>
        <w:t>Ashamed—but God covers your shame.</w:t>
      </w:r>
      <w:r w:rsidR="008075FC" w:rsidRPr="003309B7">
        <w:rPr>
          <w:rFonts w:ascii="Arial" w:hAnsi="Arial" w:cs="Arial"/>
          <w:bCs/>
          <w:szCs w:val="24"/>
        </w:rPr>
        <w:t xml:space="preserve">  Even when you are u</w:t>
      </w:r>
      <w:r w:rsidRPr="003309B7">
        <w:rPr>
          <w:rFonts w:ascii="Arial" w:hAnsi="Arial" w:cs="Arial"/>
          <w:bCs/>
          <w:szCs w:val="24"/>
        </w:rPr>
        <w:t>nfaithful His covenant is more permanent than the mountains.</w:t>
      </w:r>
      <w:r w:rsidR="008075FC" w:rsidRPr="003309B7">
        <w:rPr>
          <w:rFonts w:ascii="Arial" w:hAnsi="Arial" w:cs="Arial"/>
          <w:bCs/>
          <w:szCs w:val="24"/>
        </w:rPr>
        <w:t xml:space="preserve">  </w:t>
      </w:r>
    </w:p>
    <w:p w14:paraId="21C3AD9B" w14:textId="0B3AD163" w:rsidR="00E92262" w:rsidRPr="003309B7" w:rsidRDefault="00E44C64">
      <w:pPr>
        <w:rPr>
          <w:rFonts w:ascii="Arial" w:hAnsi="Arial" w:cs="Arial"/>
          <w:bCs/>
          <w:szCs w:val="24"/>
        </w:rPr>
      </w:pPr>
      <w:r w:rsidRPr="003309B7">
        <w:rPr>
          <w:rFonts w:ascii="Arial" w:hAnsi="Arial" w:cs="Arial"/>
          <w:bCs/>
          <w:szCs w:val="24"/>
        </w:rPr>
        <w:t>So sing.</w:t>
      </w:r>
      <w:r w:rsidR="008075FC" w:rsidRPr="003309B7">
        <w:rPr>
          <w:rFonts w:ascii="Arial" w:hAnsi="Arial" w:cs="Arial"/>
          <w:bCs/>
          <w:szCs w:val="24"/>
        </w:rPr>
        <w:t xml:space="preserve">  </w:t>
      </w:r>
      <w:r w:rsidRPr="003309B7">
        <w:rPr>
          <w:rFonts w:ascii="Arial" w:hAnsi="Arial" w:cs="Arial"/>
          <w:szCs w:val="24"/>
        </w:rPr>
        <w:t>Not because you've finally become the person you ought to be</w:t>
      </w:r>
      <w:r w:rsidR="008075FC" w:rsidRPr="003309B7">
        <w:rPr>
          <w:rFonts w:ascii="Arial" w:hAnsi="Arial" w:cs="Arial"/>
          <w:szCs w:val="24"/>
        </w:rPr>
        <w:t xml:space="preserve"> or</w:t>
      </w:r>
      <w:r w:rsidRPr="003309B7">
        <w:rPr>
          <w:rFonts w:ascii="Arial" w:hAnsi="Arial" w:cs="Arial"/>
          <w:szCs w:val="24"/>
        </w:rPr>
        <w:t xml:space="preserve"> you've managed to make your life fruitful.</w:t>
      </w:r>
      <w:r w:rsidR="008075FC" w:rsidRPr="003309B7">
        <w:rPr>
          <w:rFonts w:ascii="Arial" w:hAnsi="Arial" w:cs="Arial"/>
          <w:szCs w:val="24"/>
        </w:rPr>
        <w:t xml:space="preserve">  </w:t>
      </w:r>
      <w:r w:rsidRPr="003309B7">
        <w:rPr>
          <w:rFonts w:ascii="Arial" w:hAnsi="Arial" w:cs="Arial"/>
          <w:szCs w:val="24"/>
        </w:rPr>
        <w:t>Not because you'</w:t>
      </w:r>
      <w:r w:rsidR="008075FC" w:rsidRPr="003309B7">
        <w:rPr>
          <w:rFonts w:ascii="Arial" w:hAnsi="Arial" w:cs="Arial"/>
          <w:szCs w:val="24"/>
        </w:rPr>
        <w:t>re</w:t>
      </w:r>
      <w:r w:rsidRPr="003309B7">
        <w:rPr>
          <w:rFonts w:ascii="Arial" w:hAnsi="Arial" w:cs="Arial"/>
          <w:szCs w:val="24"/>
        </w:rPr>
        <w:t xml:space="preserve"> worthy of God's love.</w:t>
      </w:r>
      <w:r w:rsidR="008075FC" w:rsidRPr="003309B7">
        <w:rPr>
          <w:rFonts w:ascii="Arial" w:hAnsi="Arial" w:cs="Arial"/>
          <w:szCs w:val="24"/>
        </w:rPr>
        <w:t xml:space="preserve">  </w:t>
      </w:r>
      <w:r w:rsidRPr="003309B7">
        <w:rPr>
          <w:rFonts w:ascii="Arial" w:hAnsi="Arial" w:cs="Arial"/>
          <w:bCs/>
          <w:szCs w:val="24"/>
        </w:rPr>
        <w:t>Sing because your Maker is your Husband.</w:t>
      </w:r>
    </w:p>
    <w:p w14:paraId="5A150F6E" w14:textId="58E89274" w:rsidR="00E92262" w:rsidRPr="003309B7" w:rsidRDefault="00E44C64" w:rsidP="008075FC">
      <w:pPr>
        <w:rPr>
          <w:rFonts w:ascii="Arial" w:hAnsi="Arial" w:cs="Arial"/>
          <w:szCs w:val="24"/>
        </w:rPr>
      </w:pPr>
      <w:r w:rsidRPr="003309B7">
        <w:rPr>
          <w:rFonts w:ascii="Arial" w:hAnsi="Arial" w:cs="Arial"/>
          <w:szCs w:val="24"/>
        </w:rPr>
        <w:t>The One who made heaven and earth desire</w:t>
      </w:r>
      <w:r w:rsidR="008075FC" w:rsidRPr="003309B7">
        <w:rPr>
          <w:rFonts w:ascii="Arial" w:hAnsi="Arial" w:cs="Arial"/>
          <w:szCs w:val="24"/>
        </w:rPr>
        <w:t>s</w:t>
      </w:r>
      <w:r w:rsidRPr="003309B7">
        <w:rPr>
          <w:rFonts w:ascii="Arial" w:hAnsi="Arial" w:cs="Arial"/>
          <w:szCs w:val="24"/>
        </w:rPr>
        <w:t xml:space="preserve"> you.</w:t>
      </w:r>
      <w:r w:rsidR="008075FC" w:rsidRPr="003309B7">
        <w:rPr>
          <w:rFonts w:ascii="Arial" w:hAnsi="Arial" w:cs="Arial"/>
          <w:szCs w:val="24"/>
        </w:rPr>
        <w:t xml:space="preserve">  </w:t>
      </w:r>
      <w:r w:rsidR="0007143B">
        <w:rPr>
          <w:rFonts w:ascii="Arial" w:hAnsi="Arial" w:cs="Arial"/>
          <w:szCs w:val="24"/>
        </w:rPr>
        <w:t xml:space="preserve">And </w:t>
      </w:r>
      <w:r w:rsidR="008075FC" w:rsidRPr="003309B7">
        <w:rPr>
          <w:rFonts w:ascii="Arial" w:hAnsi="Arial" w:cs="Arial"/>
          <w:szCs w:val="24"/>
        </w:rPr>
        <w:t>He</w:t>
      </w:r>
      <w:r w:rsidRPr="003309B7">
        <w:rPr>
          <w:rFonts w:ascii="Arial" w:hAnsi="Arial" w:cs="Arial"/>
          <w:szCs w:val="24"/>
        </w:rPr>
        <w:t xml:space="preserve"> paid the price to bring you home.</w:t>
      </w:r>
    </w:p>
    <w:p w14:paraId="10B12FCB" w14:textId="4EA8014F" w:rsidR="00E92262" w:rsidRPr="003309B7" w:rsidRDefault="0007143B" w:rsidP="008075FC">
      <w:pPr>
        <w:rPr>
          <w:rFonts w:ascii="Arial" w:hAnsi="Arial" w:cs="Arial"/>
          <w:szCs w:val="24"/>
        </w:rPr>
      </w:pPr>
      <w:r>
        <w:rPr>
          <w:rFonts w:ascii="Arial" w:hAnsi="Arial" w:cs="Arial"/>
          <w:szCs w:val="24"/>
        </w:rPr>
        <w:t>W</w:t>
      </w:r>
      <w:r w:rsidR="00E44C64" w:rsidRPr="003309B7">
        <w:rPr>
          <w:rFonts w:ascii="Arial" w:hAnsi="Arial" w:cs="Arial"/>
          <w:szCs w:val="24"/>
        </w:rPr>
        <w:t xml:space="preserve">hen you begin to see </w:t>
      </w:r>
      <w:r>
        <w:rPr>
          <w:rFonts w:ascii="Arial" w:hAnsi="Arial" w:cs="Arial"/>
          <w:szCs w:val="24"/>
        </w:rPr>
        <w:t>Jesus’</w:t>
      </w:r>
      <w:r w:rsidR="00E44C64" w:rsidRPr="003309B7">
        <w:rPr>
          <w:rFonts w:ascii="Arial" w:hAnsi="Arial" w:cs="Arial"/>
          <w:szCs w:val="24"/>
        </w:rPr>
        <w:t xml:space="preserve"> beauty</w:t>
      </w:r>
      <w:r w:rsidR="008075FC" w:rsidRPr="003309B7">
        <w:rPr>
          <w:rFonts w:ascii="Arial" w:hAnsi="Arial" w:cs="Arial"/>
          <w:szCs w:val="24"/>
        </w:rPr>
        <w:t xml:space="preserve"> and</w:t>
      </w:r>
      <w:r w:rsidR="00E44C64" w:rsidRPr="003309B7">
        <w:rPr>
          <w:rFonts w:ascii="Arial" w:hAnsi="Arial" w:cs="Arial"/>
          <w:szCs w:val="24"/>
        </w:rPr>
        <w:t xml:space="preserve"> understand how deeply </w:t>
      </w:r>
      <w:r w:rsidR="008075FC" w:rsidRPr="003309B7">
        <w:rPr>
          <w:rFonts w:ascii="Arial" w:hAnsi="Arial" w:cs="Arial"/>
          <w:szCs w:val="24"/>
        </w:rPr>
        <w:t>He</w:t>
      </w:r>
      <w:r w:rsidR="00E44C64" w:rsidRPr="003309B7">
        <w:rPr>
          <w:rFonts w:ascii="Arial" w:hAnsi="Arial" w:cs="Arial"/>
          <w:szCs w:val="24"/>
        </w:rPr>
        <w:t xml:space="preserve"> love</w:t>
      </w:r>
      <w:r w:rsidR="008075FC" w:rsidRPr="003309B7">
        <w:rPr>
          <w:rFonts w:ascii="Arial" w:hAnsi="Arial" w:cs="Arial"/>
          <w:szCs w:val="24"/>
        </w:rPr>
        <w:t>s you</w:t>
      </w:r>
      <w:r w:rsidR="00E44C64" w:rsidRPr="003309B7">
        <w:rPr>
          <w:rFonts w:ascii="Arial" w:hAnsi="Arial" w:cs="Arial"/>
          <w:szCs w:val="24"/>
        </w:rPr>
        <w:t>—something changes.</w:t>
      </w:r>
      <w:r w:rsidR="008075FC" w:rsidRPr="003309B7">
        <w:rPr>
          <w:rFonts w:ascii="Arial" w:hAnsi="Arial" w:cs="Arial"/>
          <w:szCs w:val="24"/>
        </w:rPr>
        <w:t xml:space="preserve">  </w:t>
      </w:r>
      <w:r>
        <w:rPr>
          <w:rFonts w:ascii="Arial" w:hAnsi="Arial" w:cs="Arial"/>
          <w:szCs w:val="24"/>
        </w:rPr>
        <w:t>All of a sudden you begin</w:t>
      </w:r>
      <w:r w:rsidR="00E44C64" w:rsidRPr="003309B7">
        <w:rPr>
          <w:rFonts w:ascii="Arial" w:hAnsi="Arial" w:cs="Arial"/>
          <w:szCs w:val="24"/>
        </w:rPr>
        <w:t xml:space="preserve"> to serve Him not because you have to, but because you </w:t>
      </w:r>
      <w:r w:rsidR="008075FC" w:rsidRPr="003309B7">
        <w:rPr>
          <w:rFonts w:ascii="Arial" w:hAnsi="Arial" w:cs="Arial"/>
          <w:szCs w:val="24"/>
        </w:rPr>
        <w:t>want to</w:t>
      </w:r>
      <w:r w:rsidR="00E44C64" w:rsidRPr="003309B7">
        <w:rPr>
          <w:rFonts w:ascii="Arial" w:hAnsi="Arial" w:cs="Arial"/>
          <w:szCs w:val="24"/>
        </w:rPr>
        <w:t>.</w:t>
      </w:r>
      <w:r w:rsidR="008075FC" w:rsidRPr="003309B7">
        <w:rPr>
          <w:rFonts w:ascii="Arial" w:hAnsi="Arial" w:cs="Arial"/>
          <w:szCs w:val="24"/>
        </w:rPr>
        <w:t xml:space="preserve">  </w:t>
      </w:r>
      <w:r w:rsidR="00E44C64" w:rsidRPr="003309B7">
        <w:rPr>
          <w:rFonts w:ascii="Arial" w:hAnsi="Arial" w:cs="Arial"/>
          <w:szCs w:val="24"/>
        </w:rPr>
        <w:t>You begin to discover the pleasure of pleasing the One who delights in you.</w:t>
      </w:r>
      <w:r w:rsidR="008075FC" w:rsidRPr="003309B7">
        <w:rPr>
          <w:rFonts w:ascii="Arial" w:hAnsi="Arial" w:cs="Arial"/>
          <w:szCs w:val="24"/>
        </w:rPr>
        <w:t xml:space="preserve">  And when you actually want to live your life pleasing God, that’s when </w:t>
      </w:r>
      <w:r w:rsidR="009D0E25">
        <w:rPr>
          <w:rFonts w:ascii="Arial" w:hAnsi="Arial" w:cs="Arial"/>
          <w:szCs w:val="24"/>
        </w:rPr>
        <w:t>life’s</w:t>
      </w:r>
      <w:r w:rsidR="008075FC" w:rsidRPr="003309B7">
        <w:rPr>
          <w:rFonts w:ascii="Arial" w:hAnsi="Arial" w:cs="Arial"/>
          <w:szCs w:val="24"/>
        </w:rPr>
        <w:t xml:space="preserve"> abundant.  </w:t>
      </w:r>
    </w:p>
    <w:p w14:paraId="747CFBB7" w14:textId="407C0A51" w:rsidR="00E92262" w:rsidRPr="003309B7" w:rsidRDefault="00E44C64">
      <w:pPr>
        <w:rPr>
          <w:rFonts w:ascii="Arial" w:hAnsi="Arial" w:cs="Arial"/>
          <w:bCs/>
          <w:szCs w:val="24"/>
        </w:rPr>
      </w:pPr>
      <w:r w:rsidRPr="003309B7">
        <w:rPr>
          <w:rFonts w:ascii="Arial" w:hAnsi="Arial" w:cs="Arial"/>
          <w:szCs w:val="24"/>
        </w:rPr>
        <w:t>So:</w:t>
      </w:r>
      <w:r w:rsidR="008075FC" w:rsidRPr="003309B7">
        <w:rPr>
          <w:rFonts w:ascii="Arial" w:hAnsi="Arial" w:cs="Arial"/>
          <w:szCs w:val="24"/>
        </w:rPr>
        <w:t xml:space="preserve">  </w:t>
      </w:r>
      <w:r w:rsidRPr="003309B7">
        <w:rPr>
          <w:rFonts w:ascii="Arial" w:hAnsi="Arial" w:cs="Arial"/>
          <w:bCs/>
          <w:szCs w:val="24"/>
        </w:rPr>
        <w:t>Sing, barren woman.</w:t>
      </w:r>
      <w:r w:rsidR="008075FC" w:rsidRPr="003309B7">
        <w:rPr>
          <w:rFonts w:ascii="Arial" w:hAnsi="Arial" w:cs="Arial"/>
          <w:bCs/>
          <w:szCs w:val="24"/>
        </w:rPr>
        <w:t xml:space="preserve">  </w:t>
      </w:r>
      <w:r w:rsidRPr="003309B7">
        <w:rPr>
          <w:rFonts w:ascii="Arial" w:hAnsi="Arial" w:cs="Arial"/>
          <w:bCs/>
          <w:szCs w:val="24"/>
        </w:rPr>
        <w:t>Your Maker is your Husband.</w:t>
      </w:r>
    </w:p>
    <w:sectPr w:rsidR="00E92262" w:rsidRPr="003309B7" w:rsidSect="00034616">
      <w:head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9752C" w14:textId="77777777" w:rsidR="0000108D" w:rsidRDefault="0000108D" w:rsidP="00A04F68">
      <w:pPr>
        <w:spacing w:after="0" w:line="240" w:lineRule="auto"/>
      </w:pPr>
      <w:r>
        <w:separator/>
      </w:r>
    </w:p>
  </w:endnote>
  <w:endnote w:type="continuationSeparator" w:id="0">
    <w:p w14:paraId="594D809A" w14:textId="77777777" w:rsidR="0000108D" w:rsidRDefault="0000108D" w:rsidP="00A04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B6E0F" w14:textId="77777777" w:rsidR="0000108D" w:rsidRDefault="0000108D" w:rsidP="00A04F68">
      <w:pPr>
        <w:spacing w:after="0" w:line="240" w:lineRule="auto"/>
      </w:pPr>
      <w:r>
        <w:separator/>
      </w:r>
    </w:p>
  </w:footnote>
  <w:footnote w:type="continuationSeparator" w:id="0">
    <w:p w14:paraId="07DAF1CD" w14:textId="77777777" w:rsidR="0000108D" w:rsidRDefault="0000108D" w:rsidP="00A04F68">
      <w:pPr>
        <w:spacing w:after="0" w:line="240" w:lineRule="auto"/>
      </w:pPr>
      <w:r>
        <w:continuationSeparator/>
      </w:r>
    </w:p>
  </w:footnote>
  <w:footnote w:id="1">
    <w:p w14:paraId="680706B6" w14:textId="27EA5A9E" w:rsidR="00CF348A" w:rsidRPr="00CF348A" w:rsidRDefault="00CF348A">
      <w:pPr>
        <w:pStyle w:val="FootnoteText"/>
        <w:rPr>
          <w:lang w:val="en-CA"/>
        </w:rPr>
      </w:pPr>
      <w:r>
        <w:rPr>
          <w:rStyle w:val="FootnoteReference"/>
        </w:rPr>
        <w:footnoteRef/>
      </w:r>
      <w:r>
        <w:t xml:space="preserve"> </w:t>
      </w:r>
      <w:r>
        <w:rPr>
          <w:lang w:val="en-CA"/>
        </w:rPr>
        <w:t xml:space="preserve">Story adapted from: </w:t>
      </w:r>
      <w:hyperlink r:id="rId1" w:history="1">
        <w:r w:rsidRPr="00180684">
          <w:rPr>
            <w:rStyle w:val="Hyperlink"/>
          </w:rPr>
          <w:t>https://fieldpartner.org/resources/articles/mildred-cable-a-missionary-who-made-the-right-choices</w:t>
        </w:r>
      </w:hyperlink>
      <w:r>
        <w:t xml:space="preserve"> (Accessed October 1, 2026) </w:t>
      </w:r>
    </w:p>
  </w:footnote>
  <w:footnote w:id="2">
    <w:p w14:paraId="70A07447" w14:textId="35499B14" w:rsidR="00312899" w:rsidRPr="00312899" w:rsidRDefault="00312899" w:rsidP="00312899">
      <w:pPr>
        <w:pStyle w:val="FootnoteText"/>
        <w:rPr>
          <w:lang w:val="en-CA"/>
        </w:rPr>
      </w:pPr>
      <w:r>
        <w:rPr>
          <w:rStyle w:val="FootnoteReference"/>
        </w:rPr>
        <w:footnoteRef/>
      </w:r>
      <w:r>
        <w:t xml:space="preserve"> </w:t>
      </w:r>
      <w:r>
        <w:rPr>
          <w:lang w:val="en-CA"/>
        </w:rPr>
        <w:t xml:space="preserve">Outline adapted from Tim Keller </w:t>
      </w:r>
      <w:hyperlink r:id="rId2" w:history="1">
        <w:r w:rsidRPr="00180684">
          <w:rPr>
            <w:rStyle w:val="Hyperlink"/>
            <w:lang w:val="en-CA"/>
          </w:rPr>
          <w:t>https://gospelinlife.com/sermon/the-maker-is-your-husband/</w:t>
        </w:r>
      </w:hyperlink>
      <w:r>
        <w:rPr>
          <w:lang w:val="en-CA"/>
        </w:rPr>
        <w:t xml:space="preserve"> (Accessed October 1,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692981"/>
      <w:docPartObj>
        <w:docPartGallery w:val="Page Numbers (Top of Page)"/>
        <w:docPartUnique/>
      </w:docPartObj>
    </w:sdtPr>
    <w:sdtEndPr>
      <w:rPr>
        <w:noProof/>
      </w:rPr>
    </w:sdtEndPr>
    <w:sdtContent>
      <w:p w14:paraId="4775D190" w14:textId="1BB894BB" w:rsidR="00A04F68" w:rsidRDefault="00A04F6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4B4C58" w14:textId="77777777" w:rsidR="00A04F68" w:rsidRDefault="00A04F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8869808">
    <w:abstractNumId w:val="8"/>
  </w:num>
  <w:num w:numId="2" w16cid:durableId="1395279862">
    <w:abstractNumId w:val="6"/>
  </w:num>
  <w:num w:numId="3" w16cid:durableId="685323316">
    <w:abstractNumId w:val="5"/>
  </w:num>
  <w:num w:numId="4" w16cid:durableId="1677225668">
    <w:abstractNumId w:val="4"/>
  </w:num>
  <w:num w:numId="5" w16cid:durableId="1875540393">
    <w:abstractNumId w:val="7"/>
  </w:num>
  <w:num w:numId="6" w16cid:durableId="1305937807">
    <w:abstractNumId w:val="3"/>
  </w:num>
  <w:num w:numId="7" w16cid:durableId="743457464">
    <w:abstractNumId w:val="2"/>
  </w:num>
  <w:num w:numId="8" w16cid:durableId="1990473957">
    <w:abstractNumId w:val="1"/>
  </w:num>
  <w:num w:numId="9" w16cid:durableId="272174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08D"/>
    <w:rsid w:val="0000249E"/>
    <w:rsid w:val="00034616"/>
    <w:rsid w:val="00036FEC"/>
    <w:rsid w:val="00043625"/>
    <w:rsid w:val="0006063C"/>
    <w:rsid w:val="0007143B"/>
    <w:rsid w:val="00072ADC"/>
    <w:rsid w:val="0013448B"/>
    <w:rsid w:val="00147ADF"/>
    <w:rsid w:val="0015074B"/>
    <w:rsid w:val="0017063F"/>
    <w:rsid w:val="00184EC4"/>
    <w:rsid w:val="001856FA"/>
    <w:rsid w:val="001E0CD7"/>
    <w:rsid w:val="001E31AA"/>
    <w:rsid w:val="00235252"/>
    <w:rsid w:val="00260382"/>
    <w:rsid w:val="0029639D"/>
    <w:rsid w:val="002F71F4"/>
    <w:rsid w:val="00305D45"/>
    <w:rsid w:val="00312899"/>
    <w:rsid w:val="00326F90"/>
    <w:rsid w:val="003309B7"/>
    <w:rsid w:val="00334C6B"/>
    <w:rsid w:val="003E066E"/>
    <w:rsid w:val="004035D0"/>
    <w:rsid w:val="004103C2"/>
    <w:rsid w:val="00410A88"/>
    <w:rsid w:val="00446621"/>
    <w:rsid w:val="00473110"/>
    <w:rsid w:val="0047527C"/>
    <w:rsid w:val="004A15D5"/>
    <w:rsid w:val="004D53E8"/>
    <w:rsid w:val="004E7CA8"/>
    <w:rsid w:val="0051774A"/>
    <w:rsid w:val="00517839"/>
    <w:rsid w:val="00520307"/>
    <w:rsid w:val="00531A75"/>
    <w:rsid w:val="0058251D"/>
    <w:rsid w:val="00593B43"/>
    <w:rsid w:val="005B3EED"/>
    <w:rsid w:val="006044D1"/>
    <w:rsid w:val="00613692"/>
    <w:rsid w:val="00626384"/>
    <w:rsid w:val="006A0F0C"/>
    <w:rsid w:val="006C7CF0"/>
    <w:rsid w:val="006E3C62"/>
    <w:rsid w:val="006F0774"/>
    <w:rsid w:val="006F2D5F"/>
    <w:rsid w:val="006F5BA8"/>
    <w:rsid w:val="00724448"/>
    <w:rsid w:val="007262C4"/>
    <w:rsid w:val="00756C47"/>
    <w:rsid w:val="00795584"/>
    <w:rsid w:val="008075FC"/>
    <w:rsid w:val="00845087"/>
    <w:rsid w:val="008F4ABC"/>
    <w:rsid w:val="0090604D"/>
    <w:rsid w:val="00911667"/>
    <w:rsid w:val="0093655A"/>
    <w:rsid w:val="009367C7"/>
    <w:rsid w:val="009D0E25"/>
    <w:rsid w:val="00A04F68"/>
    <w:rsid w:val="00A805B6"/>
    <w:rsid w:val="00AA1D8D"/>
    <w:rsid w:val="00AC6B65"/>
    <w:rsid w:val="00AE3A54"/>
    <w:rsid w:val="00AF03C0"/>
    <w:rsid w:val="00B2283B"/>
    <w:rsid w:val="00B340A5"/>
    <w:rsid w:val="00B401D4"/>
    <w:rsid w:val="00B46CA4"/>
    <w:rsid w:val="00B47730"/>
    <w:rsid w:val="00B97266"/>
    <w:rsid w:val="00C363C3"/>
    <w:rsid w:val="00C43311"/>
    <w:rsid w:val="00C47249"/>
    <w:rsid w:val="00CB0664"/>
    <w:rsid w:val="00CF348A"/>
    <w:rsid w:val="00D03FD6"/>
    <w:rsid w:val="00D60E75"/>
    <w:rsid w:val="00DE14D5"/>
    <w:rsid w:val="00DE2C4F"/>
    <w:rsid w:val="00E33549"/>
    <w:rsid w:val="00E44C64"/>
    <w:rsid w:val="00E85242"/>
    <w:rsid w:val="00E92262"/>
    <w:rsid w:val="00EA44D5"/>
    <w:rsid w:val="00F3368F"/>
    <w:rsid w:val="00F55E25"/>
    <w:rsid w:val="00F9356D"/>
    <w:rsid w:val="00FC693F"/>
    <w:rsid w:val="00FC7D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7EFB01"/>
  <w14:defaultImageDpi w14:val="300"/>
  <w15:docId w15:val="{E20A0B5B-E012-408A-A293-558037CE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eastAsia="Aptos" w:hAnsi="Aptos"/>
      <w:sz w:val="24"/>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3128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2899"/>
    <w:rPr>
      <w:rFonts w:ascii="Aptos" w:eastAsia="Aptos" w:hAnsi="Aptos"/>
      <w:sz w:val="20"/>
      <w:szCs w:val="20"/>
    </w:rPr>
  </w:style>
  <w:style w:type="character" w:styleId="FootnoteReference">
    <w:name w:val="footnote reference"/>
    <w:basedOn w:val="DefaultParagraphFont"/>
    <w:uiPriority w:val="99"/>
    <w:semiHidden/>
    <w:unhideWhenUsed/>
    <w:rsid w:val="00312899"/>
    <w:rPr>
      <w:vertAlign w:val="superscript"/>
    </w:rPr>
  </w:style>
  <w:style w:type="character" w:styleId="Hyperlink">
    <w:name w:val="Hyperlink"/>
    <w:basedOn w:val="DefaultParagraphFont"/>
    <w:uiPriority w:val="99"/>
    <w:unhideWhenUsed/>
    <w:rsid w:val="00312899"/>
    <w:rPr>
      <w:color w:val="0000FF" w:themeColor="hyperlink"/>
      <w:u w:val="single"/>
    </w:rPr>
  </w:style>
  <w:style w:type="character" w:styleId="UnresolvedMention">
    <w:name w:val="Unresolved Mention"/>
    <w:basedOn w:val="DefaultParagraphFont"/>
    <w:uiPriority w:val="99"/>
    <w:semiHidden/>
    <w:unhideWhenUsed/>
    <w:rsid w:val="00312899"/>
    <w:rPr>
      <w:color w:val="605E5C"/>
      <w:shd w:val="clear" w:color="auto" w:fill="E1DFDD"/>
    </w:rPr>
  </w:style>
  <w:style w:type="character" w:styleId="FollowedHyperlink">
    <w:name w:val="FollowedHyperlink"/>
    <w:basedOn w:val="DefaultParagraphFont"/>
    <w:uiPriority w:val="99"/>
    <w:semiHidden/>
    <w:unhideWhenUsed/>
    <w:rsid w:val="00CF34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gospelinlife.com/sermon/the-maker-is-your-husband/" TargetMode="External"/><Relationship Id="rId1" Type="http://schemas.openxmlformats.org/officeDocument/2006/relationships/hyperlink" Target="https://fieldpartner.org/resources/articles/mildred-cable-a-missionary-who-made-the-right-cho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6</Pages>
  <Words>2278</Words>
  <Characters>12987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 Hoffman</cp:lastModifiedBy>
  <cp:revision>70</cp:revision>
  <cp:lastPrinted>2026-10-02T17:35:00Z</cp:lastPrinted>
  <dcterms:created xsi:type="dcterms:W3CDTF">2026-10-02T13:20:00Z</dcterms:created>
  <dcterms:modified xsi:type="dcterms:W3CDTF">2026-10-02T18:02:00Z</dcterms:modified>
  <cp:category/>
</cp:coreProperties>
</file>