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tblLayout w:type="fixed"/>
        <w:tblLook w:val="04A0" w:firstRow="1" w:lastRow="0" w:firstColumn="1" w:lastColumn="0" w:noHBand="0" w:noVBand="1"/>
      </w:tblPr>
      <w:tblGrid>
        <w:gridCol w:w="10656"/>
      </w:tblGrid>
      <w:tr w:rsidR="00064B17" w14:paraId="2BD04CED" w14:textId="77777777">
        <w:trPr>
          <w:cantSplit/>
        </w:trPr>
        <w:tc>
          <w:tcPr>
            <w:tcW w:w="10656" w:type="dxa"/>
            <w:tcBorders>
              <w:top w:val="single" w:sz="2" w:space="0" w:color="1F2A44"/>
              <w:left w:val="single" w:sz="2" w:space="0" w:color="1F2A44"/>
              <w:bottom w:val="single" w:sz="2" w:space="0" w:color="1F2A44"/>
              <w:right w:val="single" w:sz="2" w:space="0" w:color="1F2A44"/>
            </w:tcBorders>
            <w:shd w:val="clear" w:color="auto" w:fill="1F2A44"/>
            <w:tcMar>
              <w:top w:w="130" w:type="dxa"/>
              <w:left w:w="260" w:type="dxa"/>
              <w:bottom w:w="135" w:type="dxa"/>
              <w:right w:w="260" w:type="dxa"/>
            </w:tcMar>
            <w:vAlign w:val="center"/>
          </w:tcPr>
          <w:p w14:paraId="65C54B5F" w14:textId="77777777" w:rsidR="00064B17" w:rsidRDefault="00000000">
            <w:pPr>
              <w:spacing w:after="40" w:line="240" w:lineRule="auto"/>
              <w:jc w:val="center"/>
            </w:pPr>
            <w:r>
              <w:rPr>
                <w:b/>
                <w:color w:val="C89B3C"/>
                <w:sz w:val="18"/>
              </w:rPr>
              <w:t>TRANSFORMATION CHURCH NC</w:t>
            </w:r>
          </w:p>
          <w:p w14:paraId="5CE96F20" w14:textId="1520CF84" w:rsidR="00064B17" w:rsidRDefault="00000000">
            <w:pPr>
              <w:spacing w:after="40" w:line="228" w:lineRule="auto"/>
              <w:jc w:val="center"/>
            </w:pPr>
            <w:r>
              <w:rPr>
                <w:b/>
                <w:color w:val="FFFFFF"/>
                <w:sz w:val="48"/>
              </w:rPr>
              <w:t>Announcements</w:t>
            </w:r>
          </w:p>
          <w:p w14:paraId="025902E2" w14:textId="77777777" w:rsidR="00064B17" w:rsidRDefault="00000000">
            <w:pPr>
              <w:spacing w:after="0" w:line="240" w:lineRule="auto"/>
              <w:jc w:val="center"/>
            </w:pPr>
            <w:r>
              <w:rPr>
                <w:i/>
                <w:color w:val="F7F2E8"/>
                <w:sz w:val="21"/>
              </w:rPr>
              <w:t>Gather in prayer. Grow in faith. Serve with purpose.</w:t>
            </w:r>
          </w:p>
        </w:tc>
      </w:tr>
    </w:tbl>
    <w:p w14:paraId="7123FC1C" w14:textId="77777777" w:rsidR="00064B17" w:rsidRDefault="00064B17">
      <w:pPr>
        <w:spacing w:after="140" w:line="240" w:lineRule="auto"/>
      </w:pPr>
    </w:p>
    <w:p w14:paraId="0C8BB11E" w14:textId="77777777" w:rsidR="00064B17" w:rsidRDefault="00000000">
      <w:pPr>
        <w:keepNext/>
        <w:spacing w:before="20" w:after="100" w:line="240" w:lineRule="auto"/>
      </w:pPr>
      <w:r>
        <w:rPr>
          <w:b/>
          <w:color w:val="2D6A6A"/>
          <w:sz w:val="20"/>
        </w:rPr>
        <w:t>FEATURED THIS WEEKEND</w:t>
      </w:r>
    </w:p>
    <w:tbl>
      <w:tblPr>
        <w:tblW w:w="10656" w:type="dxa"/>
        <w:tblLayout w:type="fixed"/>
        <w:tblLook w:val="04A0" w:firstRow="1" w:lastRow="0" w:firstColumn="1" w:lastColumn="0" w:noHBand="0" w:noVBand="1"/>
      </w:tblPr>
      <w:tblGrid>
        <w:gridCol w:w="10656"/>
      </w:tblGrid>
      <w:tr w:rsidR="00064B17" w14:paraId="5E57202D" w14:textId="77777777">
        <w:trPr>
          <w:cantSplit/>
        </w:trPr>
        <w:tc>
          <w:tcPr>
            <w:tcW w:w="10656" w:type="dxa"/>
            <w:tcBorders>
              <w:top w:val="single" w:sz="12" w:space="0" w:color="C89B3C"/>
              <w:left w:val="single" w:sz="12" w:space="0" w:color="C89B3C"/>
              <w:bottom w:val="single" w:sz="12" w:space="0" w:color="C89B3C"/>
              <w:right w:val="single" w:sz="12" w:space="0" w:color="C89B3C"/>
            </w:tcBorders>
            <w:shd w:val="clear" w:color="auto" w:fill="FFF7E4"/>
            <w:tcMar>
              <w:top w:w="120" w:type="dxa"/>
              <w:left w:w="190" w:type="dxa"/>
              <w:bottom w:w="120" w:type="dxa"/>
              <w:right w:w="190" w:type="dxa"/>
            </w:tcMar>
            <w:vAlign w:val="center"/>
          </w:tcPr>
          <w:p w14:paraId="66167196" w14:textId="77777777" w:rsidR="00064B17" w:rsidRDefault="00000000">
            <w:pPr>
              <w:spacing w:after="20" w:line="240" w:lineRule="auto"/>
            </w:pPr>
            <w:r>
              <w:rPr>
                <w:b/>
                <w:color w:val="C89B3C"/>
                <w:sz w:val="16"/>
              </w:rPr>
              <w:t>EVERYONE IS WELCOME</w:t>
            </w:r>
          </w:p>
          <w:p w14:paraId="06106F59" w14:textId="77777777" w:rsidR="00064B17" w:rsidRDefault="00000000">
            <w:pPr>
              <w:spacing w:after="20" w:line="240" w:lineRule="auto"/>
            </w:pPr>
            <w:r>
              <w:rPr>
                <w:b/>
                <w:color w:val="1F2A44"/>
                <w:sz w:val="30"/>
              </w:rPr>
              <w:t>TCNC Community Prayer Tent</w:t>
            </w:r>
          </w:p>
          <w:p w14:paraId="3F8C535E" w14:textId="77777777" w:rsidR="00064B17" w:rsidRDefault="00000000">
            <w:pPr>
              <w:spacing w:after="60" w:line="240" w:lineRule="auto"/>
            </w:pPr>
            <w:r>
              <w:rPr>
                <w:b/>
                <w:color w:val="2D6A6A"/>
                <w:sz w:val="20"/>
              </w:rPr>
              <w:t>Saturday, August 29  |  9 AM-3 PM</w:t>
            </w:r>
          </w:p>
          <w:p w14:paraId="0567132C" w14:textId="77777777" w:rsidR="00064B17" w:rsidRDefault="00000000">
            <w:pPr>
              <w:spacing w:after="0" w:line="254" w:lineRule="auto"/>
            </w:pPr>
            <w:r>
              <w:t>Join us at Times Square Pizza, 828 Winston Road, as we serve our community through prayer. Stop by, bring a friend, or invite someone who may need encouragement.</w:t>
            </w:r>
          </w:p>
        </w:tc>
      </w:tr>
    </w:tbl>
    <w:p w14:paraId="4F7A4A18" w14:textId="77777777" w:rsidR="00064B17" w:rsidRDefault="00064B17">
      <w:pPr>
        <w:spacing w:after="140" w:line="240" w:lineRule="auto"/>
      </w:pPr>
    </w:p>
    <w:tbl>
      <w:tblPr>
        <w:tblW w:w="10656" w:type="dxa"/>
        <w:tblLayout w:type="fixed"/>
        <w:tblLook w:val="04A0" w:firstRow="1" w:lastRow="0" w:firstColumn="1" w:lastColumn="0" w:noHBand="0" w:noVBand="1"/>
      </w:tblPr>
      <w:tblGrid>
        <w:gridCol w:w="10656"/>
      </w:tblGrid>
      <w:tr w:rsidR="00064B17" w14:paraId="2ADDB016" w14:textId="77777777">
        <w:trPr>
          <w:cantSplit/>
        </w:trPr>
        <w:tc>
          <w:tcPr>
            <w:tcW w:w="10656" w:type="dxa"/>
            <w:tcBorders>
              <w:top w:val="single" w:sz="12" w:space="0" w:color="2D6A6A"/>
              <w:left w:val="single" w:sz="12" w:space="0" w:color="2D6A6A"/>
              <w:bottom w:val="single" w:sz="12" w:space="0" w:color="2D6A6A"/>
              <w:right w:val="single" w:sz="12" w:space="0" w:color="2D6A6A"/>
            </w:tcBorders>
            <w:shd w:val="clear" w:color="auto" w:fill="EAF1F5"/>
            <w:tcMar>
              <w:top w:w="95" w:type="dxa"/>
              <w:left w:w="190" w:type="dxa"/>
              <w:bottom w:w="95" w:type="dxa"/>
              <w:right w:w="190" w:type="dxa"/>
            </w:tcMar>
            <w:vAlign w:val="center"/>
          </w:tcPr>
          <w:p w14:paraId="21795C34" w14:textId="77777777" w:rsidR="00064B17" w:rsidRDefault="00000000">
            <w:pPr>
              <w:spacing w:after="20" w:line="240" w:lineRule="auto"/>
            </w:pPr>
            <w:r>
              <w:rPr>
                <w:b/>
                <w:color w:val="2D6A6A"/>
                <w:sz w:val="16"/>
              </w:rPr>
              <w:t>MEN'S FELLOWSHIP</w:t>
            </w:r>
          </w:p>
          <w:p w14:paraId="47D2F66E" w14:textId="77777777" w:rsidR="00064B17" w:rsidRDefault="00000000">
            <w:pPr>
              <w:spacing w:after="20" w:line="240" w:lineRule="auto"/>
            </w:pPr>
            <w:r>
              <w:rPr>
                <w:b/>
                <w:color w:val="1F2A44"/>
                <w:sz w:val="28"/>
              </w:rPr>
              <w:t>Forged Men's Ministry Monthly Meeting</w:t>
            </w:r>
          </w:p>
          <w:p w14:paraId="0344B501" w14:textId="77777777" w:rsidR="00064B17" w:rsidRDefault="00000000">
            <w:pPr>
              <w:spacing w:after="60" w:line="240" w:lineRule="auto"/>
            </w:pPr>
            <w:r>
              <w:rPr>
                <w:b/>
                <w:color w:val="2D6A6A"/>
                <w:sz w:val="20"/>
              </w:rPr>
              <w:t>Saturday, August 29  |  11 AM</w:t>
            </w:r>
          </w:p>
          <w:p w14:paraId="7DE08F12" w14:textId="77777777" w:rsidR="00064B17" w:rsidRDefault="00000000">
            <w:pPr>
              <w:spacing w:after="0" w:line="254" w:lineRule="auto"/>
            </w:pPr>
            <w:r>
              <w:rPr>
                <w:sz w:val="18"/>
              </w:rPr>
              <w:t>Men will meet at the TCNC Community Prayer Tent at 828 Winston Road. Come fellowship and grow with your brothers in Christ.</w:t>
            </w:r>
          </w:p>
        </w:tc>
      </w:tr>
    </w:tbl>
    <w:p w14:paraId="15B900DB" w14:textId="77777777" w:rsidR="00064B17" w:rsidRDefault="00064B17">
      <w:pPr>
        <w:spacing w:after="100" w:line="240" w:lineRule="auto"/>
      </w:pPr>
    </w:p>
    <w:tbl>
      <w:tblPr>
        <w:tblW w:w="10656" w:type="dxa"/>
        <w:tblLayout w:type="fixed"/>
        <w:tblLook w:val="04A0" w:firstRow="1" w:lastRow="0" w:firstColumn="1" w:lastColumn="0" w:noHBand="0" w:noVBand="1"/>
      </w:tblPr>
      <w:tblGrid>
        <w:gridCol w:w="10656"/>
      </w:tblGrid>
      <w:tr w:rsidR="00064B17" w14:paraId="0FF0D349" w14:textId="77777777">
        <w:trPr>
          <w:cantSplit/>
        </w:trPr>
        <w:tc>
          <w:tcPr>
            <w:tcW w:w="10656" w:type="dxa"/>
            <w:tcBorders>
              <w:top w:val="single" w:sz="12" w:space="0" w:color="C89B3C"/>
              <w:left w:val="single" w:sz="12" w:space="0" w:color="C89B3C"/>
              <w:bottom w:val="single" w:sz="12" w:space="0" w:color="C89B3C"/>
              <w:right w:val="single" w:sz="12" w:space="0" w:color="C89B3C"/>
            </w:tcBorders>
            <w:shd w:val="clear" w:color="auto" w:fill="F7F2E8"/>
            <w:tcMar>
              <w:top w:w="95" w:type="dxa"/>
              <w:left w:w="190" w:type="dxa"/>
              <w:bottom w:w="95" w:type="dxa"/>
              <w:right w:w="190" w:type="dxa"/>
            </w:tcMar>
            <w:vAlign w:val="center"/>
          </w:tcPr>
          <w:p w14:paraId="75628242" w14:textId="77777777" w:rsidR="00064B17" w:rsidRDefault="00000000">
            <w:pPr>
              <w:spacing w:after="20" w:line="240" w:lineRule="auto"/>
            </w:pPr>
            <w:r>
              <w:rPr>
                <w:b/>
                <w:color w:val="C89B3C"/>
                <w:sz w:val="16"/>
              </w:rPr>
              <w:t>FAITH FOUNDATIONS FOR EVERY SEASON</w:t>
            </w:r>
          </w:p>
          <w:p w14:paraId="5F2C20BA" w14:textId="77777777" w:rsidR="00064B17" w:rsidRDefault="00000000">
            <w:pPr>
              <w:spacing w:after="20" w:line="240" w:lineRule="auto"/>
            </w:pPr>
            <w:r>
              <w:rPr>
                <w:b/>
                <w:color w:val="1F2A44"/>
                <w:sz w:val="28"/>
              </w:rPr>
              <w:t>First Love New Believer's Class</w:t>
            </w:r>
          </w:p>
          <w:p w14:paraId="3AF05810" w14:textId="77777777" w:rsidR="00064B17" w:rsidRDefault="00000000">
            <w:pPr>
              <w:spacing w:after="60" w:line="240" w:lineRule="auto"/>
            </w:pPr>
            <w:r>
              <w:rPr>
                <w:b/>
                <w:color w:val="2D6A6A"/>
                <w:sz w:val="20"/>
              </w:rPr>
              <w:t>Sunday, August 30  |  9 AM</w:t>
            </w:r>
          </w:p>
          <w:p w14:paraId="316F2525" w14:textId="77777777" w:rsidR="00064B17" w:rsidRDefault="00000000">
            <w:pPr>
              <w:spacing w:after="0" w:line="254" w:lineRule="auto"/>
            </w:pPr>
            <w:r>
              <w:rPr>
                <w:sz w:val="18"/>
              </w:rPr>
              <w:t>New to the faith? A mature believer interested in learning more about the Bible and applying its principles to daily life? This class has something for everyone. Pastor Andy teaches a new topic each week, so feel free to join at any time.</w:t>
            </w:r>
          </w:p>
        </w:tc>
      </w:tr>
    </w:tbl>
    <w:p w14:paraId="24E65F01" w14:textId="77777777" w:rsidR="00064B17" w:rsidRDefault="00064B17">
      <w:pPr>
        <w:spacing w:after="100" w:line="240" w:lineRule="auto"/>
      </w:pPr>
    </w:p>
    <w:tbl>
      <w:tblPr>
        <w:tblW w:w="10656" w:type="dxa"/>
        <w:tblLayout w:type="fixed"/>
        <w:tblLook w:val="04A0" w:firstRow="1" w:lastRow="0" w:firstColumn="1" w:lastColumn="0" w:noHBand="0" w:noVBand="1"/>
      </w:tblPr>
      <w:tblGrid>
        <w:gridCol w:w="10656"/>
      </w:tblGrid>
      <w:tr w:rsidR="00064B17" w14:paraId="609C6F19" w14:textId="77777777">
        <w:trPr>
          <w:cantSplit/>
        </w:trPr>
        <w:tc>
          <w:tcPr>
            <w:tcW w:w="10656" w:type="dxa"/>
            <w:tcBorders>
              <w:top w:val="single" w:sz="12" w:space="0" w:color="2D6A6A"/>
              <w:left w:val="single" w:sz="12" w:space="0" w:color="2D6A6A"/>
              <w:bottom w:val="single" w:sz="12" w:space="0" w:color="2D6A6A"/>
              <w:right w:val="single" w:sz="12" w:space="0" w:color="2D6A6A"/>
            </w:tcBorders>
            <w:shd w:val="clear" w:color="auto" w:fill="E7F1F0"/>
            <w:tcMar>
              <w:top w:w="95" w:type="dxa"/>
              <w:left w:w="190" w:type="dxa"/>
              <w:bottom w:w="95" w:type="dxa"/>
              <w:right w:w="190" w:type="dxa"/>
            </w:tcMar>
            <w:vAlign w:val="center"/>
          </w:tcPr>
          <w:p w14:paraId="34D767C8" w14:textId="77777777" w:rsidR="00064B17" w:rsidRDefault="00000000">
            <w:pPr>
              <w:spacing w:after="20" w:line="240" w:lineRule="auto"/>
            </w:pPr>
            <w:r>
              <w:rPr>
                <w:b/>
                <w:color w:val="2D6A6A"/>
                <w:sz w:val="16"/>
              </w:rPr>
              <w:t>SAVE THE DATE</w:t>
            </w:r>
          </w:p>
          <w:p w14:paraId="46B522E5" w14:textId="77777777" w:rsidR="00064B17" w:rsidRDefault="00000000">
            <w:pPr>
              <w:spacing w:after="20" w:line="240" w:lineRule="auto"/>
            </w:pPr>
            <w:r>
              <w:rPr>
                <w:b/>
                <w:color w:val="1F2A44"/>
                <w:sz w:val="28"/>
              </w:rPr>
              <w:t>TCNC Fall Festival Fundraiser</w:t>
            </w:r>
          </w:p>
          <w:p w14:paraId="2E0890B8" w14:textId="77777777" w:rsidR="00064B17" w:rsidRDefault="00000000">
            <w:pPr>
              <w:spacing w:after="60" w:line="240" w:lineRule="auto"/>
            </w:pPr>
            <w:r>
              <w:rPr>
                <w:b/>
                <w:color w:val="2D6A6A"/>
                <w:sz w:val="20"/>
              </w:rPr>
              <w:t>Saturday, September 19</w:t>
            </w:r>
          </w:p>
          <w:p w14:paraId="19A4C168" w14:textId="77777777" w:rsidR="00064B17" w:rsidRDefault="00000000">
            <w:pPr>
              <w:spacing w:after="0" w:line="254" w:lineRule="auto"/>
            </w:pPr>
            <w:r>
              <w:rPr>
                <w:sz w:val="18"/>
              </w:rPr>
              <w:t>Proceeds will go toward the down payment for our church. Volunteers are needed! Sign-up sheets are available at the TC Central Table.</w:t>
            </w:r>
          </w:p>
        </w:tc>
      </w:tr>
    </w:tbl>
    <w:p w14:paraId="6C5EF463" w14:textId="77777777" w:rsidR="00064B17" w:rsidRDefault="00064B17">
      <w:pPr>
        <w:spacing w:after="100" w:line="240" w:lineRule="auto"/>
      </w:pPr>
    </w:p>
    <w:p w14:paraId="11D25FCC" w14:textId="77777777" w:rsidR="00064B17" w:rsidRDefault="00000000">
      <w:r>
        <w:br w:type="page"/>
      </w:r>
    </w:p>
    <w:tbl>
      <w:tblPr>
        <w:tblW w:w="10656" w:type="dxa"/>
        <w:tblLayout w:type="fixed"/>
        <w:tblLook w:val="04A0" w:firstRow="1" w:lastRow="0" w:firstColumn="1" w:lastColumn="0" w:noHBand="0" w:noVBand="1"/>
      </w:tblPr>
      <w:tblGrid>
        <w:gridCol w:w="10656"/>
      </w:tblGrid>
      <w:tr w:rsidR="00064B17" w14:paraId="2555871F" w14:textId="77777777">
        <w:trPr>
          <w:cantSplit/>
        </w:trPr>
        <w:tc>
          <w:tcPr>
            <w:tcW w:w="10656" w:type="dxa"/>
            <w:tcBorders>
              <w:top w:val="single" w:sz="2" w:space="0" w:color="1F2A44"/>
              <w:left w:val="single" w:sz="2" w:space="0" w:color="1F2A44"/>
              <w:bottom w:val="single" w:sz="2" w:space="0" w:color="1F2A44"/>
              <w:right w:val="single" w:sz="2" w:space="0" w:color="1F2A44"/>
            </w:tcBorders>
            <w:shd w:val="clear" w:color="auto" w:fill="1F2A44"/>
            <w:tcMar>
              <w:top w:w="130" w:type="dxa"/>
              <w:left w:w="260" w:type="dxa"/>
              <w:bottom w:w="135" w:type="dxa"/>
              <w:right w:w="260" w:type="dxa"/>
            </w:tcMar>
            <w:vAlign w:val="center"/>
          </w:tcPr>
          <w:p w14:paraId="4EB1C2E4" w14:textId="77777777" w:rsidR="00064B17" w:rsidRDefault="00000000">
            <w:pPr>
              <w:spacing w:after="40" w:line="240" w:lineRule="auto"/>
              <w:jc w:val="center"/>
            </w:pPr>
            <w:r>
              <w:rPr>
                <w:b/>
                <w:color w:val="C89B3C"/>
                <w:sz w:val="18"/>
              </w:rPr>
              <w:lastRenderedPageBreak/>
              <w:t>THERE IS A PLACE FOR YOU</w:t>
            </w:r>
          </w:p>
          <w:p w14:paraId="148E7DFF" w14:textId="77777777" w:rsidR="00064B17" w:rsidRDefault="00000000">
            <w:pPr>
              <w:spacing w:after="40" w:line="228" w:lineRule="auto"/>
              <w:jc w:val="center"/>
            </w:pPr>
            <w:r>
              <w:rPr>
                <w:b/>
                <w:color w:val="FFFFFF"/>
                <w:sz w:val="48"/>
              </w:rPr>
              <w:t>Serve &amp; Stay Connected</w:t>
            </w:r>
          </w:p>
          <w:p w14:paraId="398458F5" w14:textId="77777777" w:rsidR="00064B17" w:rsidRDefault="00000000">
            <w:pPr>
              <w:spacing w:after="0" w:line="240" w:lineRule="auto"/>
              <w:jc w:val="center"/>
            </w:pPr>
            <w:r>
              <w:rPr>
                <w:i/>
                <w:color w:val="F7F2E8"/>
                <w:sz w:val="21"/>
              </w:rPr>
              <w:t>Build relationships. Share your gifts. Help our church family flourish.</w:t>
            </w:r>
          </w:p>
        </w:tc>
      </w:tr>
    </w:tbl>
    <w:p w14:paraId="5D2D7B1D" w14:textId="77777777" w:rsidR="00064B17" w:rsidRDefault="00064B17">
      <w:pPr>
        <w:spacing w:after="140" w:line="240" w:lineRule="auto"/>
      </w:pPr>
    </w:p>
    <w:p w14:paraId="34D8F2FC" w14:textId="77777777" w:rsidR="00064B17" w:rsidRDefault="00000000">
      <w:pPr>
        <w:keepNext/>
        <w:spacing w:before="20" w:after="100" w:line="240" w:lineRule="auto"/>
      </w:pPr>
      <w:r>
        <w:rPr>
          <w:b/>
          <w:color w:val="2D6A6A"/>
          <w:sz w:val="20"/>
        </w:rPr>
        <w:t>OPPORTUNITIES TO SERVE</w:t>
      </w:r>
    </w:p>
    <w:tbl>
      <w:tblPr>
        <w:tblW w:w="10656" w:type="dxa"/>
        <w:tblLayout w:type="fixed"/>
        <w:tblLook w:val="04A0" w:firstRow="1" w:lastRow="0" w:firstColumn="1" w:lastColumn="0" w:noHBand="0" w:noVBand="1"/>
      </w:tblPr>
      <w:tblGrid>
        <w:gridCol w:w="10656"/>
      </w:tblGrid>
      <w:tr w:rsidR="00064B17" w14:paraId="1838FE31" w14:textId="77777777">
        <w:trPr>
          <w:cantSplit/>
        </w:trPr>
        <w:tc>
          <w:tcPr>
            <w:tcW w:w="10656" w:type="dxa"/>
            <w:tcBorders>
              <w:top w:val="single" w:sz="12" w:space="0" w:color="C89B3C"/>
              <w:left w:val="single" w:sz="12" w:space="0" w:color="C89B3C"/>
              <w:bottom w:val="single" w:sz="12" w:space="0" w:color="C89B3C"/>
              <w:right w:val="single" w:sz="12" w:space="0" w:color="C89B3C"/>
            </w:tcBorders>
            <w:shd w:val="clear" w:color="auto" w:fill="FFF7E4"/>
            <w:tcMar>
              <w:top w:w="95" w:type="dxa"/>
              <w:left w:w="190" w:type="dxa"/>
              <w:bottom w:w="95" w:type="dxa"/>
              <w:right w:w="190" w:type="dxa"/>
            </w:tcMar>
            <w:vAlign w:val="center"/>
          </w:tcPr>
          <w:p w14:paraId="01EE7329" w14:textId="77777777" w:rsidR="00064B17" w:rsidRDefault="00000000">
            <w:pPr>
              <w:spacing w:after="20" w:line="240" w:lineRule="auto"/>
            </w:pPr>
            <w:r>
              <w:rPr>
                <w:b/>
                <w:color w:val="C89B3C"/>
                <w:sz w:val="16"/>
              </w:rPr>
              <w:t>HELP SHAPE THE NEXT GENERATION</w:t>
            </w:r>
          </w:p>
          <w:p w14:paraId="33C4958E" w14:textId="77777777" w:rsidR="00064B17" w:rsidRDefault="00000000">
            <w:pPr>
              <w:spacing w:after="20" w:line="240" w:lineRule="auto"/>
            </w:pPr>
            <w:r>
              <w:rPr>
                <w:b/>
                <w:color w:val="1F2A44"/>
                <w:sz w:val="28"/>
              </w:rPr>
              <w:t>Teachers Needed: 3N1 Kids &amp; TC Teens</w:t>
            </w:r>
          </w:p>
          <w:p w14:paraId="17AA4221" w14:textId="77777777" w:rsidR="00064B17" w:rsidRDefault="00000000">
            <w:pPr>
              <w:spacing w:after="60" w:line="240" w:lineRule="auto"/>
            </w:pPr>
            <w:r>
              <w:rPr>
                <w:b/>
                <w:color w:val="2D6A6A"/>
                <w:sz w:val="20"/>
              </w:rPr>
              <w:t>Sunday mornings and Wednesday evenings</w:t>
            </w:r>
          </w:p>
          <w:p w14:paraId="79B7B8C9" w14:textId="77777777" w:rsidR="00064B17" w:rsidRDefault="00000000">
            <w:pPr>
              <w:spacing w:after="0" w:line="254" w:lineRule="auto"/>
            </w:pPr>
            <w:r>
              <w:rPr>
                <w:sz w:val="18"/>
              </w:rPr>
              <w:t>Schedules are flexible - serve once or twice per month or every week. Our young people are the future of the church body, and helping shape and mold them in Christ is an honor. Interested? Contact Shannon Shulenberger, Program Director.</w:t>
            </w:r>
          </w:p>
        </w:tc>
      </w:tr>
    </w:tbl>
    <w:p w14:paraId="5D7C6B5A" w14:textId="77777777" w:rsidR="00064B17" w:rsidRDefault="00064B17">
      <w:pPr>
        <w:spacing w:after="100" w:line="240" w:lineRule="auto"/>
      </w:pPr>
    </w:p>
    <w:p w14:paraId="092F3577" w14:textId="77777777" w:rsidR="00064B17" w:rsidRDefault="00000000">
      <w:pPr>
        <w:keepNext/>
        <w:spacing w:before="20" w:after="100" w:line="240" w:lineRule="auto"/>
      </w:pPr>
      <w:r>
        <w:rPr>
          <w:b/>
          <w:color w:val="2D6A6A"/>
          <w:sz w:val="20"/>
        </w:rPr>
        <w:t>NEW HERE? READY TO GET INVOLVED?</w:t>
      </w:r>
    </w:p>
    <w:p w14:paraId="7322BA91" w14:textId="77777777" w:rsidR="00064B17" w:rsidRDefault="00000000">
      <w:pPr>
        <w:spacing w:after="40" w:line="252" w:lineRule="auto"/>
        <w:jc w:val="center"/>
      </w:pPr>
      <w:r>
        <w:t>Use the TCNC Linktree to sign up to serve, view the church calendar, or get connected.</w:t>
      </w:r>
    </w:p>
    <w:p w14:paraId="165C508D" w14:textId="77777777" w:rsidR="00064B17" w:rsidRDefault="00000000">
      <w:pPr>
        <w:spacing w:before="20" w:after="60" w:line="240" w:lineRule="auto"/>
        <w:jc w:val="center"/>
      </w:pPr>
      <w:r>
        <w:rPr>
          <w:noProof/>
        </w:rPr>
        <w:drawing>
          <wp:inline distT="0" distB="0" distL="0" distR="0" wp14:anchorId="0B301703" wp14:editId="4EEF8BC1">
            <wp:extent cx="1161288" cy="11612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nc_linktree_qr.png"/>
                    <pic:cNvPicPr/>
                  </pic:nvPicPr>
                  <pic:blipFill>
                    <a:blip r:embed="rId8"/>
                    <a:stretch>
                      <a:fillRect/>
                    </a:stretch>
                  </pic:blipFill>
                  <pic:spPr>
                    <a:xfrm>
                      <a:off x="0" y="0"/>
                      <a:ext cx="1161288" cy="1161288"/>
                    </a:xfrm>
                    <a:prstGeom prst="rect">
                      <a:avLst/>
                    </a:prstGeom>
                  </pic:spPr>
                </pic:pic>
              </a:graphicData>
            </a:graphic>
          </wp:inline>
        </w:drawing>
      </w:r>
    </w:p>
    <w:p w14:paraId="6E8AFF12" w14:textId="77777777" w:rsidR="00064B17" w:rsidRDefault="00000000">
      <w:pPr>
        <w:spacing w:after="20" w:line="240" w:lineRule="auto"/>
        <w:jc w:val="center"/>
      </w:pPr>
      <w:r>
        <w:rPr>
          <w:b/>
          <w:color w:val="1F2A44"/>
          <w:sz w:val="18"/>
        </w:rPr>
        <w:t>SCAN TO CONNECT WITH TCNC</w:t>
      </w:r>
    </w:p>
    <w:p w14:paraId="65684B2D" w14:textId="77777777" w:rsidR="00064B17" w:rsidRDefault="00064B17">
      <w:pPr>
        <w:spacing w:line="240" w:lineRule="auto"/>
        <w:jc w:val="center"/>
      </w:pPr>
      <w:hyperlink r:id="rId9">
        <w:r>
          <w:rPr>
            <w:b/>
            <w:color w:val="2D6A6A"/>
            <w:sz w:val="18"/>
            <w:u w:val="single"/>
          </w:rPr>
          <w:t>linktr.ee/TransformationChurchNC</w:t>
        </w:r>
      </w:hyperlink>
    </w:p>
    <w:p w14:paraId="6D18DE14" w14:textId="77777777" w:rsidR="00064B17" w:rsidRDefault="00000000">
      <w:pPr>
        <w:spacing w:after="120" w:line="240" w:lineRule="auto"/>
        <w:jc w:val="center"/>
      </w:pPr>
      <w:r>
        <w:rPr>
          <w:b/>
          <w:color w:val="2D6A6A"/>
          <w:sz w:val="18"/>
        </w:rPr>
        <w:t>Members and attenders: please check your information for accuracy. Thank you!</w:t>
      </w:r>
    </w:p>
    <w:tbl>
      <w:tblPr>
        <w:tblW w:w="10656" w:type="dxa"/>
        <w:tblLayout w:type="fixed"/>
        <w:tblLook w:val="04A0" w:firstRow="1" w:lastRow="0" w:firstColumn="1" w:lastColumn="0" w:noHBand="0" w:noVBand="1"/>
      </w:tblPr>
      <w:tblGrid>
        <w:gridCol w:w="10656"/>
      </w:tblGrid>
      <w:tr w:rsidR="00064B17" w14:paraId="6C8D668F" w14:textId="77777777">
        <w:trPr>
          <w:cantSplit/>
        </w:trPr>
        <w:tc>
          <w:tcPr>
            <w:tcW w:w="10656" w:type="dxa"/>
            <w:tcBorders>
              <w:top w:val="single" w:sz="8" w:space="0" w:color="2D6A6A"/>
              <w:left w:val="single" w:sz="8" w:space="0" w:color="2D6A6A"/>
              <w:bottom w:val="single" w:sz="8" w:space="0" w:color="2D6A6A"/>
              <w:right w:val="single" w:sz="8" w:space="0" w:color="2D6A6A"/>
            </w:tcBorders>
            <w:shd w:val="clear" w:color="auto" w:fill="EAF1F5"/>
            <w:tcMar>
              <w:top w:w="80" w:type="dxa"/>
              <w:left w:w="170" w:type="dxa"/>
              <w:bottom w:w="80" w:type="dxa"/>
              <w:right w:w="170" w:type="dxa"/>
            </w:tcMar>
          </w:tcPr>
          <w:p w14:paraId="6E0C9235" w14:textId="77777777" w:rsidR="00064B17" w:rsidRDefault="00000000">
            <w:pPr>
              <w:spacing w:after="20" w:line="240" w:lineRule="auto"/>
            </w:pPr>
            <w:r>
              <w:rPr>
                <w:b/>
                <w:color w:val="1F2A44"/>
                <w:sz w:val="22"/>
              </w:rPr>
              <w:t>Download the GroupMe App</w:t>
            </w:r>
          </w:p>
          <w:p w14:paraId="7351FFA6" w14:textId="77777777" w:rsidR="00064B17" w:rsidRDefault="00000000">
            <w:pPr>
              <w:spacing w:after="40" w:line="240" w:lineRule="auto"/>
            </w:pPr>
            <w:r>
              <w:rPr>
                <w:b/>
                <w:color w:val="2D6A6A"/>
                <w:sz w:val="18"/>
              </w:rPr>
              <w:t>Fellowship • Ministry • Prayer • Meal Group Chats</w:t>
            </w:r>
          </w:p>
          <w:p w14:paraId="2BC98203" w14:textId="77777777" w:rsidR="00064B17" w:rsidRDefault="00000000">
            <w:pPr>
              <w:spacing w:after="0" w:line="247" w:lineRule="auto"/>
            </w:pPr>
            <w:r>
              <w:rPr>
                <w:sz w:val="17"/>
              </w:rPr>
              <w:t>GroupMe is the easiest way to communicate and stay up to date on TCNC information.</w:t>
            </w:r>
          </w:p>
        </w:tc>
      </w:tr>
    </w:tbl>
    <w:p w14:paraId="07A46201" w14:textId="77777777" w:rsidR="00064B17" w:rsidRDefault="00064B17">
      <w:pPr>
        <w:spacing w:line="240" w:lineRule="auto"/>
      </w:pPr>
    </w:p>
    <w:tbl>
      <w:tblPr>
        <w:tblW w:w="10656" w:type="dxa"/>
        <w:tblLayout w:type="fixed"/>
        <w:tblLook w:val="04A0" w:firstRow="1" w:lastRow="0" w:firstColumn="1" w:lastColumn="0" w:noHBand="0" w:noVBand="1"/>
      </w:tblPr>
      <w:tblGrid>
        <w:gridCol w:w="10656"/>
      </w:tblGrid>
      <w:tr w:rsidR="00064B17" w14:paraId="4944602A" w14:textId="77777777">
        <w:trPr>
          <w:cantSplit/>
        </w:trPr>
        <w:tc>
          <w:tcPr>
            <w:tcW w:w="10656" w:type="dxa"/>
            <w:tcBorders>
              <w:top w:val="single" w:sz="8" w:space="0" w:color="C89B3C"/>
              <w:left w:val="single" w:sz="8" w:space="0" w:color="C89B3C"/>
              <w:bottom w:val="single" w:sz="8" w:space="0" w:color="C89B3C"/>
              <w:right w:val="single" w:sz="8" w:space="0" w:color="C89B3C"/>
            </w:tcBorders>
            <w:shd w:val="clear" w:color="auto" w:fill="F7F2E8"/>
            <w:tcMar>
              <w:top w:w="80" w:type="dxa"/>
              <w:left w:w="170" w:type="dxa"/>
              <w:bottom w:w="80" w:type="dxa"/>
              <w:right w:w="170" w:type="dxa"/>
            </w:tcMar>
          </w:tcPr>
          <w:p w14:paraId="48508320" w14:textId="77777777" w:rsidR="00064B17" w:rsidRDefault="00000000">
            <w:pPr>
              <w:spacing w:after="20" w:line="240" w:lineRule="auto"/>
            </w:pPr>
            <w:r>
              <w:rPr>
                <w:b/>
                <w:color w:val="1F2A44"/>
                <w:sz w:val="22"/>
              </w:rPr>
              <w:t>TCNC Bingo Shirts</w:t>
            </w:r>
          </w:p>
          <w:p w14:paraId="53C33665" w14:textId="77777777" w:rsidR="00064B17" w:rsidRDefault="00000000">
            <w:pPr>
              <w:spacing w:after="40" w:line="240" w:lineRule="auto"/>
            </w:pPr>
            <w:r>
              <w:rPr>
                <w:b/>
                <w:color w:val="2D6A6A"/>
                <w:sz w:val="18"/>
              </w:rPr>
              <w:t>Available for purchase through our Facebook page</w:t>
            </w:r>
          </w:p>
          <w:p w14:paraId="030A9D62" w14:textId="77777777" w:rsidR="00064B17" w:rsidRDefault="00000000">
            <w:pPr>
              <w:spacing w:after="0" w:line="247" w:lineRule="auto"/>
            </w:pPr>
            <w:r>
              <w:rPr>
                <w:sz w:val="17"/>
              </w:rPr>
              <w:t>They are very cool - check them out! All purchases support the Building Down Payment Fund.</w:t>
            </w:r>
          </w:p>
        </w:tc>
      </w:tr>
    </w:tbl>
    <w:p w14:paraId="5F2A0180" w14:textId="77777777" w:rsidR="00064B17" w:rsidRDefault="00064B17">
      <w:pPr>
        <w:spacing w:line="240" w:lineRule="auto"/>
      </w:pPr>
    </w:p>
    <w:p w14:paraId="69887EF6" w14:textId="77777777" w:rsidR="00064B17" w:rsidRDefault="00000000">
      <w:pPr>
        <w:spacing w:after="0" w:line="240" w:lineRule="auto"/>
        <w:jc w:val="center"/>
      </w:pPr>
      <w:r>
        <w:rPr>
          <w:i/>
          <w:color w:val="56616F"/>
          <w:sz w:val="16"/>
        </w:rPr>
        <w:t>Stay connected on Facebook, YouTube, and the church website. Manage email preferences through the church communications link.</w:t>
      </w:r>
    </w:p>
    <w:p w14:paraId="347BA00D" w14:textId="77777777" w:rsidR="00064B17" w:rsidRDefault="00000000">
      <w:r>
        <w:br w:type="page"/>
      </w:r>
    </w:p>
    <w:tbl>
      <w:tblPr>
        <w:tblW w:w="10656" w:type="dxa"/>
        <w:tblLayout w:type="fixed"/>
        <w:tblLook w:val="04A0" w:firstRow="1" w:lastRow="0" w:firstColumn="1" w:lastColumn="0" w:noHBand="0" w:noVBand="1"/>
      </w:tblPr>
      <w:tblGrid>
        <w:gridCol w:w="10656"/>
      </w:tblGrid>
      <w:tr w:rsidR="00064B17" w14:paraId="6BCD0C9F" w14:textId="77777777">
        <w:trPr>
          <w:cantSplit/>
        </w:trPr>
        <w:tc>
          <w:tcPr>
            <w:tcW w:w="10656" w:type="dxa"/>
            <w:tcBorders>
              <w:top w:val="single" w:sz="2" w:space="0" w:color="1F2A44"/>
              <w:left w:val="single" w:sz="2" w:space="0" w:color="1F2A44"/>
              <w:bottom w:val="single" w:sz="2" w:space="0" w:color="1F2A44"/>
              <w:right w:val="single" w:sz="2" w:space="0" w:color="1F2A44"/>
            </w:tcBorders>
            <w:shd w:val="clear" w:color="auto" w:fill="1F2A44"/>
            <w:tcMar>
              <w:top w:w="130" w:type="dxa"/>
              <w:left w:w="260" w:type="dxa"/>
              <w:bottom w:w="135" w:type="dxa"/>
              <w:right w:w="260" w:type="dxa"/>
            </w:tcMar>
            <w:vAlign w:val="center"/>
          </w:tcPr>
          <w:p w14:paraId="05B7CFCB" w14:textId="77777777" w:rsidR="00064B17" w:rsidRDefault="00000000">
            <w:pPr>
              <w:spacing w:after="40" w:line="240" w:lineRule="auto"/>
              <w:jc w:val="center"/>
            </w:pPr>
            <w:r>
              <w:rPr>
                <w:b/>
                <w:color w:val="C89B3C"/>
                <w:sz w:val="18"/>
              </w:rPr>
              <w:lastRenderedPageBreak/>
              <w:t>MAKE ROOM TO GROW</w:t>
            </w:r>
          </w:p>
          <w:p w14:paraId="77AB53A4" w14:textId="77777777" w:rsidR="00064B17" w:rsidRDefault="00000000">
            <w:pPr>
              <w:spacing w:after="40" w:line="228" w:lineRule="auto"/>
              <w:jc w:val="center"/>
            </w:pPr>
            <w:r>
              <w:rPr>
                <w:b/>
                <w:color w:val="FFFFFF"/>
                <w:sz w:val="48"/>
              </w:rPr>
              <w:t>Spiritual Growth &amp; Outreach</w:t>
            </w:r>
          </w:p>
          <w:p w14:paraId="02B4C3ED" w14:textId="77777777" w:rsidR="00064B17" w:rsidRDefault="00000000">
            <w:pPr>
              <w:spacing w:after="0" w:line="240" w:lineRule="auto"/>
              <w:jc w:val="center"/>
            </w:pPr>
            <w:r>
              <w:rPr>
                <w:i/>
                <w:color w:val="F7F2E8"/>
                <w:sz w:val="21"/>
              </w:rPr>
              <w:t>Weekly rhythms, monthly gatherings, and practical ways to serve our community.</w:t>
            </w:r>
          </w:p>
        </w:tc>
      </w:tr>
    </w:tbl>
    <w:p w14:paraId="346A3271" w14:textId="77777777" w:rsidR="00064B17" w:rsidRDefault="00064B17">
      <w:pPr>
        <w:spacing w:after="140" w:line="240" w:lineRule="auto"/>
      </w:pPr>
    </w:p>
    <w:p w14:paraId="691DDB36" w14:textId="77777777" w:rsidR="00064B17" w:rsidRDefault="00000000">
      <w:pPr>
        <w:keepNext/>
        <w:spacing w:before="20" w:after="100" w:line="240" w:lineRule="auto"/>
      </w:pPr>
      <w:r>
        <w:rPr>
          <w:b/>
          <w:color w:val="2D6A6A"/>
          <w:sz w:val="20"/>
        </w:rPr>
        <w:t>WEEKLY SPIRITUAL GROWTH OPPORTUNITIES</w:t>
      </w:r>
    </w:p>
    <w:tbl>
      <w:tblPr>
        <w:tblW w:w="10656" w:type="dxa"/>
        <w:tblLayout w:type="fixed"/>
        <w:tblLook w:val="04A0" w:firstRow="1" w:lastRow="0" w:firstColumn="1" w:lastColumn="0" w:noHBand="0" w:noVBand="1"/>
      </w:tblPr>
      <w:tblGrid>
        <w:gridCol w:w="5328"/>
        <w:gridCol w:w="5328"/>
      </w:tblGrid>
      <w:tr w:rsidR="00064B17" w14:paraId="0605C227" w14:textId="77777777">
        <w:trPr>
          <w:cantSplit/>
        </w:trPr>
        <w:tc>
          <w:tcPr>
            <w:tcW w:w="5328" w:type="dxa"/>
            <w:tcBorders>
              <w:top w:val="single" w:sz="6" w:space="0" w:color="D8DEE6"/>
              <w:left w:val="single" w:sz="6" w:space="0" w:color="D8DEE6"/>
              <w:bottom w:val="single" w:sz="6" w:space="0" w:color="D8DEE6"/>
              <w:right w:val="single" w:sz="6" w:space="0" w:color="D8DEE6"/>
            </w:tcBorders>
            <w:shd w:val="clear" w:color="auto" w:fill="FFFFFF"/>
            <w:tcMar>
              <w:top w:w="110" w:type="dxa"/>
              <w:left w:w="160" w:type="dxa"/>
              <w:bottom w:w="110" w:type="dxa"/>
              <w:right w:w="160" w:type="dxa"/>
            </w:tcMar>
          </w:tcPr>
          <w:p w14:paraId="396F8F5E" w14:textId="77777777" w:rsidR="00064B17" w:rsidRDefault="00000000">
            <w:pPr>
              <w:keepNext/>
              <w:spacing w:after="20" w:line="240" w:lineRule="auto"/>
            </w:pPr>
            <w:r>
              <w:rPr>
                <w:b/>
                <w:color w:val="1F2A44"/>
                <w:sz w:val="20"/>
              </w:rPr>
              <w:t>Women of Faith Bible Study</w:t>
            </w:r>
          </w:p>
          <w:p w14:paraId="07DBE072" w14:textId="77777777" w:rsidR="00064B17" w:rsidRDefault="00000000">
            <w:pPr>
              <w:keepNext/>
              <w:spacing w:after="20" w:line="240" w:lineRule="auto"/>
            </w:pPr>
            <w:r>
              <w:rPr>
                <w:b/>
                <w:color w:val="2D6A6A"/>
                <w:sz w:val="17"/>
              </w:rPr>
              <w:t>Tuesdays  |  6-8 PM</w:t>
            </w:r>
          </w:p>
          <w:p w14:paraId="193E19FB" w14:textId="77777777" w:rsidR="00064B17" w:rsidRDefault="00000000">
            <w:pPr>
              <w:spacing w:after="0" w:line="245" w:lineRule="auto"/>
            </w:pPr>
            <w:r>
              <w:rPr>
                <w:sz w:val="16"/>
              </w:rPr>
              <w:t>All adult women are encouraged to attend. Study the Word, grow your mustard seed of faith, and do life together. Current study: Armor of God.</w:t>
            </w:r>
          </w:p>
        </w:tc>
        <w:tc>
          <w:tcPr>
            <w:tcW w:w="5328" w:type="dxa"/>
            <w:tcBorders>
              <w:top w:val="single" w:sz="6" w:space="0" w:color="D8DEE6"/>
              <w:left w:val="single" w:sz="6" w:space="0" w:color="D8DEE6"/>
              <w:bottom w:val="single" w:sz="6" w:space="0" w:color="D8DEE6"/>
              <w:right w:val="single" w:sz="6" w:space="0" w:color="D8DEE6"/>
            </w:tcBorders>
            <w:shd w:val="clear" w:color="auto" w:fill="FFFFFF"/>
            <w:tcMar>
              <w:top w:w="110" w:type="dxa"/>
              <w:left w:w="160" w:type="dxa"/>
              <w:bottom w:w="110" w:type="dxa"/>
              <w:right w:w="160" w:type="dxa"/>
            </w:tcMar>
          </w:tcPr>
          <w:p w14:paraId="7E777E3B" w14:textId="77777777" w:rsidR="00064B17" w:rsidRDefault="00000000">
            <w:pPr>
              <w:keepNext/>
              <w:spacing w:after="20" w:line="240" w:lineRule="auto"/>
            </w:pPr>
            <w:r>
              <w:rPr>
                <w:b/>
                <w:color w:val="1F2A44"/>
                <w:sz w:val="20"/>
              </w:rPr>
              <w:t>Faith Family Friends</w:t>
            </w:r>
          </w:p>
          <w:p w14:paraId="4932ABA6" w14:textId="77777777" w:rsidR="00064B17" w:rsidRDefault="00000000">
            <w:pPr>
              <w:keepNext/>
              <w:spacing w:after="20" w:line="240" w:lineRule="auto"/>
            </w:pPr>
            <w:r>
              <w:rPr>
                <w:b/>
                <w:color w:val="2D6A6A"/>
                <w:sz w:val="17"/>
              </w:rPr>
              <w:t>Wednesdays  |  6-8 PM</w:t>
            </w:r>
          </w:p>
          <w:p w14:paraId="37EFCFDA" w14:textId="77777777" w:rsidR="00064B17" w:rsidRDefault="00000000">
            <w:pPr>
              <w:spacing w:after="0" w:line="245" w:lineRule="auto"/>
            </w:pPr>
            <w:r>
              <w:rPr>
                <w:sz w:val="16"/>
              </w:rPr>
              <w:t>Refill your "spiritual tank" with a midweek break from the world. Dinner begins at 6 PM in the Fellowship Hall, followed by age-appropriate activities for the whole family.</w:t>
            </w:r>
          </w:p>
        </w:tc>
      </w:tr>
    </w:tbl>
    <w:p w14:paraId="25F6117C" w14:textId="77777777" w:rsidR="00064B17" w:rsidRDefault="00064B17">
      <w:pPr>
        <w:spacing w:after="120" w:line="240" w:lineRule="auto"/>
      </w:pPr>
    </w:p>
    <w:p w14:paraId="6C09882D" w14:textId="77777777" w:rsidR="00064B17" w:rsidRDefault="00000000">
      <w:pPr>
        <w:keepNext/>
        <w:spacing w:before="20" w:after="100" w:line="240" w:lineRule="auto"/>
      </w:pPr>
      <w:r>
        <w:rPr>
          <w:b/>
          <w:color w:val="2D6A6A"/>
          <w:sz w:val="20"/>
        </w:rPr>
        <w:t>MONTHLY SPIRITUAL GROWTH OPPORTUNITIES</w:t>
      </w:r>
    </w:p>
    <w:tbl>
      <w:tblPr>
        <w:tblW w:w="10656" w:type="dxa"/>
        <w:tblLayout w:type="fixed"/>
        <w:tblLook w:val="04A0" w:firstRow="1" w:lastRow="0" w:firstColumn="1" w:lastColumn="0" w:noHBand="0" w:noVBand="1"/>
      </w:tblPr>
      <w:tblGrid>
        <w:gridCol w:w="5328"/>
        <w:gridCol w:w="5328"/>
      </w:tblGrid>
      <w:tr w:rsidR="00064B17" w14:paraId="547E115A" w14:textId="77777777">
        <w:trPr>
          <w:cantSplit/>
        </w:trPr>
        <w:tc>
          <w:tcPr>
            <w:tcW w:w="5328" w:type="dxa"/>
            <w:tcBorders>
              <w:top w:val="single" w:sz="6" w:space="0" w:color="D8DEE6"/>
              <w:left w:val="single" w:sz="6" w:space="0" w:color="D8DEE6"/>
              <w:bottom w:val="single" w:sz="6" w:space="0" w:color="D8DEE6"/>
              <w:right w:val="single" w:sz="6" w:space="0" w:color="D8DEE6"/>
            </w:tcBorders>
            <w:shd w:val="clear" w:color="auto" w:fill="FFFFFF"/>
            <w:tcMar>
              <w:top w:w="110" w:type="dxa"/>
              <w:left w:w="160" w:type="dxa"/>
              <w:bottom w:w="110" w:type="dxa"/>
              <w:right w:w="160" w:type="dxa"/>
            </w:tcMar>
          </w:tcPr>
          <w:p w14:paraId="44BA2726" w14:textId="77777777" w:rsidR="00064B17" w:rsidRDefault="00000000">
            <w:pPr>
              <w:keepNext/>
              <w:spacing w:after="20" w:line="240" w:lineRule="auto"/>
            </w:pPr>
            <w:r>
              <w:rPr>
                <w:b/>
                <w:color w:val="1F2A44"/>
                <w:sz w:val="20"/>
              </w:rPr>
              <w:t>Pastor's Table</w:t>
            </w:r>
          </w:p>
          <w:p w14:paraId="347CBFF0" w14:textId="77777777" w:rsidR="00064B17" w:rsidRDefault="00000000">
            <w:pPr>
              <w:keepNext/>
              <w:spacing w:after="20" w:line="240" w:lineRule="auto"/>
            </w:pPr>
            <w:r>
              <w:rPr>
                <w:b/>
                <w:color w:val="2D6A6A"/>
                <w:sz w:val="17"/>
              </w:rPr>
              <w:t>1st Sunday of each month  |  After service</w:t>
            </w:r>
          </w:p>
          <w:p w14:paraId="30DC1994" w14:textId="77777777" w:rsidR="00064B17" w:rsidRDefault="00000000">
            <w:pPr>
              <w:spacing w:after="140" w:line="245" w:lineRule="auto"/>
            </w:pPr>
            <w:r>
              <w:rPr>
                <w:sz w:val="16"/>
              </w:rPr>
              <w:t>New to TCNC? Meet the Pastor and church leaders over lunch. Please sign up at TC Central if you plan to attend.</w:t>
            </w:r>
          </w:p>
          <w:p w14:paraId="06CE0FDF" w14:textId="77777777" w:rsidR="00064B17" w:rsidRDefault="00000000">
            <w:pPr>
              <w:keepNext/>
              <w:spacing w:after="20" w:line="240" w:lineRule="auto"/>
            </w:pPr>
            <w:r>
              <w:rPr>
                <w:b/>
                <w:color w:val="1F2A44"/>
                <w:sz w:val="20"/>
              </w:rPr>
              <w:t>Women of Faith Monthly Meeting</w:t>
            </w:r>
          </w:p>
          <w:p w14:paraId="2A438DF8" w14:textId="77777777" w:rsidR="00064B17" w:rsidRDefault="00000000">
            <w:pPr>
              <w:keepNext/>
              <w:spacing w:after="20" w:line="240" w:lineRule="auto"/>
            </w:pPr>
            <w:r>
              <w:rPr>
                <w:b/>
                <w:color w:val="2D6A6A"/>
                <w:sz w:val="17"/>
              </w:rPr>
              <w:t>2nd Saturday of each month  |  Noon</w:t>
            </w:r>
          </w:p>
          <w:p w14:paraId="7CAA2028" w14:textId="77777777" w:rsidR="00064B17" w:rsidRDefault="00000000">
            <w:pPr>
              <w:spacing w:after="0" w:line="245" w:lineRule="auto"/>
            </w:pPr>
            <w:r>
              <w:rPr>
                <w:sz w:val="16"/>
              </w:rPr>
              <w:t>The 2026 theme is "Flourish." All adult women are welcome.</w:t>
            </w:r>
          </w:p>
        </w:tc>
        <w:tc>
          <w:tcPr>
            <w:tcW w:w="5328" w:type="dxa"/>
            <w:tcBorders>
              <w:top w:val="single" w:sz="6" w:space="0" w:color="D8DEE6"/>
              <w:left w:val="single" w:sz="6" w:space="0" w:color="D8DEE6"/>
              <w:bottom w:val="single" w:sz="6" w:space="0" w:color="D8DEE6"/>
              <w:right w:val="single" w:sz="6" w:space="0" w:color="D8DEE6"/>
            </w:tcBorders>
            <w:shd w:val="clear" w:color="auto" w:fill="FFFFFF"/>
            <w:tcMar>
              <w:top w:w="110" w:type="dxa"/>
              <w:left w:w="160" w:type="dxa"/>
              <w:bottom w:w="110" w:type="dxa"/>
              <w:right w:w="160" w:type="dxa"/>
            </w:tcMar>
          </w:tcPr>
          <w:p w14:paraId="25A0A029" w14:textId="77777777" w:rsidR="00064B17" w:rsidRDefault="00000000">
            <w:pPr>
              <w:keepNext/>
              <w:spacing w:after="20" w:line="240" w:lineRule="auto"/>
            </w:pPr>
            <w:r>
              <w:rPr>
                <w:b/>
                <w:color w:val="1F2A44"/>
                <w:sz w:val="20"/>
              </w:rPr>
              <w:t>Membership Class</w:t>
            </w:r>
          </w:p>
          <w:p w14:paraId="1E2D01AA" w14:textId="77777777" w:rsidR="00064B17" w:rsidRDefault="00000000">
            <w:pPr>
              <w:keepNext/>
              <w:spacing w:after="20" w:line="240" w:lineRule="auto"/>
            </w:pPr>
            <w:r>
              <w:rPr>
                <w:b/>
                <w:color w:val="2D6A6A"/>
                <w:sz w:val="17"/>
              </w:rPr>
              <w:t>3rd Sunday of each month  |  After service</w:t>
            </w:r>
          </w:p>
          <w:p w14:paraId="3FA59626" w14:textId="77777777" w:rsidR="00064B17" w:rsidRDefault="00000000">
            <w:pPr>
              <w:spacing w:after="140" w:line="245" w:lineRule="auto"/>
            </w:pPr>
            <w:r>
              <w:rPr>
                <w:sz w:val="16"/>
              </w:rPr>
              <w:t>Interested in joining TCNC? Join us for lunch to learn what we stand for and the benefits of membership.</w:t>
            </w:r>
          </w:p>
          <w:p w14:paraId="4E7DFCE8" w14:textId="77777777" w:rsidR="00064B17" w:rsidRDefault="00000000">
            <w:pPr>
              <w:keepNext/>
              <w:spacing w:after="20" w:line="240" w:lineRule="auto"/>
            </w:pPr>
            <w:r>
              <w:rPr>
                <w:b/>
                <w:color w:val="1F2A44"/>
                <w:sz w:val="20"/>
              </w:rPr>
              <w:t>Forged Men's Ministry</w:t>
            </w:r>
          </w:p>
          <w:p w14:paraId="525C2699" w14:textId="77777777" w:rsidR="00064B17" w:rsidRDefault="00000000">
            <w:pPr>
              <w:keepNext/>
              <w:spacing w:after="20" w:line="240" w:lineRule="auto"/>
            </w:pPr>
            <w:r>
              <w:rPr>
                <w:b/>
                <w:color w:val="2D6A6A"/>
                <w:sz w:val="17"/>
              </w:rPr>
              <w:t>4th Saturday of each month  |  11 AM-2 PM</w:t>
            </w:r>
          </w:p>
          <w:p w14:paraId="34419F03" w14:textId="77777777" w:rsidR="00064B17" w:rsidRDefault="00000000">
            <w:pPr>
              <w:spacing w:after="0" w:line="245" w:lineRule="auto"/>
            </w:pPr>
            <w:r>
              <w:rPr>
                <w:sz w:val="16"/>
              </w:rPr>
              <w:t>Fellowship and grow with your brothers in Christ during the monthly Bible study led by Elder TJ Woods in the Fellowship Hall.</w:t>
            </w:r>
          </w:p>
        </w:tc>
      </w:tr>
    </w:tbl>
    <w:p w14:paraId="036C8CAE" w14:textId="77777777" w:rsidR="00064B17" w:rsidRDefault="00064B17">
      <w:pPr>
        <w:spacing w:after="120" w:line="240" w:lineRule="auto"/>
      </w:pPr>
    </w:p>
    <w:p w14:paraId="765DA0A9" w14:textId="77777777" w:rsidR="00064B17" w:rsidRDefault="00000000">
      <w:pPr>
        <w:keepNext/>
        <w:spacing w:before="20" w:after="100" w:line="240" w:lineRule="auto"/>
      </w:pPr>
      <w:r>
        <w:rPr>
          <w:b/>
          <w:color w:val="2D6A6A"/>
          <w:sz w:val="20"/>
        </w:rPr>
        <w:t>OUTREACH</w:t>
      </w:r>
    </w:p>
    <w:tbl>
      <w:tblPr>
        <w:tblW w:w="10656" w:type="dxa"/>
        <w:tblLayout w:type="fixed"/>
        <w:tblLook w:val="04A0" w:firstRow="1" w:lastRow="0" w:firstColumn="1" w:lastColumn="0" w:noHBand="0" w:noVBand="1"/>
      </w:tblPr>
      <w:tblGrid>
        <w:gridCol w:w="5328"/>
        <w:gridCol w:w="5328"/>
      </w:tblGrid>
      <w:tr w:rsidR="00064B17" w14:paraId="5B614FDB" w14:textId="77777777">
        <w:trPr>
          <w:cantSplit/>
        </w:trPr>
        <w:tc>
          <w:tcPr>
            <w:tcW w:w="5328" w:type="dxa"/>
            <w:tcBorders>
              <w:top w:val="single" w:sz="8" w:space="0" w:color="2D6A6A"/>
              <w:left w:val="single" w:sz="8" w:space="0" w:color="2D6A6A"/>
              <w:bottom w:val="single" w:sz="8" w:space="0" w:color="2D6A6A"/>
              <w:right w:val="single" w:sz="8" w:space="0" w:color="2D6A6A"/>
            </w:tcBorders>
            <w:shd w:val="clear" w:color="auto" w:fill="E7F1F0"/>
            <w:tcMar>
              <w:top w:w="95" w:type="dxa"/>
              <w:left w:w="150" w:type="dxa"/>
              <w:bottom w:w="95" w:type="dxa"/>
              <w:right w:w="150" w:type="dxa"/>
            </w:tcMar>
          </w:tcPr>
          <w:p w14:paraId="00E96F1B" w14:textId="77777777" w:rsidR="00064B17" w:rsidRDefault="00000000">
            <w:pPr>
              <w:spacing w:after="40" w:line="240" w:lineRule="auto"/>
              <w:jc w:val="center"/>
            </w:pPr>
            <w:r>
              <w:rPr>
                <w:b/>
                <w:color w:val="1F2A44"/>
                <w:sz w:val="20"/>
              </w:rPr>
              <w:t>Community Clothing Closet</w:t>
            </w:r>
          </w:p>
          <w:p w14:paraId="16580E17" w14:textId="77777777" w:rsidR="00064B17" w:rsidRDefault="00000000">
            <w:pPr>
              <w:spacing w:after="0" w:line="240" w:lineRule="auto"/>
              <w:jc w:val="center"/>
            </w:pPr>
            <w:r>
              <w:rPr>
                <w:b/>
                <w:color w:val="2D6A6A"/>
                <w:sz w:val="17"/>
              </w:rPr>
              <w:t>Sundays 12:30-2 PM</w:t>
            </w:r>
            <w:r>
              <w:rPr>
                <w:b/>
                <w:color w:val="2D6A6A"/>
                <w:sz w:val="17"/>
              </w:rPr>
              <w:br/>
              <w:t>Wednesdays 4:30-6 PM</w:t>
            </w:r>
          </w:p>
        </w:tc>
        <w:tc>
          <w:tcPr>
            <w:tcW w:w="5328" w:type="dxa"/>
            <w:tcBorders>
              <w:top w:val="single" w:sz="8" w:space="0" w:color="2D6A6A"/>
              <w:left w:val="single" w:sz="8" w:space="0" w:color="2D6A6A"/>
              <w:bottom w:val="single" w:sz="8" w:space="0" w:color="2D6A6A"/>
              <w:right w:val="single" w:sz="8" w:space="0" w:color="2D6A6A"/>
            </w:tcBorders>
            <w:shd w:val="clear" w:color="auto" w:fill="E7F1F0"/>
            <w:tcMar>
              <w:top w:w="95" w:type="dxa"/>
              <w:left w:w="150" w:type="dxa"/>
              <w:bottom w:w="95" w:type="dxa"/>
              <w:right w:w="150" w:type="dxa"/>
            </w:tcMar>
          </w:tcPr>
          <w:p w14:paraId="4B21536F" w14:textId="77777777" w:rsidR="00064B17" w:rsidRDefault="00000000">
            <w:pPr>
              <w:spacing w:after="40" w:line="240" w:lineRule="auto"/>
              <w:jc w:val="center"/>
            </w:pPr>
            <w:r>
              <w:rPr>
                <w:b/>
                <w:color w:val="1F2A44"/>
                <w:sz w:val="20"/>
              </w:rPr>
              <w:t>TCNC Food Pantry</w:t>
            </w:r>
          </w:p>
          <w:p w14:paraId="588AAED0" w14:textId="77777777" w:rsidR="00064B17" w:rsidRDefault="00000000">
            <w:pPr>
              <w:spacing w:after="0" w:line="240" w:lineRule="auto"/>
              <w:jc w:val="center"/>
            </w:pPr>
            <w:r>
              <w:rPr>
                <w:b/>
                <w:color w:val="2D6A6A"/>
                <w:sz w:val="17"/>
              </w:rPr>
              <w:t>Sundays 12:30-2 PM</w:t>
            </w:r>
            <w:r>
              <w:rPr>
                <w:b/>
                <w:color w:val="2D6A6A"/>
                <w:sz w:val="17"/>
              </w:rPr>
              <w:br/>
              <w:t>Wednesdays 4:30-6 PM</w:t>
            </w:r>
          </w:p>
        </w:tc>
      </w:tr>
    </w:tbl>
    <w:p w14:paraId="3F416CC9" w14:textId="77777777" w:rsidR="00064B17" w:rsidRDefault="00064B17">
      <w:pPr>
        <w:spacing w:after="120" w:line="240" w:lineRule="auto"/>
      </w:pPr>
    </w:p>
    <w:tbl>
      <w:tblPr>
        <w:tblW w:w="10656" w:type="dxa"/>
        <w:tblLayout w:type="fixed"/>
        <w:tblLook w:val="04A0" w:firstRow="1" w:lastRow="0" w:firstColumn="1" w:lastColumn="0" w:noHBand="0" w:noVBand="1"/>
      </w:tblPr>
      <w:tblGrid>
        <w:gridCol w:w="10656"/>
      </w:tblGrid>
      <w:tr w:rsidR="00064B17" w14:paraId="1A0EF0D2" w14:textId="77777777">
        <w:trPr>
          <w:cantSplit/>
        </w:trPr>
        <w:tc>
          <w:tcPr>
            <w:tcW w:w="10656" w:type="dxa"/>
            <w:tcBorders>
              <w:top w:val="single" w:sz="8" w:space="0" w:color="C89B3C"/>
              <w:left w:val="single" w:sz="8" w:space="0" w:color="C89B3C"/>
              <w:bottom w:val="single" w:sz="8" w:space="0" w:color="C89B3C"/>
              <w:right w:val="single" w:sz="8" w:space="0" w:color="C89B3C"/>
            </w:tcBorders>
            <w:shd w:val="clear" w:color="auto" w:fill="FFF7E4"/>
            <w:tcMar>
              <w:top w:w="80" w:type="dxa"/>
              <w:left w:w="170" w:type="dxa"/>
              <w:bottom w:w="80" w:type="dxa"/>
              <w:right w:w="170" w:type="dxa"/>
            </w:tcMar>
          </w:tcPr>
          <w:p w14:paraId="4BF727E5" w14:textId="77777777" w:rsidR="00064B17" w:rsidRDefault="00000000">
            <w:pPr>
              <w:spacing w:after="20" w:line="240" w:lineRule="auto"/>
            </w:pPr>
            <w:r>
              <w:rPr>
                <w:b/>
                <w:color w:val="1F2A44"/>
                <w:sz w:val="22"/>
              </w:rPr>
              <w:t>Prison Ministry</w:t>
            </w:r>
          </w:p>
          <w:p w14:paraId="63C263F7" w14:textId="77777777" w:rsidR="00064B17" w:rsidRDefault="00000000">
            <w:pPr>
              <w:spacing w:after="40" w:line="240" w:lineRule="auto"/>
            </w:pPr>
            <w:r>
              <w:rPr>
                <w:b/>
                <w:color w:val="2D6A6A"/>
                <w:sz w:val="18"/>
              </w:rPr>
              <w:t>Interested in joining the team?</w:t>
            </w:r>
          </w:p>
          <w:p w14:paraId="3381EA86" w14:textId="77777777" w:rsidR="00064B17" w:rsidRDefault="00000000">
            <w:pPr>
              <w:spacing w:after="0" w:line="247" w:lineRule="auto"/>
            </w:pPr>
            <w:r>
              <w:rPr>
                <w:sz w:val="17"/>
              </w:rPr>
              <w:t>Please reach out to Pastor Andy or Elder TJ Woods for the next steps and requirements.</w:t>
            </w:r>
          </w:p>
        </w:tc>
      </w:tr>
    </w:tbl>
    <w:p w14:paraId="4A396F78" w14:textId="77777777" w:rsidR="00064B17" w:rsidRDefault="00064B17">
      <w:pPr>
        <w:spacing w:line="240" w:lineRule="auto"/>
      </w:pPr>
    </w:p>
    <w:p w14:paraId="18763DDD" w14:textId="77777777" w:rsidR="00064B17" w:rsidRDefault="00000000">
      <w:pPr>
        <w:spacing w:before="40" w:after="0" w:line="240" w:lineRule="auto"/>
        <w:jc w:val="center"/>
      </w:pPr>
      <w:r>
        <w:rPr>
          <w:b/>
          <w:color w:val="1F2A44"/>
          <w:sz w:val="18"/>
        </w:rPr>
        <w:t>GATHER  •  GROW  •  SERVE  •  STAY CONNECTED</w:t>
      </w:r>
    </w:p>
    <w:sectPr w:rsidR="00064B17" w:rsidSect="00034616">
      <w:headerReference w:type="default" r:id="rId10"/>
      <w:footerReference w:type="default" r:id="rId11"/>
      <w:pgSz w:w="12240" w:h="15840"/>
      <w:pgMar w:top="691" w:right="792" w:bottom="691" w:left="792" w:header="317"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2B60" w14:textId="77777777" w:rsidR="002A2FEC" w:rsidRDefault="002A2FEC">
      <w:pPr>
        <w:spacing w:after="0" w:line="240" w:lineRule="auto"/>
      </w:pPr>
      <w:r>
        <w:separator/>
      </w:r>
    </w:p>
  </w:endnote>
  <w:endnote w:type="continuationSeparator" w:id="0">
    <w:p w14:paraId="42394BCA" w14:textId="77777777" w:rsidR="002A2FEC" w:rsidRDefault="002A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3854" w14:textId="07B7252E" w:rsidR="00064B17" w:rsidRDefault="00000000">
    <w:pPr>
      <w:pStyle w:val="Footer"/>
      <w:jc w:val="center"/>
    </w:pPr>
    <w:r>
      <w:rPr>
        <w:color w:val="56616F"/>
        <w:sz w:val="17"/>
      </w:rPr>
      <w:t xml:space="preserve">|   Page </w:t>
    </w:r>
    <w:r>
      <w:rPr>
        <w:color w:val="56616F"/>
        <w:sz w:val="17"/>
      </w:rPr>
      <w:fldChar w:fldCharType="begin"/>
    </w:r>
    <w:r>
      <w:rPr>
        <w:color w:val="56616F"/>
        <w:sz w:val="17"/>
      </w:rPr>
      <w:instrText xml:space="preserve"> PAGE </w:instrText>
    </w:r>
    <w:r>
      <w:rPr>
        <w:color w:val="56616F"/>
        <w:sz w:val="17"/>
      </w:rPr>
      <w:fldChar w:fldCharType="separate"/>
    </w:r>
    <w:r w:rsidR="00CE7283">
      <w:rPr>
        <w:noProof/>
        <w:color w:val="56616F"/>
        <w:sz w:val="17"/>
      </w:rPr>
      <w:t>1</w:t>
    </w:r>
    <w:r>
      <w:rPr>
        <w:color w:val="56616F"/>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F431" w14:textId="77777777" w:rsidR="002A2FEC" w:rsidRDefault="002A2FEC">
      <w:pPr>
        <w:spacing w:after="0" w:line="240" w:lineRule="auto"/>
      </w:pPr>
      <w:r>
        <w:separator/>
      </w:r>
    </w:p>
  </w:footnote>
  <w:footnote w:type="continuationSeparator" w:id="0">
    <w:p w14:paraId="266D2CCA" w14:textId="77777777" w:rsidR="002A2FEC" w:rsidRDefault="002A2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5B24" w14:textId="79266675" w:rsidR="00064B17" w:rsidRDefault="00000000">
    <w:pPr>
      <w:pStyle w:val="Header"/>
      <w:spacing w:after="40"/>
      <w:jc w:val="center"/>
    </w:pPr>
    <w:r>
      <w:rPr>
        <w:b/>
        <w:color w:val="56616F"/>
        <w:sz w:val="15"/>
      </w:rPr>
      <w:t xml:space="preserve">TRANSFORMATION CHURCH </w:t>
    </w:r>
    <w:r w:rsidR="00CE7283">
      <w:rPr>
        <w:b/>
        <w:color w:val="56616F"/>
        <w:sz w:val="15"/>
      </w:rPr>
      <w:t xml:space="preserve">NC </w:t>
    </w:r>
    <w:proofErr w:type="gramStart"/>
    <w:r w:rsidR="00CE7283">
      <w:rPr>
        <w:b/>
        <w:color w:val="56616F"/>
        <w:sz w:val="15"/>
      </w:rPr>
      <w:t>|</w:t>
    </w:r>
    <w:r>
      <w:rPr>
        <w:b/>
        <w:color w:val="56616F"/>
        <w:sz w:val="15"/>
      </w:rPr>
      <w:t xml:space="preserve">  COMMUNITY</w:t>
    </w:r>
    <w:proofErr w:type="gramEnd"/>
    <w:r>
      <w:rPr>
        <w:b/>
        <w:color w:val="56616F"/>
        <w:sz w:val="15"/>
      </w:rPr>
      <w:t xml:space="preserve"> ANNOUNCEMENTS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4026881">
    <w:abstractNumId w:val="8"/>
  </w:num>
  <w:num w:numId="2" w16cid:durableId="2017032320">
    <w:abstractNumId w:val="6"/>
  </w:num>
  <w:num w:numId="3" w16cid:durableId="1417245643">
    <w:abstractNumId w:val="5"/>
  </w:num>
  <w:num w:numId="4" w16cid:durableId="998190062">
    <w:abstractNumId w:val="4"/>
  </w:num>
  <w:num w:numId="5" w16cid:durableId="1965502763">
    <w:abstractNumId w:val="7"/>
  </w:num>
  <w:num w:numId="6" w16cid:durableId="1910505699">
    <w:abstractNumId w:val="3"/>
  </w:num>
  <w:num w:numId="7" w16cid:durableId="551163421">
    <w:abstractNumId w:val="2"/>
  </w:num>
  <w:num w:numId="8" w16cid:durableId="338700481">
    <w:abstractNumId w:val="1"/>
  </w:num>
  <w:num w:numId="9" w16cid:durableId="957566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B17"/>
    <w:rsid w:val="0015074B"/>
    <w:rsid w:val="0029639D"/>
    <w:rsid w:val="002A2FEC"/>
    <w:rsid w:val="00326F90"/>
    <w:rsid w:val="00400AAA"/>
    <w:rsid w:val="009E1B5E"/>
    <w:rsid w:val="00AA1D8D"/>
    <w:rsid w:val="00B47730"/>
    <w:rsid w:val="00CB0664"/>
    <w:rsid w:val="00CE7283"/>
    <w:rsid w:val="00E63AB8"/>
    <w:rsid w:val="00EE14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8EB958"/>
  <w14:defaultImageDpi w14:val="300"/>
  <w15:docId w15:val="{71490EED-1136-7A44-A44A-BEB59275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02A35"/>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nktr.ee/TransformationChurch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651</Words>
  <Characters>3298</Characters>
  <Application>Microsoft Office Word</Application>
  <DocSecurity>0</DocSecurity>
  <Lines>106</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TCNC Community Announcements Flyer</dc:title>
  <dc:subject>Transformation Church NC events, ministry opportunities, spiritual growth, and outreach</dc:subject>
  <dc:creator>Transformation Church NC</dc:creator>
  <cp:keywords>TCNC, church announcements, community prayer, ministry, outreach</cp:keywords>
  <dc:description>generated by python-docx</dc:description>
  <cp:lastModifiedBy>Shannon Shulenberger</cp:lastModifiedBy>
  <cp:revision>2</cp:revision>
  <dcterms:created xsi:type="dcterms:W3CDTF">2026-08-30T21:52:00Z</dcterms:created>
  <dcterms:modified xsi:type="dcterms:W3CDTF">2026-08-30T21:52:00Z</dcterms:modified>
  <cp:category/>
</cp:coreProperties>
</file>