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E59E5" w14:textId="0BB5A870" w:rsidR="00712F4A" w:rsidRPr="009B34FF" w:rsidRDefault="009736CE" w:rsidP="00616400">
      <w:pPr>
        <w:pStyle w:val="Heading1"/>
        <w:jc w:val="center"/>
        <w:rPr>
          <w:rFonts w:cstheme="majorHAnsi"/>
          <w:color w:val="auto"/>
          <w:sz w:val="32"/>
          <w:szCs w:val="32"/>
        </w:rPr>
      </w:pPr>
      <w:r w:rsidRPr="009B34FF">
        <w:rPr>
          <w:rFonts w:cstheme="majorHAnsi"/>
          <w:color w:val="auto"/>
          <w:sz w:val="32"/>
          <w:szCs w:val="32"/>
        </w:rPr>
        <w:t>New</w:t>
      </w:r>
      <w:r w:rsidR="00527CD3" w:rsidRPr="009B34FF">
        <w:rPr>
          <w:rFonts w:cstheme="majorHAnsi"/>
          <w:color w:val="auto"/>
          <w:sz w:val="32"/>
          <w:szCs w:val="32"/>
        </w:rPr>
        <w:t xml:space="preserve"> Foundation</w:t>
      </w:r>
      <w:r w:rsidRPr="009B34FF">
        <w:rPr>
          <w:rFonts w:cstheme="majorHAnsi"/>
          <w:color w:val="auto"/>
          <w:sz w:val="32"/>
          <w:szCs w:val="32"/>
        </w:rPr>
        <w:t xml:space="preserve"> of Christ the King Evangelical Lutheran Church</w:t>
      </w:r>
    </w:p>
    <w:p w14:paraId="145BA832" w14:textId="2C6FB905" w:rsidR="00712F4A" w:rsidRPr="007512DD" w:rsidRDefault="00527CD3">
      <w:pPr>
        <w:pStyle w:val="IntenseQuote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9B34FF">
        <w:rPr>
          <w:rFonts w:asciiTheme="majorHAnsi" w:hAnsiTheme="majorHAnsi" w:cstheme="majorHAnsi"/>
          <w:color w:val="auto"/>
          <w:sz w:val="28"/>
          <w:szCs w:val="28"/>
        </w:rPr>
        <w:t>Grant Request Form - Submission Deadline:</w:t>
      </w:r>
      <w:r w:rsidRPr="0044632C">
        <w:rPr>
          <w:rFonts w:asciiTheme="majorHAnsi" w:hAnsiTheme="majorHAnsi" w:cstheme="majorHAnsi"/>
          <w:color w:val="C00000"/>
          <w:sz w:val="28"/>
          <w:szCs w:val="28"/>
        </w:rPr>
        <w:t xml:space="preserve"> </w:t>
      </w:r>
      <w:r w:rsidR="007512DD">
        <w:rPr>
          <w:rFonts w:asciiTheme="majorHAnsi" w:hAnsiTheme="majorHAnsi" w:cstheme="majorHAnsi"/>
          <w:color w:val="000000" w:themeColor="text1"/>
          <w:sz w:val="28"/>
          <w:szCs w:val="28"/>
        </w:rPr>
        <w:t>TBD</w:t>
      </w:r>
    </w:p>
    <w:p w14:paraId="7C961F30" w14:textId="04C78C28" w:rsidR="00616400" w:rsidRPr="009B34FF" w:rsidRDefault="005073AF" w:rsidP="00616400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Please read the Grant Guidelines before submitting a grant request.  C</w:t>
      </w:r>
      <w:r w:rsidR="00527CD3" w:rsidRPr="009B34FF">
        <w:rPr>
          <w:rFonts w:asciiTheme="majorHAnsi" w:hAnsiTheme="majorHAnsi" w:cstheme="majorHAnsi"/>
          <w:sz w:val="24"/>
          <w:szCs w:val="24"/>
        </w:rPr>
        <w:t xml:space="preserve">omplete all fields. Submit by email to: </w:t>
      </w:r>
      <w:r w:rsidR="009736CE" w:rsidRPr="00676AE6">
        <w:rPr>
          <w:rFonts w:asciiTheme="majorHAnsi" w:hAnsiTheme="majorHAnsi" w:cstheme="majorHAnsi"/>
          <w:sz w:val="24"/>
          <w:szCs w:val="24"/>
        </w:rPr>
        <w:t xml:space="preserve"> </w:t>
      </w:r>
      <w:hyperlink r:id="rId9" w:history="1">
        <w:r w:rsidR="009736CE" w:rsidRPr="00676AE6">
          <w:rPr>
            <w:rStyle w:val="Hyperlink"/>
            <w:rFonts w:asciiTheme="majorHAnsi" w:hAnsiTheme="majorHAnsi" w:cstheme="majorHAnsi"/>
            <w:sz w:val="24"/>
            <w:szCs w:val="24"/>
            <w:u w:val="none"/>
          </w:rPr>
          <w:t>ctk@ctkelc.org</w:t>
        </w:r>
      </w:hyperlink>
    </w:p>
    <w:p w14:paraId="01D1768F" w14:textId="77777777" w:rsidR="009736CE" w:rsidRPr="00B8171F" w:rsidRDefault="009736CE" w:rsidP="009736CE">
      <w:pPr>
        <w:rPr>
          <w:rFonts w:ascii="Calibri" w:hAnsi="Calibri" w:cs="Calibri"/>
          <w:sz w:val="28"/>
          <w:szCs w:val="28"/>
        </w:rPr>
      </w:pPr>
    </w:p>
    <w:p w14:paraId="1B503F56" w14:textId="3BF04C0F" w:rsidR="00712F4A" w:rsidRPr="00B8171F" w:rsidRDefault="009736CE" w:rsidP="009736CE">
      <w:pPr>
        <w:rPr>
          <w:rFonts w:ascii="Calibri" w:hAnsi="Calibri" w:cs="Calibri"/>
          <w:sz w:val="28"/>
          <w:szCs w:val="28"/>
        </w:rPr>
      </w:pPr>
      <w:r w:rsidRPr="00B8171F">
        <w:rPr>
          <w:rFonts w:ascii="Calibri" w:hAnsi="Calibri" w:cs="Calibri"/>
          <w:sz w:val="28"/>
          <w:szCs w:val="28"/>
        </w:rPr>
        <w:t xml:space="preserve">Instructions:   </w:t>
      </w:r>
      <w:r w:rsidR="0057615A" w:rsidRPr="00B8171F">
        <w:rPr>
          <w:rFonts w:ascii="Calibri" w:hAnsi="Calibri" w:cs="Calibri"/>
          <w:sz w:val="28"/>
          <w:szCs w:val="28"/>
        </w:rPr>
        <w:t xml:space="preserve">Press </w:t>
      </w:r>
      <w:r w:rsidR="009B34FF" w:rsidRPr="00B8171F">
        <w:rPr>
          <w:rFonts w:ascii="Calibri" w:hAnsi="Calibri" w:cs="Calibri"/>
          <w:sz w:val="28"/>
          <w:szCs w:val="28"/>
        </w:rPr>
        <w:t xml:space="preserve">Download </w:t>
      </w:r>
      <w:r w:rsidR="003F13A5">
        <w:rPr>
          <w:rFonts w:ascii="Calibri" w:hAnsi="Calibri" w:cs="Calibri"/>
          <w:sz w:val="28"/>
          <w:szCs w:val="28"/>
        </w:rPr>
        <w:t>to downloa</w:t>
      </w:r>
      <w:r w:rsidR="009B3FD6">
        <w:rPr>
          <w:rFonts w:ascii="Calibri" w:hAnsi="Calibri" w:cs="Calibri"/>
          <w:sz w:val="28"/>
          <w:szCs w:val="28"/>
        </w:rPr>
        <w:t>d</w:t>
      </w:r>
      <w:r w:rsidR="00B8171F" w:rsidRPr="00B8171F">
        <w:rPr>
          <w:rFonts w:ascii="Calibri" w:hAnsi="Calibri" w:cs="Calibri"/>
          <w:sz w:val="28"/>
          <w:szCs w:val="28"/>
        </w:rPr>
        <w:t xml:space="preserve"> the document to your computer.  Fill out the document</w:t>
      </w:r>
      <w:r w:rsidR="009B3FD6">
        <w:rPr>
          <w:rFonts w:ascii="Calibri" w:hAnsi="Calibri" w:cs="Calibri"/>
          <w:sz w:val="28"/>
          <w:szCs w:val="28"/>
        </w:rPr>
        <w:t xml:space="preserve"> online</w:t>
      </w:r>
      <w:r w:rsidR="00B8171F" w:rsidRPr="00B8171F">
        <w:rPr>
          <w:rFonts w:ascii="Calibri" w:hAnsi="Calibri" w:cs="Calibri"/>
          <w:sz w:val="28"/>
          <w:szCs w:val="28"/>
        </w:rPr>
        <w:t xml:space="preserve"> and save it. </w:t>
      </w:r>
      <w:r w:rsidR="009B34FF" w:rsidRPr="00B8171F">
        <w:rPr>
          <w:rFonts w:ascii="Calibri" w:hAnsi="Calibri" w:cs="Calibri"/>
          <w:sz w:val="28"/>
          <w:szCs w:val="28"/>
        </w:rPr>
        <w:t xml:space="preserve"> Email the complete</w:t>
      </w:r>
      <w:r w:rsidR="002576CE" w:rsidRPr="00B8171F">
        <w:rPr>
          <w:rFonts w:ascii="Calibri" w:hAnsi="Calibri" w:cs="Calibri"/>
          <w:sz w:val="28"/>
          <w:szCs w:val="28"/>
        </w:rPr>
        <w:t>d</w:t>
      </w:r>
      <w:r w:rsidR="009B34FF" w:rsidRPr="00B8171F">
        <w:rPr>
          <w:rFonts w:ascii="Calibri" w:hAnsi="Calibri" w:cs="Calibri"/>
          <w:sz w:val="28"/>
          <w:szCs w:val="28"/>
        </w:rPr>
        <w:t xml:space="preserve"> form </w:t>
      </w:r>
      <w:r w:rsidR="008119AE">
        <w:rPr>
          <w:rFonts w:ascii="Calibri" w:hAnsi="Calibri" w:cs="Calibri"/>
          <w:sz w:val="28"/>
          <w:szCs w:val="28"/>
        </w:rPr>
        <w:t xml:space="preserve">and any relevant attachments </w:t>
      </w:r>
      <w:r w:rsidR="009B34FF" w:rsidRPr="00B8171F">
        <w:rPr>
          <w:rFonts w:ascii="Calibri" w:hAnsi="Calibri" w:cs="Calibri"/>
          <w:sz w:val="28"/>
          <w:szCs w:val="28"/>
        </w:rPr>
        <w:t xml:space="preserve">to </w:t>
      </w:r>
      <w:hyperlink r:id="rId10" w:history="1">
        <w:r w:rsidR="0057615A" w:rsidRPr="00676AE6">
          <w:rPr>
            <w:rStyle w:val="Hyperlink"/>
            <w:rFonts w:ascii="Calibri" w:hAnsi="Calibri" w:cs="Calibri"/>
            <w:sz w:val="28"/>
            <w:szCs w:val="28"/>
            <w:u w:val="none"/>
          </w:rPr>
          <w:t>ctk@ctkelc.org</w:t>
        </w:r>
      </w:hyperlink>
      <w:r w:rsidR="009B34FF" w:rsidRPr="00B8171F">
        <w:rPr>
          <w:rFonts w:ascii="Calibri" w:hAnsi="Calibri" w:cs="Calibri"/>
          <w:sz w:val="28"/>
          <w:szCs w:val="28"/>
        </w:rPr>
        <w:t>.</w:t>
      </w:r>
      <w:r w:rsidR="0057615A" w:rsidRPr="00B8171F">
        <w:rPr>
          <w:rFonts w:ascii="Calibri" w:hAnsi="Calibri" w:cs="Calibri"/>
          <w:sz w:val="28"/>
          <w:szCs w:val="28"/>
        </w:rPr>
        <w:t xml:space="preserve">  </w:t>
      </w:r>
      <w:r w:rsidR="009B3FD6">
        <w:rPr>
          <w:rFonts w:ascii="Calibri" w:hAnsi="Calibri" w:cs="Calibri"/>
          <w:sz w:val="28"/>
          <w:szCs w:val="28"/>
        </w:rPr>
        <w:t>Put New Foundation in the subject line.</w:t>
      </w:r>
      <w:r w:rsidR="0057615A" w:rsidRPr="00B8171F">
        <w:rPr>
          <w:rFonts w:ascii="Calibri" w:hAnsi="Calibri" w:cs="Calibri"/>
          <w:sz w:val="28"/>
          <w:szCs w:val="28"/>
        </w:rPr>
        <w:t xml:space="preserve">  Or print this form</w:t>
      </w:r>
      <w:r w:rsidR="00E335F3" w:rsidRPr="00B8171F">
        <w:rPr>
          <w:rFonts w:ascii="Calibri" w:hAnsi="Calibri" w:cs="Calibri"/>
          <w:sz w:val="28"/>
          <w:szCs w:val="28"/>
        </w:rPr>
        <w:t>;</w:t>
      </w:r>
      <w:r w:rsidR="0057615A" w:rsidRPr="00B8171F">
        <w:rPr>
          <w:rFonts w:ascii="Calibri" w:hAnsi="Calibri" w:cs="Calibri"/>
          <w:sz w:val="28"/>
          <w:szCs w:val="28"/>
        </w:rPr>
        <w:t xml:space="preserve"> fill it out</w:t>
      </w:r>
      <w:r w:rsidR="00676AE6">
        <w:rPr>
          <w:rFonts w:ascii="Calibri" w:hAnsi="Calibri" w:cs="Calibri"/>
          <w:sz w:val="28"/>
          <w:szCs w:val="28"/>
        </w:rPr>
        <w:t>;</w:t>
      </w:r>
      <w:r w:rsidR="0057615A" w:rsidRPr="00B8171F">
        <w:rPr>
          <w:rFonts w:ascii="Calibri" w:hAnsi="Calibri" w:cs="Calibri"/>
          <w:sz w:val="28"/>
          <w:szCs w:val="28"/>
        </w:rPr>
        <w:t xml:space="preserve"> then deliver it to Christ the King Evangelical Lutheran Church</w:t>
      </w:r>
      <w:r w:rsidR="00E335F3" w:rsidRPr="00B8171F">
        <w:rPr>
          <w:rFonts w:ascii="Calibri" w:hAnsi="Calibri" w:cs="Calibri"/>
          <w:sz w:val="28"/>
          <w:szCs w:val="28"/>
        </w:rPr>
        <w:t xml:space="preserve"> at </w:t>
      </w:r>
      <w:r w:rsidR="00E335F3" w:rsidRPr="00B8171F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2353 Rice Blvd,</w:t>
      </w:r>
      <w:r w:rsidR="00FD14EB" w:rsidRPr="00B8171F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 </w:t>
      </w:r>
      <w:r w:rsidR="00E335F3" w:rsidRPr="00B8171F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Houston, Texas</w:t>
      </w:r>
      <w:r w:rsidR="00E335F3" w:rsidRPr="00B8171F">
        <w:rPr>
          <w:rFonts w:ascii="Calibri" w:hAnsi="Calibri" w:cs="Calibri"/>
          <w:color w:val="222222"/>
          <w:sz w:val="28"/>
          <w:szCs w:val="28"/>
        </w:rPr>
        <w:t xml:space="preserve">, </w:t>
      </w:r>
      <w:r w:rsidR="00E335F3" w:rsidRPr="00B8171F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77005</w:t>
      </w:r>
      <w:r w:rsidR="00B8171F" w:rsidRPr="00B8171F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.</w:t>
      </w:r>
    </w:p>
    <w:p w14:paraId="7DB94CD3" w14:textId="77777777" w:rsidR="00B8171F" w:rsidRPr="00B8171F" w:rsidRDefault="00B8171F" w:rsidP="00B8171F">
      <w:pPr>
        <w:pStyle w:val="ListBullet"/>
        <w:numPr>
          <w:ilvl w:val="0"/>
          <w:numId w:val="0"/>
        </w:numPr>
        <w:ind w:left="360"/>
        <w:rPr>
          <w:rFonts w:ascii="Calibri" w:hAnsi="Calibri" w:cs="Calibri"/>
          <w:sz w:val="28"/>
          <w:szCs w:val="28"/>
        </w:rPr>
      </w:pPr>
    </w:p>
    <w:p w14:paraId="74A35254" w14:textId="54ACA16A" w:rsidR="00712F4A" w:rsidRPr="00B8171F" w:rsidRDefault="00527CD3">
      <w:pPr>
        <w:pStyle w:val="ListBullet"/>
        <w:rPr>
          <w:rFonts w:ascii="Calibri" w:hAnsi="Calibri" w:cs="Calibri"/>
          <w:sz w:val="28"/>
          <w:szCs w:val="28"/>
        </w:rPr>
      </w:pPr>
      <w:r w:rsidRPr="00B8171F">
        <w:rPr>
          <w:rFonts w:ascii="Calibri" w:hAnsi="Calibri" w:cs="Calibri"/>
          <w:sz w:val="28"/>
          <w:szCs w:val="28"/>
        </w:rPr>
        <w:t>Date of Request:</w:t>
      </w:r>
    </w:p>
    <w:p w14:paraId="77B08F9E" w14:textId="77777777" w:rsidR="00B8171F" w:rsidRPr="00B8171F" w:rsidRDefault="00B8171F" w:rsidP="00B8171F">
      <w:pPr>
        <w:pStyle w:val="ListBullet"/>
        <w:numPr>
          <w:ilvl w:val="0"/>
          <w:numId w:val="0"/>
        </w:numPr>
        <w:ind w:left="360"/>
        <w:rPr>
          <w:rFonts w:ascii="Calibri" w:hAnsi="Calibri" w:cs="Calibri"/>
          <w:sz w:val="28"/>
          <w:szCs w:val="28"/>
        </w:rPr>
      </w:pPr>
    </w:p>
    <w:p w14:paraId="12472995" w14:textId="24DE1AA2" w:rsidR="00712F4A" w:rsidRPr="00B8171F" w:rsidRDefault="00527CD3">
      <w:pPr>
        <w:pStyle w:val="ListBullet"/>
        <w:rPr>
          <w:rFonts w:ascii="Calibri" w:hAnsi="Calibri" w:cs="Calibri"/>
          <w:sz w:val="28"/>
          <w:szCs w:val="28"/>
        </w:rPr>
      </w:pPr>
      <w:r w:rsidRPr="00B8171F">
        <w:rPr>
          <w:rFonts w:ascii="Calibri" w:hAnsi="Calibri" w:cs="Calibri"/>
          <w:sz w:val="28"/>
          <w:szCs w:val="28"/>
        </w:rPr>
        <w:t>Applicant Name:</w:t>
      </w:r>
    </w:p>
    <w:p w14:paraId="07A533F8" w14:textId="77777777" w:rsidR="00B8171F" w:rsidRPr="00B8171F" w:rsidRDefault="00B8171F" w:rsidP="00B8171F">
      <w:pPr>
        <w:pStyle w:val="ListBullet"/>
        <w:numPr>
          <w:ilvl w:val="0"/>
          <w:numId w:val="0"/>
        </w:numPr>
        <w:rPr>
          <w:rFonts w:ascii="Calibri" w:hAnsi="Calibri" w:cs="Calibri"/>
          <w:sz w:val="28"/>
          <w:szCs w:val="28"/>
        </w:rPr>
      </w:pPr>
    </w:p>
    <w:p w14:paraId="236DAF18" w14:textId="36278586" w:rsidR="00712F4A" w:rsidRPr="00B8171F" w:rsidRDefault="00527CD3">
      <w:pPr>
        <w:pStyle w:val="ListBullet"/>
        <w:rPr>
          <w:rFonts w:ascii="Calibri" w:hAnsi="Calibri" w:cs="Calibri"/>
          <w:sz w:val="28"/>
          <w:szCs w:val="28"/>
        </w:rPr>
      </w:pPr>
      <w:r w:rsidRPr="00B8171F">
        <w:rPr>
          <w:rFonts w:ascii="Calibri" w:hAnsi="Calibri" w:cs="Calibri"/>
          <w:sz w:val="28"/>
          <w:szCs w:val="28"/>
        </w:rPr>
        <w:t>Organization</w:t>
      </w:r>
      <w:r w:rsidR="00B8171F" w:rsidRPr="00B8171F">
        <w:rPr>
          <w:rFonts w:ascii="Calibri" w:hAnsi="Calibri" w:cs="Calibri"/>
          <w:sz w:val="28"/>
          <w:szCs w:val="28"/>
        </w:rPr>
        <w:t xml:space="preserve"> name </w:t>
      </w:r>
      <w:r w:rsidR="00B8171F" w:rsidRPr="007512DD">
        <w:rPr>
          <w:rFonts w:ascii="Calibri" w:hAnsi="Calibri" w:cs="Calibri"/>
          <w:color w:val="000000" w:themeColor="text1"/>
          <w:sz w:val="28"/>
          <w:szCs w:val="28"/>
        </w:rPr>
        <w:t>and mission</w:t>
      </w:r>
      <w:r w:rsidRPr="007512DD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Pr="00B8171F">
        <w:rPr>
          <w:rFonts w:ascii="Calibri" w:hAnsi="Calibri" w:cs="Calibri"/>
          <w:sz w:val="28"/>
          <w:szCs w:val="28"/>
        </w:rPr>
        <w:t>(if applicable):</w:t>
      </w:r>
    </w:p>
    <w:p w14:paraId="1D1465FD" w14:textId="1850A95C" w:rsidR="00B8171F" w:rsidRPr="00B8171F" w:rsidRDefault="00527CD3" w:rsidP="00F76E78">
      <w:pPr>
        <w:rPr>
          <w:rFonts w:ascii="Calibri" w:hAnsi="Calibri" w:cs="Calibri"/>
          <w:sz w:val="28"/>
          <w:szCs w:val="28"/>
        </w:rPr>
      </w:pPr>
      <w:r w:rsidRPr="00B8171F">
        <w:rPr>
          <w:rFonts w:ascii="Calibri" w:hAnsi="Calibri" w:cs="Calibri"/>
          <w:sz w:val="28"/>
          <w:szCs w:val="28"/>
        </w:rPr>
        <w:br/>
      </w:r>
    </w:p>
    <w:p w14:paraId="3EA5FA89" w14:textId="77777777" w:rsidR="00B8171F" w:rsidRPr="00B8171F" w:rsidRDefault="00B8171F" w:rsidP="00B8171F">
      <w:pPr>
        <w:pStyle w:val="ListBullet"/>
        <w:numPr>
          <w:ilvl w:val="0"/>
          <w:numId w:val="0"/>
        </w:numPr>
        <w:ind w:left="360"/>
        <w:rPr>
          <w:rFonts w:ascii="Calibri" w:hAnsi="Calibri" w:cs="Calibri"/>
          <w:sz w:val="28"/>
          <w:szCs w:val="28"/>
        </w:rPr>
      </w:pPr>
    </w:p>
    <w:p w14:paraId="2729A067" w14:textId="77777777" w:rsidR="00B8171F" w:rsidRPr="00B8171F" w:rsidRDefault="00B8171F" w:rsidP="00B8171F">
      <w:pPr>
        <w:pStyle w:val="ListBullet"/>
        <w:numPr>
          <w:ilvl w:val="0"/>
          <w:numId w:val="0"/>
        </w:numPr>
        <w:ind w:left="360"/>
        <w:rPr>
          <w:rFonts w:ascii="Calibri" w:hAnsi="Calibri" w:cs="Calibri"/>
          <w:sz w:val="28"/>
          <w:szCs w:val="28"/>
        </w:rPr>
      </w:pPr>
    </w:p>
    <w:p w14:paraId="3CC0B77A" w14:textId="5A563193" w:rsidR="00712F4A" w:rsidRPr="00B8171F" w:rsidRDefault="00527CD3">
      <w:pPr>
        <w:pStyle w:val="ListBullet"/>
        <w:rPr>
          <w:rFonts w:ascii="Calibri" w:hAnsi="Calibri" w:cs="Calibri"/>
          <w:sz w:val="28"/>
          <w:szCs w:val="28"/>
        </w:rPr>
      </w:pPr>
      <w:r w:rsidRPr="00B8171F">
        <w:rPr>
          <w:rFonts w:ascii="Calibri" w:hAnsi="Calibri" w:cs="Calibri"/>
          <w:sz w:val="28"/>
          <w:szCs w:val="28"/>
        </w:rPr>
        <w:t>Email Address</w:t>
      </w:r>
      <w:r w:rsidR="008119AE">
        <w:rPr>
          <w:rFonts w:ascii="Calibri" w:hAnsi="Calibri" w:cs="Calibri"/>
          <w:sz w:val="28"/>
          <w:szCs w:val="28"/>
        </w:rPr>
        <w:t xml:space="preserve"> of applicant</w:t>
      </w:r>
      <w:r w:rsidRPr="00B8171F">
        <w:rPr>
          <w:rFonts w:ascii="Calibri" w:hAnsi="Calibri" w:cs="Calibri"/>
          <w:sz w:val="28"/>
          <w:szCs w:val="28"/>
        </w:rPr>
        <w:t>:</w:t>
      </w:r>
    </w:p>
    <w:p w14:paraId="04E4F3F1" w14:textId="77777777" w:rsidR="00B8171F" w:rsidRPr="00B8171F" w:rsidRDefault="00B8171F" w:rsidP="00B8171F">
      <w:pPr>
        <w:pStyle w:val="ListBullet"/>
        <w:numPr>
          <w:ilvl w:val="0"/>
          <w:numId w:val="0"/>
        </w:numPr>
        <w:ind w:left="360"/>
        <w:rPr>
          <w:rFonts w:ascii="Calibri" w:hAnsi="Calibri" w:cs="Calibri"/>
          <w:sz w:val="28"/>
          <w:szCs w:val="28"/>
        </w:rPr>
      </w:pPr>
    </w:p>
    <w:p w14:paraId="5522C0A3" w14:textId="77777777" w:rsidR="007512DD" w:rsidRDefault="007512DD" w:rsidP="00F76E78">
      <w:pPr>
        <w:pStyle w:val="ListParagraph"/>
        <w:ind w:left="0"/>
        <w:rPr>
          <w:rFonts w:ascii="Calibri" w:hAnsi="Calibri" w:cs="Calibri"/>
          <w:sz w:val="28"/>
          <w:szCs w:val="28"/>
        </w:rPr>
      </w:pPr>
    </w:p>
    <w:p w14:paraId="58D9C330" w14:textId="3D74B4AC" w:rsidR="00B8171F" w:rsidRDefault="00527CD3" w:rsidP="00F76E78">
      <w:pPr>
        <w:pStyle w:val="ListBullet"/>
        <w:numPr>
          <w:ilvl w:val="0"/>
          <w:numId w:val="12"/>
        </w:numPr>
        <w:spacing w:after="0"/>
        <w:ind w:left="360"/>
        <w:rPr>
          <w:rFonts w:ascii="Calibri" w:hAnsi="Calibri" w:cs="Calibri"/>
          <w:sz w:val="28"/>
          <w:szCs w:val="28"/>
        </w:rPr>
      </w:pPr>
      <w:r w:rsidRPr="00B8171F">
        <w:rPr>
          <w:rFonts w:ascii="Calibri" w:hAnsi="Calibri" w:cs="Calibri"/>
          <w:sz w:val="28"/>
          <w:szCs w:val="28"/>
        </w:rPr>
        <w:t>Phone Number:</w:t>
      </w:r>
    </w:p>
    <w:p w14:paraId="32F61F28" w14:textId="1F87E451" w:rsidR="008119AE" w:rsidRPr="00B8171F" w:rsidRDefault="008119AE" w:rsidP="00B8171F">
      <w:pPr>
        <w:pStyle w:val="ListBulle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Website of entity, if any.</w:t>
      </w:r>
    </w:p>
    <w:p w14:paraId="6ABCC66F" w14:textId="77777777" w:rsidR="00B8171F" w:rsidRPr="00B8171F" w:rsidRDefault="00B8171F" w:rsidP="00B8171F">
      <w:pPr>
        <w:pStyle w:val="ListBullet"/>
        <w:numPr>
          <w:ilvl w:val="0"/>
          <w:numId w:val="0"/>
        </w:numPr>
        <w:rPr>
          <w:rFonts w:ascii="Calibri" w:hAnsi="Calibri" w:cs="Calibri"/>
          <w:sz w:val="28"/>
          <w:szCs w:val="28"/>
        </w:rPr>
      </w:pPr>
    </w:p>
    <w:p w14:paraId="610A0840" w14:textId="65E57292" w:rsidR="00FE0AD9" w:rsidRDefault="00B8171F" w:rsidP="00F76E78">
      <w:pPr>
        <w:pStyle w:val="ListBullet"/>
        <w:rPr>
          <w:rFonts w:ascii="Calibri" w:hAnsi="Calibri" w:cs="Calibri"/>
          <w:sz w:val="28"/>
          <w:szCs w:val="28"/>
        </w:rPr>
      </w:pPr>
      <w:r w:rsidRPr="00F76E78">
        <w:rPr>
          <w:rFonts w:ascii="Calibri" w:hAnsi="Calibri" w:cs="Calibri"/>
          <w:sz w:val="28"/>
          <w:szCs w:val="28"/>
        </w:rPr>
        <w:lastRenderedPageBreak/>
        <w:t>T</w:t>
      </w:r>
      <w:r w:rsidR="00527CD3" w:rsidRPr="00F76E78">
        <w:rPr>
          <w:rFonts w:ascii="Calibri" w:hAnsi="Calibri" w:cs="Calibri"/>
          <w:sz w:val="28"/>
          <w:szCs w:val="28"/>
        </w:rPr>
        <w:t>itle of Project or Purpose:</w:t>
      </w:r>
    </w:p>
    <w:p w14:paraId="446A1E21" w14:textId="77777777" w:rsidR="00F76E78" w:rsidRDefault="00F76E78" w:rsidP="00F76E78">
      <w:pPr>
        <w:pStyle w:val="ListBullet"/>
        <w:numPr>
          <w:ilvl w:val="0"/>
          <w:numId w:val="0"/>
        </w:numPr>
        <w:rPr>
          <w:rFonts w:ascii="Calibri" w:hAnsi="Calibri" w:cs="Calibri"/>
          <w:sz w:val="28"/>
          <w:szCs w:val="28"/>
        </w:rPr>
      </w:pPr>
    </w:p>
    <w:p w14:paraId="65895836" w14:textId="46586F67" w:rsidR="00FE0AD9" w:rsidRPr="007512DD" w:rsidRDefault="00FE0AD9" w:rsidP="00B8171F">
      <w:pPr>
        <w:pStyle w:val="ListBullet"/>
        <w:rPr>
          <w:rFonts w:ascii="Calibri" w:hAnsi="Calibri" w:cs="Calibri"/>
          <w:color w:val="000000" w:themeColor="text1"/>
          <w:sz w:val="28"/>
          <w:szCs w:val="28"/>
        </w:rPr>
      </w:pPr>
      <w:r w:rsidRPr="007512DD">
        <w:rPr>
          <w:rFonts w:ascii="Calibri" w:hAnsi="Calibri" w:cs="Calibri"/>
          <w:color w:val="000000" w:themeColor="text1"/>
          <w:sz w:val="28"/>
          <w:szCs w:val="28"/>
        </w:rPr>
        <w:t>Who will benefit from this grant:</w:t>
      </w:r>
    </w:p>
    <w:p w14:paraId="3E815691" w14:textId="77777777" w:rsidR="00B8171F" w:rsidRPr="00B8171F" w:rsidRDefault="00B8171F" w:rsidP="00B8171F">
      <w:pPr>
        <w:pStyle w:val="ListBullet"/>
        <w:numPr>
          <w:ilvl w:val="0"/>
          <w:numId w:val="0"/>
        </w:numPr>
        <w:ind w:left="360"/>
        <w:rPr>
          <w:rFonts w:ascii="Calibri" w:hAnsi="Calibri" w:cs="Calibri"/>
          <w:sz w:val="28"/>
          <w:szCs w:val="28"/>
        </w:rPr>
      </w:pPr>
    </w:p>
    <w:p w14:paraId="7487F635" w14:textId="0AA38711" w:rsidR="00712F4A" w:rsidRPr="00B8171F" w:rsidRDefault="00527CD3">
      <w:pPr>
        <w:pStyle w:val="ListBullet"/>
        <w:rPr>
          <w:rFonts w:ascii="Calibri" w:hAnsi="Calibri" w:cs="Calibri"/>
          <w:sz w:val="28"/>
          <w:szCs w:val="28"/>
        </w:rPr>
      </w:pPr>
      <w:r w:rsidRPr="00B8171F">
        <w:rPr>
          <w:rFonts w:ascii="Calibri" w:hAnsi="Calibri" w:cs="Calibri"/>
          <w:sz w:val="28"/>
          <w:szCs w:val="28"/>
        </w:rPr>
        <w:t>Total Amount Requested:</w:t>
      </w:r>
    </w:p>
    <w:p w14:paraId="1B314CB7" w14:textId="77777777" w:rsidR="00B8171F" w:rsidRPr="00B8171F" w:rsidRDefault="00B8171F" w:rsidP="00B8171F">
      <w:pPr>
        <w:pStyle w:val="ListBullet"/>
        <w:numPr>
          <w:ilvl w:val="0"/>
          <w:numId w:val="0"/>
        </w:numPr>
        <w:ind w:left="360"/>
        <w:rPr>
          <w:rFonts w:ascii="Calibri" w:hAnsi="Calibri" w:cs="Calibri"/>
          <w:sz w:val="28"/>
          <w:szCs w:val="28"/>
        </w:rPr>
      </w:pPr>
    </w:p>
    <w:p w14:paraId="782B7E3F" w14:textId="55DB2F26" w:rsidR="00712F4A" w:rsidRPr="00B8171F" w:rsidRDefault="00527CD3">
      <w:pPr>
        <w:pStyle w:val="ListBullet"/>
        <w:rPr>
          <w:rFonts w:ascii="Calibri" w:hAnsi="Calibri" w:cs="Calibri"/>
          <w:sz w:val="28"/>
          <w:szCs w:val="28"/>
        </w:rPr>
      </w:pPr>
      <w:r w:rsidRPr="00B8171F">
        <w:rPr>
          <w:rFonts w:ascii="Calibri" w:hAnsi="Calibri" w:cs="Calibri"/>
          <w:sz w:val="28"/>
          <w:szCs w:val="28"/>
        </w:rPr>
        <w:t>Brief Description of Project:</w:t>
      </w:r>
    </w:p>
    <w:p w14:paraId="37972BED" w14:textId="77777777" w:rsidR="00712F4A" w:rsidRPr="00B8171F" w:rsidRDefault="00527CD3">
      <w:pPr>
        <w:rPr>
          <w:rFonts w:ascii="Calibri" w:hAnsi="Calibri" w:cs="Calibri"/>
          <w:sz w:val="28"/>
          <w:szCs w:val="28"/>
        </w:rPr>
      </w:pPr>
      <w:r w:rsidRPr="00B8171F">
        <w:rPr>
          <w:rFonts w:ascii="Calibri" w:hAnsi="Calibri" w:cs="Calibri"/>
          <w:sz w:val="28"/>
          <w:szCs w:val="28"/>
        </w:rPr>
        <w:br/>
      </w:r>
      <w:r w:rsidRPr="00B8171F">
        <w:rPr>
          <w:rFonts w:ascii="Calibri" w:hAnsi="Calibri" w:cs="Calibri"/>
          <w:sz w:val="28"/>
          <w:szCs w:val="28"/>
        </w:rPr>
        <w:br/>
      </w:r>
    </w:p>
    <w:p w14:paraId="3D7CF272" w14:textId="0DC34466" w:rsidR="00712F4A" w:rsidRPr="00B8171F" w:rsidRDefault="00527CD3">
      <w:pPr>
        <w:pStyle w:val="ListBullet"/>
        <w:rPr>
          <w:rFonts w:ascii="Calibri" w:hAnsi="Calibri" w:cs="Calibri"/>
          <w:sz w:val="28"/>
          <w:szCs w:val="28"/>
        </w:rPr>
      </w:pPr>
      <w:r w:rsidRPr="00B8171F">
        <w:rPr>
          <w:rFonts w:ascii="Calibri" w:hAnsi="Calibri" w:cs="Calibri"/>
          <w:sz w:val="28"/>
          <w:szCs w:val="28"/>
        </w:rPr>
        <w:t xml:space="preserve">How does this proposal support the life and work of the </w:t>
      </w:r>
      <w:r w:rsidR="008119AE">
        <w:rPr>
          <w:rFonts w:ascii="Calibri" w:hAnsi="Calibri" w:cs="Calibri"/>
          <w:sz w:val="28"/>
          <w:szCs w:val="28"/>
        </w:rPr>
        <w:t>missional emphasis of Christ the King Lutheran Church</w:t>
      </w:r>
      <w:r w:rsidRPr="00B8171F">
        <w:rPr>
          <w:rFonts w:ascii="Calibri" w:hAnsi="Calibri" w:cs="Calibri"/>
          <w:sz w:val="28"/>
          <w:szCs w:val="28"/>
        </w:rPr>
        <w:t>?</w:t>
      </w:r>
    </w:p>
    <w:p w14:paraId="7D6DE6F6" w14:textId="77777777" w:rsidR="00712F4A" w:rsidRPr="00B8171F" w:rsidRDefault="00527CD3">
      <w:pPr>
        <w:rPr>
          <w:rFonts w:ascii="Calibri" w:hAnsi="Calibri" w:cs="Calibri"/>
          <w:sz w:val="28"/>
          <w:szCs w:val="28"/>
        </w:rPr>
      </w:pPr>
      <w:r w:rsidRPr="00B8171F">
        <w:rPr>
          <w:rFonts w:ascii="Calibri" w:hAnsi="Calibri" w:cs="Calibri"/>
          <w:sz w:val="28"/>
          <w:szCs w:val="28"/>
        </w:rPr>
        <w:br/>
      </w:r>
      <w:r w:rsidRPr="00B8171F">
        <w:rPr>
          <w:rFonts w:ascii="Calibri" w:hAnsi="Calibri" w:cs="Calibri"/>
          <w:sz w:val="28"/>
          <w:szCs w:val="28"/>
        </w:rPr>
        <w:br/>
      </w:r>
    </w:p>
    <w:p w14:paraId="7C426C9D" w14:textId="77777777" w:rsidR="00712F4A" w:rsidRPr="00B8171F" w:rsidRDefault="00527CD3">
      <w:pPr>
        <w:pStyle w:val="ListBullet"/>
        <w:rPr>
          <w:rFonts w:ascii="Calibri" w:hAnsi="Calibri" w:cs="Calibri"/>
          <w:sz w:val="28"/>
          <w:szCs w:val="28"/>
        </w:rPr>
      </w:pPr>
      <w:r w:rsidRPr="00B8171F">
        <w:rPr>
          <w:rFonts w:ascii="Calibri" w:hAnsi="Calibri" w:cs="Calibri"/>
          <w:sz w:val="28"/>
          <w:szCs w:val="28"/>
        </w:rPr>
        <w:t>What other resources (if any) will support this effort?</w:t>
      </w:r>
    </w:p>
    <w:p w14:paraId="1B4DCFFA" w14:textId="77777777" w:rsidR="00712F4A" w:rsidRPr="00B8171F" w:rsidRDefault="00527CD3">
      <w:pPr>
        <w:rPr>
          <w:rFonts w:ascii="Calibri" w:hAnsi="Calibri" w:cs="Calibri"/>
          <w:sz w:val="28"/>
          <w:szCs w:val="28"/>
        </w:rPr>
      </w:pPr>
      <w:r w:rsidRPr="00B8171F">
        <w:rPr>
          <w:rFonts w:ascii="Calibri" w:hAnsi="Calibri" w:cs="Calibri"/>
          <w:sz w:val="28"/>
          <w:szCs w:val="28"/>
        </w:rPr>
        <w:br/>
      </w:r>
      <w:r w:rsidRPr="00B8171F">
        <w:rPr>
          <w:rFonts w:ascii="Calibri" w:hAnsi="Calibri" w:cs="Calibri"/>
          <w:sz w:val="28"/>
          <w:szCs w:val="28"/>
        </w:rPr>
        <w:br/>
      </w:r>
    </w:p>
    <w:p w14:paraId="69CCBC2B" w14:textId="17977249" w:rsidR="007512DD" w:rsidRDefault="00527CD3" w:rsidP="007512DD">
      <w:pPr>
        <w:pStyle w:val="ListBullet"/>
        <w:rPr>
          <w:rFonts w:ascii="Calibri" w:hAnsi="Calibri" w:cs="Calibri"/>
          <w:sz w:val="28"/>
          <w:szCs w:val="28"/>
        </w:rPr>
      </w:pPr>
      <w:r w:rsidRPr="00B8171F">
        <w:rPr>
          <w:rFonts w:ascii="Calibri" w:hAnsi="Calibri" w:cs="Calibri"/>
          <w:sz w:val="28"/>
          <w:szCs w:val="28"/>
        </w:rPr>
        <w:t>Timeline for Use of Funds</w:t>
      </w:r>
    </w:p>
    <w:p w14:paraId="402ED8AB" w14:textId="77777777" w:rsidR="007512DD" w:rsidRDefault="007512DD" w:rsidP="007512DD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8"/>
          <w:szCs w:val="28"/>
        </w:rPr>
      </w:pPr>
    </w:p>
    <w:p w14:paraId="62213498" w14:textId="77777777" w:rsidR="007512DD" w:rsidRPr="007512DD" w:rsidRDefault="007512DD" w:rsidP="00F76E78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8"/>
          <w:szCs w:val="28"/>
        </w:rPr>
      </w:pPr>
    </w:p>
    <w:p w14:paraId="47FFF38A" w14:textId="77777777" w:rsidR="003A028E" w:rsidRPr="00B8171F" w:rsidRDefault="003A028E" w:rsidP="00F76E78">
      <w:pPr>
        <w:pStyle w:val="ListBullet"/>
        <w:numPr>
          <w:ilvl w:val="0"/>
          <w:numId w:val="0"/>
        </w:numPr>
        <w:ind w:left="360" w:hanging="360"/>
        <w:rPr>
          <w:rFonts w:ascii="Calibri" w:hAnsi="Calibri" w:cs="Calibri"/>
          <w:sz w:val="28"/>
          <w:szCs w:val="28"/>
        </w:rPr>
      </w:pPr>
    </w:p>
    <w:p w14:paraId="454F120D" w14:textId="7E4FFDCA" w:rsidR="00712F4A" w:rsidRPr="00B8171F" w:rsidRDefault="00EE10D5" w:rsidP="00F76E78">
      <w:pPr>
        <w:pStyle w:val="ListBullet"/>
        <w:numPr>
          <w:ilvl w:val="0"/>
          <w:numId w:val="11"/>
        </w:numPr>
        <w:spacing w:after="0"/>
        <w:ind w:left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You are required to submit a </w:t>
      </w:r>
      <w:r w:rsidR="008119AE">
        <w:rPr>
          <w:rFonts w:ascii="Calibri" w:hAnsi="Calibri" w:cs="Calibri"/>
          <w:sz w:val="28"/>
          <w:szCs w:val="28"/>
        </w:rPr>
        <w:t>follow</w:t>
      </w:r>
      <w:r w:rsidR="007512DD">
        <w:rPr>
          <w:rFonts w:ascii="Calibri" w:hAnsi="Calibri" w:cs="Calibri"/>
          <w:sz w:val="28"/>
          <w:szCs w:val="28"/>
        </w:rPr>
        <w:t xml:space="preserve"> </w:t>
      </w:r>
      <w:r w:rsidR="008119AE">
        <w:rPr>
          <w:rFonts w:ascii="Calibri" w:hAnsi="Calibri" w:cs="Calibri"/>
          <w:sz w:val="28"/>
          <w:szCs w:val="28"/>
        </w:rPr>
        <w:t>up report with documentation</w:t>
      </w:r>
      <w:r>
        <w:rPr>
          <w:rFonts w:ascii="Calibri" w:hAnsi="Calibri" w:cs="Calibri"/>
          <w:sz w:val="28"/>
          <w:szCs w:val="28"/>
        </w:rPr>
        <w:t xml:space="preserve"> which may be used</w:t>
      </w:r>
      <w:r w:rsidR="008119AE">
        <w:rPr>
          <w:rFonts w:ascii="Calibri" w:hAnsi="Calibri" w:cs="Calibri"/>
          <w:sz w:val="28"/>
          <w:szCs w:val="28"/>
        </w:rPr>
        <w:t xml:space="preserve"> </w:t>
      </w:r>
      <w:r w:rsidR="008119AE" w:rsidRPr="007512DD">
        <w:rPr>
          <w:rFonts w:ascii="Calibri" w:hAnsi="Calibri" w:cs="Calibri"/>
          <w:color w:val="EE0000"/>
          <w:sz w:val="28"/>
          <w:szCs w:val="28"/>
        </w:rPr>
        <w:t xml:space="preserve"> </w:t>
      </w:r>
      <w:r w:rsidR="008119AE">
        <w:rPr>
          <w:rFonts w:ascii="Calibri" w:hAnsi="Calibri" w:cs="Calibri"/>
          <w:sz w:val="28"/>
          <w:szCs w:val="28"/>
        </w:rPr>
        <w:t>for publicity</w:t>
      </w:r>
      <w:r>
        <w:rPr>
          <w:rFonts w:ascii="Calibri" w:hAnsi="Calibri" w:cs="Calibri"/>
          <w:sz w:val="28"/>
          <w:szCs w:val="28"/>
        </w:rPr>
        <w:t xml:space="preserve"> if you receive a grant. </w:t>
      </w:r>
      <w:r w:rsidR="00527CD3" w:rsidRPr="00B8171F">
        <w:rPr>
          <w:rFonts w:ascii="Calibri" w:hAnsi="Calibri" w:cs="Calibri"/>
          <w:sz w:val="28"/>
          <w:szCs w:val="28"/>
        </w:rPr>
        <w:br/>
      </w:r>
      <w:r w:rsidR="00527CD3" w:rsidRPr="00B8171F">
        <w:rPr>
          <w:rFonts w:ascii="Calibri" w:hAnsi="Calibri" w:cs="Calibri"/>
          <w:sz w:val="28"/>
          <w:szCs w:val="28"/>
        </w:rPr>
        <w:br/>
      </w:r>
    </w:p>
    <w:p w14:paraId="05746028" w14:textId="7B5A738A" w:rsidR="00712F4A" w:rsidRPr="00B8171F" w:rsidRDefault="00527CD3">
      <w:pPr>
        <w:rPr>
          <w:rFonts w:ascii="Calibri" w:hAnsi="Calibri" w:cs="Calibri"/>
          <w:sz w:val="28"/>
          <w:szCs w:val="28"/>
        </w:rPr>
      </w:pPr>
      <w:r w:rsidRPr="00B8171F">
        <w:rPr>
          <w:rFonts w:ascii="Calibri" w:hAnsi="Calibri" w:cs="Calibri"/>
          <w:sz w:val="28"/>
          <w:szCs w:val="28"/>
        </w:rPr>
        <w:t>Signature: ______________________________   Date: _______________</w:t>
      </w:r>
    </w:p>
    <w:sectPr w:rsidR="00712F4A" w:rsidRPr="00B8171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73844B5"/>
    <w:multiLevelType w:val="hybridMultilevel"/>
    <w:tmpl w:val="0BF4CC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EA6243"/>
    <w:multiLevelType w:val="hybridMultilevel"/>
    <w:tmpl w:val="BB2E5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212BD"/>
    <w:multiLevelType w:val="hybridMultilevel"/>
    <w:tmpl w:val="08DC4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300462">
    <w:abstractNumId w:val="8"/>
  </w:num>
  <w:num w:numId="2" w16cid:durableId="1531723022">
    <w:abstractNumId w:val="6"/>
  </w:num>
  <w:num w:numId="3" w16cid:durableId="2084446265">
    <w:abstractNumId w:val="5"/>
  </w:num>
  <w:num w:numId="4" w16cid:durableId="1385984966">
    <w:abstractNumId w:val="4"/>
  </w:num>
  <w:num w:numId="5" w16cid:durableId="1821114433">
    <w:abstractNumId w:val="7"/>
  </w:num>
  <w:num w:numId="6" w16cid:durableId="18287487">
    <w:abstractNumId w:val="3"/>
  </w:num>
  <w:num w:numId="7" w16cid:durableId="1842817403">
    <w:abstractNumId w:val="2"/>
  </w:num>
  <w:num w:numId="8" w16cid:durableId="893472398">
    <w:abstractNumId w:val="1"/>
  </w:num>
  <w:num w:numId="9" w16cid:durableId="1476682566">
    <w:abstractNumId w:val="0"/>
  </w:num>
  <w:num w:numId="10" w16cid:durableId="1316371478">
    <w:abstractNumId w:val="11"/>
  </w:num>
  <w:num w:numId="11" w16cid:durableId="1483502371">
    <w:abstractNumId w:val="10"/>
  </w:num>
  <w:num w:numId="12" w16cid:durableId="15709929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FE9"/>
    <w:rsid w:val="00034616"/>
    <w:rsid w:val="0006063C"/>
    <w:rsid w:val="000D46DB"/>
    <w:rsid w:val="0015074B"/>
    <w:rsid w:val="001F09A6"/>
    <w:rsid w:val="002576CE"/>
    <w:rsid w:val="00257BDD"/>
    <w:rsid w:val="002615D9"/>
    <w:rsid w:val="0029639D"/>
    <w:rsid w:val="002C067C"/>
    <w:rsid w:val="00326F90"/>
    <w:rsid w:val="003A028E"/>
    <w:rsid w:val="003C5766"/>
    <w:rsid w:val="003F13A5"/>
    <w:rsid w:val="0044632C"/>
    <w:rsid w:val="004B05C5"/>
    <w:rsid w:val="005073AF"/>
    <w:rsid w:val="00527CD3"/>
    <w:rsid w:val="0057615A"/>
    <w:rsid w:val="005C3264"/>
    <w:rsid w:val="00616400"/>
    <w:rsid w:val="00626EFE"/>
    <w:rsid w:val="00646B94"/>
    <w:rsid w:val="00673C5F"/>
    <w:rsid w:val="00676AE6"/>
    <w:rsid w:val="006944D6"/>
    <w:rsid w:val="00712F4A"/>
    <w:rsid w:val="007512DD"/>
    <w:rsid w:val="007B333C"/>
    <w:rsid w:val="007F3897"/>
    <w:rsid w:val="008119AE"/>
    <w:rsid w:val="008A3961"/>
    <w:rsid w:val="009263DD"/>
    <w:rsid w:val="0093229E"/>
    <w:rsid w:val="009736CE"/>
    <w:rsid w:val="009B34FF"/>
    <w:rsid w:val="009B3FD6"/>
    <w:rsid w:val="00A310C3"/>
    <w:rsid w:val="00A4160B"/>
    <w:rsid w:val="00AA1D8D"/>
    <w:rsid w:val="00B47730"/>
    <w:rsid w:val="00B8171F"/>
    <w:rsid w:val="00C419CD"/>
    <w:rsid w:val="00CB0664"/>
    <w:rsid w:val="00D328BA"/>
    <w:rsid w:val="00D77B5D"/>
    <w:rsid w:val="00DF40DB"/>
    <w:rsid w:val="00E125D7"/>
    <w:rsid w:val="00E335F3"/>
    <w:rsid w:val="00EE10D5"/>
    <w:rsid w:val="00F35411"/>
    <w:rsid w:val="00F76E78"/>
    <w:rsid w:val="00F80390"/>
    <w:rsid w:val="00FC693F"/>
    <w:rsid w:val="00FD14EB"/>
    <w:rsid w:val="00FE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8E997E"/>
  <w14:defaultImageDpi w14:val="300"/>
  <w15:docId w15:val="{17D55619-86AD-47D6-9BFA-F7A9C825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164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640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119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ctk@ctkelc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ctk@ctkel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8118f-2103-45bf-bae4-9ae7cd0b4f24">
      <Terms xmlns="http://schemas.microsoft.com/office/infopath/2007/PartnerControls"/>
    </lcf76f155ced4ddcb4097134ff3c332f>
    <TaxCatchAll xmlns="df3ab679-b0d8-4006-8b6f-cb88ddef60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0BD96B034529499ECF3B04DBC4B47B" ma:contentTypeVersion="18" ma:contentTypeDescription="Create a new document." ma:contentTypeScope="" ma:versionID="e467661f4a3d7c473d7107efc58a0cd4">
  <xsd:schema xmlns:xsd="http://www.w3.org/2001/XMLSchema" xmlns:xs="http://www.w3.org/2001/XMLSchema" xmlns:p="http://schemas.microsoft.com/office/2006/metadata/properties" xmlns:ns2="5938118f-2103-45bf-bae4-9ae7cd0b4f24" xmlns:ns3="df3ab679-b0d8-4006-8b6f-cb88ddef6083" targetNamespace="http://schemas.microsoft.com/office/2006/metadata/properties" ma:root="true" ma:fieldsID="f86579ddb3f595f6e1ddd00ede8a5509" ns2:_="" ns3:_="">
    <xsd:import namespace="5938118f-2103-45bf-bae4-9ae7cd0b4f24"/>
    <xsd:import namespace="df3ab679-b0d8-4006-8b6f-cb88ddef6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8118f-2103-45bf-bae4-9ae7cd0b4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e6cba6-4c5f-4ba3-b4ca-abda897b1d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ab679-b0d8-4006-8b6f-cb88ddef608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35858b-3f9d-41ee-9e82-3670a51e15d5}" ma:internalName="TaxCatchAll" ma:showField="CatchAllData" ma:web="df3ab679-b0d8-4006-8b6f-cb88ddef6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C8673D-475E-4C9D-B6FC-815B4FC63D39}">
  <ds:schemaRefs>
    <ds:schemaRef ds:uri="http://schemas.microsoft.com/office/2006/metadata/properties"/>
    <ds:schemaRef ds:uri="http://schemas.microsoft.com/office/infopath/2007/PartnerControls"/>
    <ds:schemaRef ds:uri="5938118f-2103-45bf-bae4-9ae7cd0b4f24"/>
    <ds:schemaRef ds:uri="df3ab679-b0d8-4006-8b6f-cb88ddef6083"/>
  </ds:schemaRefs>
</ds:datastoreItem>
</file>

<file path=customXml/itemProps3.xml><?xml version="1.0" encoding="utf-8"?>
<ds:datastoreItem xmlns:ds="http://schemas.openxmlformats.org/officeDocument/2006/customXml" ds:itemID="{F921E0E3-7CAD-4945-8559-4600C8F10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8118f-2103-45bf-bae4-9ae7cd0b4f24"/>
    <ds:schemaRef ds:uri="df3ab679-b0d8-4006-8b6f-cb88ddef6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D281CB-1CA9-4EEF-AFEE-FD99E1DA27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5315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Linda Siemers</cp:lastModifiedBy>
  <cp:revision>8</cp:revision>
  <dcterms:created xsi:type="dcterms:W3CDTF">2026-08-13T16:02:00Z</dcterms:created>
  <dcterms:modified xsi:type="dcterms:W3CDTF">2026-08-18T23:47:00Z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0x0101002C0BD96B034529499ECF3B04DBC4B47B</vt:lpwstr>
  </property>
</Properties>
</file>