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23E82"/>
          <w:sz w:val="44"/>
        </w:rPr>
        <w:t>Don't Be Denied Your Open Door Season — Part 2</w:t>
      </w:r>
    </w:p>
    <w:p>
      <w:pPr>
        <w:jc w:val="center"/>
      </w:pPr>
      <w:r>
        <w:rPr>
          <w:rFonts w:ascii="Arial" w:hAnsi="Arial"/>
          <w:color w:val="8A681B"/>
          <w:sz w:val="22"/>
        </w:rPr>
        <w:t>Pastor Ronald Woodson | August 9, 2026 | 1 Peter 5:8–10</w:t>
      </w:r>
    </w:p>
    <w:p>
      <w:pPr>
        <w:jc w:val="center"/>
      </w:pPr>
      <w:r>
        <w:rPr>
          <w:i/>
          <w:sz w:val="18"/>
        </w:rPr>
        <w:t>Production transcript generated from the verified sermon audio. Review against the recording before public quotation or publication.</w:t>
      </w:r>
    </w:p>
    <w:p>
      <w:pPr>
        <w:spacing w:after="60"/>
      </w:pPr>
      <w:r>
        <w:rPr>
          <w:b/>
          <w:color w:val="8A681B"/>
        </w:rPr>
        <w:t xml:space="preserve">[00:00:00] </w:t>
      </w:r>
      <w:r>
        <w:rPr>
          <w:rFonts w:ascii="Arial" w:hAnsi="Arial"/>
          <w:sz w:val="20"/>
        </w:rPr>
        <w:t>First Peter five eight.</w:t>
      </w:r>
    </w:p>
    <w:p>
      <w:pPr>
        <w:spacing w:after="60"/>
      </w:pPr>
      <w:r>
        <w:rPr>
          <w:b/>
          <w:color w:val="8A681B"/>
        </w:rPr>
        <w:t xml:space="preserve">[00:00:02] </w:t>
      </w:r>
      <w:r>
        <w:rPr>
          <w:rFonts w:ascii="Arial" w:hAnsi="Arial"/>
          <w:sz w:val="20"/>
        </w:rPr>
        <w:t>Be alert be sober mind be diligent the devil prowls around like what?</w:t>
      </w:r>
    </w:p>
    <w:p>
      <w:pPr>
        <w:spacing w:after="60"/>
      </w:pPr>
      <w:r>
        <w:rPr>
          <w:b/>
          <w:color w:val="8A681B"/>
        </w:rPr>
        <w:t xml:space="preserve">[00:00:09] </w:t>
      </w:r>
      <w:r>
        <w:rPr>
          <w:rFonts w:ascii="Arial" w:hAnsi="Arial"/>
          <w:sz w:val="20"/>
        </w:rPr>
        <w:t>He not a roaring lion though. He act like one.</w:t>
      </w:r>
    </w:p>
    <w:p>
      <w:pPr>
        <w:spacing w:after="60"/>
      </w:pPr>
      <w:r>
        <w:rPr>
          <w:b/>
          <w:color w:val="8A681B"/>
        </w:rPr>
        <w:t xml:space="preserve">[00:00:13] </w:t>
      </w:r>
      <w:r>
        <w:rPr>
          <w:rFonts w:ascii="Arial" w:hAnsi="Arial"/>
          <w:sz w:val="20"/>
        </w:rPr>
        <w:t>The key is he functions through deception.</w:t>
      </w:r>
    </w:p>
    <w:p>
      <w:pPr>
        <w:spacing w:after="60"/>
      </w:pPr>
      <w:r>
        <w:rPr>
          <w:b/>
          <w:color w:val="8A681B"/>
        </w:rPr>
        <w:t xml:space="preserve">[00:00:18] </w:t>
      </w:r>
      <w:r>
        <w:rPr>
          <w:rFonts w:ascii="Arial" w:hAnsi="Arial"/>
          <w:sz w:val="20"/>
        </w:rPr>
        <w:t>Resisting stand firm stand secure in what the faith resist tell.</w:t>
      </w:r>
    </w:p>
    <w:p>
      <w:pPr>
        <w:spacing w:after="60"/>
      </w:pPr>
      <w:r>
        <w:rPr>
          <w:b/>
          <w:color w:val="8A681B"/>
        </w:rPr>
        <w:t xml:space="preserve">[00:00:24] </w:t>
      </w:r>
      <w:r>
        <w:rPr>
          <w:rFonts w:ascii="Arial" w:hAnsi="Arial"/>
          <w:sz w:val="20"/>
        </w:rPr>
        <w:t>Right. How do you resist the devil? How how huh?</w:t>
      </w:r>
    </w:p>
    <w:p>
      <w:pPr>
        <w:spacing w:after="60"/>
      </w:pPr>
      <w:r>
        <w:rPr>
          <w:b/>
          <w:color w:val="8A681B"/>
        </w:rPr>
        <w:t xml:space="preserve">[00:00:28] </w:t>
      </w:r>
      <w:r>
        <w:rPr>
          <w:rFonts w:ascii="Arial" w:hAnsi="Arial"/>
          <w:sz w:val="20"/>
        </w:rPr>
        <w:t>Do you resist him by submitting yourself to God first?</w:t>
      </w:r>
    </w:p>
    <w:p>
      <w:pPr>
        <w:spacing w:after="60"/>
      </w:pPr>
      <w:r>
        <w:rPr>
          <w:b/>
          <w:color w:val="8A681B"/>
        </w:rPr>
        <w:t xml:space="preserve">[00:00:34] </w:t>
      </w:r>
      <w:r>
        <w:rPr>
          <w:rFonts w:ascii="Arial" w:hAnsi="Arial"/>
          <w:sz w:val="20"/>
        </w:rPr>
        <w:t>You can't just bind the devil and you're not submitted to God.</w:t>
      </w:r>
    </w:p>
    <w:p>
      <w:pPr>
        <w:spacing w:after="60"/>
      </w:pPr>
      <w:r>
        <w:rPr>
          <w:b/>
          <w:color w:val="8A681B"/>
        </w:rPr>
        <w:t xml:space="preserve">[00:00:37] </w:t>
      </w:r>
      <w:r>
        <w:rPr>
          <w:rFonts w:ascii="Arial" w:hAnsi="Arial"/>
          <w:sz w:val="20"/>
        </w:rPr>
        <w:t>If everybody could stand in reverence for the word if your legs are broke stand on one, but um.</w:t>
      </w:r>
    </w:p>
    <w:p>
      <w:pPr>
        <w:spacing w:after="60"/>
      </w:pPr>
      <w:r>
        <w:rPr>
          <w:b/>
          <w:color w:val="8A681B"/>
        </w:rPr>
        <w:t xml:space="preserve">[00:00:45] </w:t>
      </w:r>
      <w:r>
        <w:rPr>
          <w:rFonts w:ascii="Arial" w:hAnsi="Arial"/>
          <w:sz w:val="20"/>
        </w:rPr>
        <w:t>You you resist him by.</w:t>
      </w:r>
    </w:p>
    <w:p>
      <w:pPr>
        <w:spacing w:after="60"/>
      </w:pPr>
      <w:r>
        <w:rPr>
          <w:b/>
          <w:color w:val="8A681B"/>
        </w:rPr>
        <w:t xml:space="preserve">[00:00:49] </w:t>
      </w:r>
      <w:r>
        <w:rPr>
          <w:rFonts w:ascii="Arial" w:hAnsi="Arial"/>
          <w:sz w:val="20"/>
        </w:rPr>
        <w:t>Yielding to God.</w:t>
      </w:r>
    </w:p>
    <w:p>
      <w:pPr>
        <w:spacing w:after="60"/>
      </w:pPr>
      <w:r>
        <w:rPr>
          <w:b/>
          <w:color w:val="8A681B"/>
        </w:rPr>
        <w:t xml:space="preserve">[00:00:51] </w:t>
      </w:r>
      <w:r>
        <w:rPr>
          <w:rFonts w:ascii="Arial" w:hAnsi="Arial"/>
          <w:sz w:val="20"/>
        </w:rPr>
        <w:t>If you don't resist if you don't if you don't yield to God, you're not gonna be able to resist no devil.</w:t>
      </w:r>
    </w:p>
    <w:p>
      <w:pPr>
        <w:spacing w:after="60"/>
      </w:pPr>
      <w:r>
        <w:rPr>
          <w:b/>
          <w:color w:val="8A681B"/>
        </w:rPr>
        <w:t xml:space="preserve">[00:00:55] </w:t>
      </w:r>
      <w:r>
        <w:rPr>
          <w:rFonts w:ascii="Arial" w:hAnsi="Arial"/>
          <w:sz w:val="20"/>
        </w:rPr>
        <w:t>He said because he knows.</w:t>
      </w:r>
    </w:p>
    <w:p>
      <w:pPr>
        <w:spacing w:after="60"/>
      </w:pPr>
      <w:r>
        <w:rPr>
          <w:b/>
          <w:color w:val="8A681B"/>
        </w:rPr>
        <w:t xml:space="preserve">[00:00:57] </w:t>
      </w:r>
      <w:r>
        <w:rPr>
          <w:rFonts w:ascii="Arial" w:hAnsi="Arial"/>
          <w:sz w:val="20"/>
        </w:rPr>
        <w:t>He says in the God of all grace who called you to his eternal glory in Christ after you don't suffer the while.</w:t>
      </w:r>
    </w:p>
    <w:p>
      <w:pPr>
        <w:spacing w:after="60"/>
      </w:pPr>
      <w:r>
        <w:rPr>
          <w:b/>
          <w:color w:val="8A681B"/>
        </w:rPr>
        <w:t xml:space="preserve">[00:01:03] </w:t>
      </w:r>
      <w:r>
        <w:rPr>
          <w:rFonts w:ascii="Arial" w:hAnsi="Arial"/>
          <w:sz w:val="20"/>
        </w:rPr>
        <w:t>Or restore you and make you strong firm.</w:t>
      </w:r>
    </w:p>
    <w:p>
      <w:pPr>
        <w:spacing w:after="60"/>
      </w:pPr>
      <w:r>
        <w:rPr>
          <w:b/>
          <w:color w:val="8A681B"/>
        </w:rPr>
        <w:t xml:space="preserve">[00:01:07] </w:t>
      </w:r>
      <w:r>
        <w:rPr>
          <w:rFonts w:ascii="Arial" w:hAnsi="Arial"/>
          <w:sz w:val="20"/>
        </w:rPr>
        <w:t>Establish to him be the power forever and ever a man father think through my mind speak through my mouth that your people be edified.</w:t>
      </w:r>
    </w:p>
    <w:p>
      <w:pPr>
        <w:spacing w:after="60"/>
      </w:pPr>
      <w:r>
        <w:rPr>
          <w:b/>
          <w:color w:val="8A681B"/>
        </w:rPr>
        <w:t xml:space="preserve">[00:01:15] </w:t>
      </w:r>
      <w:r>
        <w:rPr>
          <w:rFonts w:ascii="Arial" w:hAnsi="Arial"/>
          <w:sz w:val="20"/>
        </w:rPr>
        <w:t>You be glorified.</w:t>
      </w:r>
    </w:p>
    <w:p>
      <w:pPr>
        <w:spacing w:after="60"/>
      </w:pPr>
      <w:r>
        <w:rPr>
          <w:b/>
          <w:color w:val="8A681B"/>
        </w:rPr>
        <w:t xml:space="preserve">[00:01:17] </w:t>
      </w:r>
      <w:r>
        <w:rPr>
          <w:rFonts w:ascii="Arial" w:hAnsi="Arial"/>
          <w:sz w:val="20"/>
        </w:rPr>
        <w:t>After hearing the word of truth faith comes by hearing hearing by the word of God acts for utterance.</w:t>
      </w:r>
    </w:p>
    <w:p>
      <w:pPr>
        <w:spacing w:after="60"/>
      </w:pPr>
      <w:r>
        <w:rPr>
          <w:b/>
          <w:color w:val="8A681B"/>
        </w:rPr>
        <w:t xml:space="preserve">[00:01:22] </w:t>
      </w:r>
      <w:r>
        <w:rPr>
          <w:rFonts w:ascii="Arial" w:hAnsi="Arial"/>
          <w:sz w:val="20"/>
        </w:rPr>
        <w:t>Acts for the anointing and ask you to do what only you can do in Jesus name.</w:t>
      </w:r>
    </w:p>
    <w:p>
      <w:pPr>
        <w:spacing w:after="60"/>
      </w:pPr>
      <w:r>
        <w:rPr>
          <w:b/>
          <w:color w:val="8A681B"/>
        </w:rPr>
        <w:t xml:space="preserve">[00:01:27] </w:t>
      </w:r>
      <w:r>
        <w:rPr>
          <w:rFonts w:ascii="Arial" w:hAnsi="Arial"/>
          <w:sz w:val="20"/>
        </w:rPr>
        <w:t>Amen, and get somebody high five say this gonna be good today. You should stay up.</w:t>
      </w:r>
    </w:p>
    <w:p>
      <w:pPr>
        <w:spacing w:after="60"/>
      </w:pPr>
      <w:r>
        <w:rPr>
          <w:b/>
          <w:color w:val="8A681B"/>
        </w:rPr>
        <w:t xml:space="preserve">[00:01:32] </w:t>
      </w:r>
      <w:r>
        <w:rPr>
          <w:rFonts w:ascii="Arial" w:hAnsi="Arial"/>
          <w:sz w:val="20"/>
        </w:rPr>
        <w:t>You should stay up. So we was talking about open doors last week and.</w:t>
      </w:r>
    </w:p>
    <w:p>
      <w:pPr>
        <w:spacing w:after="60"/>
      </w:pPr>
      <w:r>
        <w:rPr>
          <w:b/>
          <w:color w:val="8A681B"/>
        </w:rPr>
        <w:t xml:space="preserve">[00:01:43] </w:t>
      </w:r>
      <w:r>
        <w:rPr>
          <w:rFonts w:ascii="Arial" w:hAnsi="Arial"/>
          <w:sz w:val="20"/>
        </w:rPr>
        <w:t>How many you received that you should have received it.</w:t>
      </w:r>
    </w:p>
    <w:p>
      <w:pPr>
        <w:spacing w:after="60"/>
      </w:pPr>
      <w:r>
        <w:rPr>
          <w:b/>
          <w:color w:val="8A681B"/>
        </w:rPr>
        <w:t xml:space="preserve">[00:01:46] </w:t>
      </w:r>
      <w:r>
        <w:rPr>
          <w:rFonts w:ascii="Arial" w:hAnsi="Arial"/>
          <w:sz w:val="20"/>
        </w:rPr>
        <w:t>We're gonna talk about today.</w:t>
      </w:r>
    </w:p>
    <w:p>
      <w:pPr>
        <w:spacing w:after="60"/>
      </w:pPr>
      <w:r>
        <w:rPr>
          <w:b/>
          <w:color w:val="8A681B"/>
        </w:rPr>
        <w:t xml:space="preserve">[00:01:50] </w:t>
      </w:r>
      <w:r>
        <w:rPr>
          <w:rFonts w:ascii="Arial" w:hAnsi="Arial"/>
          <w:sz w:val="20"/>
        </w:rPr>
        <w:t>That even though God has sent forth a word like that.</w:t>
      </w:r>
    </w:p>
    <w:p>
      <w:pPr>
        <w:spacing w:after="60"/>
      </w:pPr>
      <w:r>
        <w:rPr>
          <w:b/>
          <w:color w:val="8A681B"/>
        </w:rPr>
        <w:t xml:space="preserve">[00:01:55] </w:t>
      </w:r>
      <w:r>
        <w:rPr>
          <w:rFonts w:ascii="Arial" w:hAnsi="Arial"/>
          <w:sz w:val="20"/>
        </w:rPr>
        <w:t>You gotta defend it.</w:t>
      </w:r>
    </w:p>
    <w:p>
      <w:pPr>
        <w:spacing w:after="60"/>
      </w:pPr>
      <w:r>
        <w:rPr>
          <w:b/>
          <w:color w:val="8A681B"/>
        </w:rPr>
        <w:t xml:space="preserve">[00:01:58] </w:t>
      </w:r>
      <w:r>
        <w:rPr>
          <w:rFonts w:ascii="Arial" w:hAnsi="Arial"/>
          <w:sz w:val="20"/>
        </w:rPr>
        <w:t>You got to defend it.</w:t>
      </w:r>
    </w:p>
    <w:p>
      <w:pPr>
        <w:spacing w:after="60"/>
      </w:pPr>
      <w:r>
        <w:rPr>
          <w:b/>
          <w:color w:val="8A681B"/>
        </w:rPr>
        <w:t xml:space="preserve">[00:02:01] </w:t>
      </w:r>
      <w:r>
        <w:rPr>
          <w:rFonts w:ascii="Arial" w:hAnsi="Arial"/>
          <w:sz w:val="20"/>
        </w:rPr>
        <w:t>You you have to resist the enemy you have to defend your word.</w:t>
      </w:r>
    </w:p>
    <w:p>
      <w:pPr>
        <w:spacing w:after="60"/>
      </w:pPr>
      <w:r>
        <w:rPr>
          <w:b/>
          <w:color w:val="8A681B"/>
        </w:rPr>
        <w:t xml:space="preserve">[00:02:07] </w:t>
      </w:r>
      <w:r>
        <w:rPr>
          <w:rFonts w:ascii="Arial" w:hAnsi="Arial"/>
          <w:sz w:val="20"/>
        </w:rPr>
        <w:t>When God give you something it's up to you to like he's given us the the the the the word of God.</w:t>
      </w:r>
    </w:p>
    <w:p>
      <w:pPr>
        <w:spacing w:after="60"/>
      </w:pPr>
      <w:r>
        <w:rPr>
          <w:b/>
          <w:color w:val="8A681B"/>
        </w:rPr>
        <w:t xml:space="preserve">[00:02:16] </w:t>
      </w:r>
      <w:r>
        <w:rPr>
          <w:rFonts w:ascii="Arial" w:hAnsi="Arial"/>
          <w:sz w:val="20"/>
        </w:rPr>
        <w:t>We should know how to defend certain things.</w:t>
      </w:r>
    </w:p>
    <w:p>
      <w:pPr>
        <w:spacing w:after="60"/>
      </w:pPr>
      <w:r>
        <w:rPr>
          <w:b/>
          <w:color w:val="8A681B"/>
        </w:rPr>
        <w:t xml:space="preserve">[00:02:19] </w:t>
      </w:r>
      <w:r>
        <w:rPr>
          <w:rFonts w:ascii="Arial" w:hAnsi="Arial"/>
          <w:sz w:val="20"/>
        </w:rPr>
        <w:t>Especially like salvation like if a person trying to talk you out of being saved.</w:t>
      </w:r>
    </w:p>
    <w:p>
      <w:pPr>
        <w:spacing w:after="60"/>
      </w:pPr>
      <w:r>
        <w:rPr>
          <w:b/>
          <w:color w:val="8A681B"/>
        </w:rPr>
        <w:t xml:space="preserve">[00:02:25] </w:t>
      </w:r>
      <w:r>
        <w:rPr>
          <w:rFonts w:ascii="Arial" w:hAnsi="Arial"/>
          <w:sz w:val="20"/>
        </w:rPr>
        <w:t>If you don't know nothing else about the Bible, you should be able to defend that that piece right there.</w:t>
      </w:r>
    </w:p>
    <w:p>
      <w:pPr>
        <w:spacing w:after="60"/>
      </w:pPr>
      <w:r>
        <w:rPr>
          <w:b/>
          <w:color w:val="8A681B"/>
        </w:rPr>
        <w:t xml:space="preserve">[00:02:31] </w:t>
      </w:r>
      <w:r>
        <w:rPr>
          <w:rFonts w:ascii="Arial" w:hAnsi="Arial"/>
          <w:sz w:val="20"/>
        </w:rPr>
        <w:t>So you have to learn the Bible you have to know how to defend.</w:t>
      </w:r>
    </w:p>
    <w:p>
      <w:pPr>
        <w:spacing w:after="60"/>
      </w:pPr>
      <w:r>
        <w:rPr>
          <w:b/>
          <w:color w:val="8A681B"/>
        </w:rPr>
        <w:t xml:space="preserve">[00:02:37] </w:t>
      </w:r>
      <w:r>
        <w:rPr>
          <w:rFonts w:ascii="Arial" w:hAnsi="Arial"/>
          <w:sz w:val="20"/>
        </w:rPr>
        <w:t>Critical things and one of them you have to know how to stand in faith.</w:t>
      </w:r>
    </w:p>
    <w:p>
      <w:pPr>
        <w:spacing w:after="60"/>
      </w:pPr>
      <w:r>
        <w:rPr>
          <w:b/>
          <w:color w:val="8A681B"/>
        </w:rPr>
        <w:t xml:space="preserve">[00:02:42] </w:t>
      </w:r>
      <w:r>
        <w:rPr>
          <w:rFonts w:ascii="Arial" w:hAnsi="Arial"/>
          <w:sz w:val="20"/>
        </w:rPr>
        <w:t>So when when when the Lord says that he has opened a door before you you have to stand firm in those.</w:t>
      </w:r>
    </w:p>
    <w:p>
      <w:pPr>
        <w:spacing w:after="60"/>
      </w:pPr>
      <w:r>
        <w:rPr>
          <w:b/>
          <w:color w:val="8A681B"/>
        </w:rPr>
        <w:t xml:space="preserve">[00:02:49] </w:t>
      </w:r>
      <w:r>
        <w:rPr>
          <w:rFonts w:ascii="Arial" w:hAnsi="Arial"/>
          <w:sz w:val="20"/>
        </w:rPr>
        <w:t>Areas everybody say stand firm.</w:t>
      </w:r>
    </w:p>
    <w:p>
      <w:pPr>
        <w:spacing w:after="60"/>
      </w:pPr>
      <w:r>
        <w:rPr>
          <w:b/>
          <w:color w:val="8A681B"/>
        </w:rPr>
        <w:t xml:space="preserve">[00:02:52] </w:t>
      </w:r>
      <w:r>
        <w:rPr>
          <w:rFonts w:ascii="Arial" w:hAnsi="Arial"/>
          <w:sz w:val="20"/>
        </w:rPr>
        <w:t>You have to know how not to bend.</w:t>
      </w:r>
    </w:p>
    <w:p>
      <w:pPr>
        <w:spacing w:after="60"/>
      </w:pPr>
      <w:r>
        <w:rPr>
          <w:b/>
          <w:color w:val="8A681B"/>
        </w:rPr>
        <w:t xml:space="preserve">[00:02:55] </w:t>
      </w:r>
      <w:r>
        <w:rPr>
          <w:rFonts w:ascii="Arial" w:hAnsi="Arial"/>
          <w:sz w:val="20"/>
        </w:rPr>
        <w:t>Not to break.</w:t>
      </w:r>
    </w:p>
    <w:p>
      <w:pPr>
        <w:spacing w:after="60"/>
      </w:pPr>
      <w:r>
        <w:rPr>
          <w:b/>
          <w:color w:val="8A681B"/>
        </w:rPr>
        <w:t xml:space="preserve">[00:02:57] </w:t>
      </w:r>
      <w:r>
        <w:rPr>
          <w:rFonts w:ascii="Arial" w:hAnsi="Arial"/>
          <w:sz w:val="20"/>
        </w:rPr>
        <w:t>Not to back down not to cower.</w:t>
      </w:r>
    </w:p>
    <w:p>
      <w:pPr>
        <w:spacing w:after="60"/>
      </w:pPr>
      <w:r>
        <w:rPr>
          <w:b/>
          <w:color w:val="8A681B"/>
        </w:rPr>
        <w:t xml:space="preserve">[00:03:01] </w:t>
      </w:r>
      <w:r>
        <w:rPr>
          <w:rFonts w:ascii="Arial" w:hAnsi="Arial"/>
          <w:sz w:val="20"/>
        </w:rPr>
        <w:t>Not to remove your confession of faith because.</w:t>
      </w:r>
    </w:p>
    <w:p>
      <w:pPr>
        <w:spacing w:after="60"/>
      </w:pPr>
      <w:r>
        <w:rPr>
          <w:b/>
          <w:color w:val="8A681B"/>
        </w:rPr>
        <w:t xml:space="preserve">[00:03:05] </w:t>
      </w:r>
      <w:r>
        <w:rPr>
          <w:rFonts w:ascii="Arial" w:hAnsi="Arial"/>
          <w:sz w:val="20"/>
        </w:rPr>
        <w:t>You know, it's interesting. I know you don't have to raise your hand.</w:t>
      </w:r>
    </w:p>
    <w:p>
      <w:pPr>
        <w:spacing w:after="60"/>
      </w:pPr>
      <w:r>
        <w:rPr>
          <w:b/>
          <w:color w:val="8A681B"/>
        </w:rPr>
        <w:t xml:space="preserve">[00:03:09] </w:t>
      </w:r>
      <w:r>
        <w:rPr>
          <w:rFonts w:ascii="Arial" w:hAnsi="Arial"/>
          <w:sz w:val="20"/>
        </w:rPr>
        <w:t>But I would I would want to know the amount of people.</w:t>
      </w:r>
    </w:p>
    <w:p>
      <w:pPr>
        <w:spacing w:after="60"/>
      </w:pPr>
      <w:r>
        <w:rPr>
          <w:b/>
          <w:color w:val="8A681B"/>
        </w:rPr>
        <w:t xml:space="preserve">[00:03:11] </w:t>
      </w:r>
      <w:r>
        <w:rPr>
          <w:rFonts w:ascii="Arial" w:hAnsi="Arial"/>
          <w:sz w:val="20"/>
        </w:rPr>
        <w:t>I wish I knew the amount of people who went forth in the following week talking about God has opened the door for me.</w:t>
      </w:r>
    </w:p>
    <w:p>
      <w:pPr>
        <w:spacing w:after="60"/>
      </w:pPr>
      <w:r>
        <w:rPr>
          <w:b/>
          <w:color w:val="8A681B"/>
        </w:rPr>
        <w:t xml:space="preserve">[00:03:17] </w:t>
      </w:r>
      <w:r>
        <w:rPr>
          <w:rFonts w:ascii="Arial" w:hAnsi="Arial"/>
          <w:sz w:val="20"/>
        </w:rPr>
        <w:t>See because we talk about what we believe and.</w:t>
      </w:r>
    </w:p>
    <w:p>
      <w:pPr>
        <w:spacing w:after="60"/>
      </w:pPr>
      <w:r>
        <w:rPr>
          <w:b/>
          <w:color w:val="8A681B"/>
        </w:rPr>
        <w:t xml:space="preserve">[00:03:21] </w:t>
      </w:r>
      <w:r>
        <w:rPr>
          <w:rFonts w:ascii="Arial" w:hAnsi="Arial"/>
          <w:sz w:val="20"/>
        </w:rPr>
        <w:t>And if you did it that the enemy put somebody in your face to your face to try to.</w:t>
      </w:r>
    </w:p>
    <w:p>
      <w:pPr>
        <w:spacing w:after="60"/>
      </w:pPr>
      <w:r>
        <w:rPr>
          <w:b/>
          <w:color w:val="8A681B"/>
        </w:rPr>
        <w:t xml:space="preserve">[00:03:27] </w:t>
      </w:r>
      <w:r>
        <w:rPr>
          <w:rFonts w:ascii="Arial" w:hAnsi="Arial"/>
          <w:sz w:val="20"/>
        </w:rPr>
        <w:t>Laugh in your face or make you feel like it wasn't relevant or wasn't real.</w:t>
      </w:r>
    </w:p>
    <w:p>
      <w:pPr>
        <w:spacing w:after="60"/>
      </w:pPr>
      <w:r>
        <w:rPr>
          <w:b/>
          <w:color w:val="8A681B"/>
        </w:rPr>
        <w:t xml:space="preserve">[00:03:32] </w:t>
      </w:r>
      <w:r>
        <w:rPr>
          <w:rFonts w:ascii="Arial" w:hAnsi="Arial"/>
          <w:sz w:val="20"/>
        </w:rPr>
        <w:t>That you get up the next day the next day dot the next day and feel like you was facing a closed door and.</w:t>
      </w:r>
    </w:p>
    <w:p>
      <w:pPr>
        <w:spacing w:after="60"/>
      </w:pPr>
      <w:r>
        <w:rPr>
          <w:b/>
          <w:color w:val="8A681B"/>
        </w:rPr>
        <w:t xml:space="preserve">[00:03:41] </w:t>
      </w:r>
      <w:r>
        <w:rPr>
          <w:rFonts w:ascii="Arial" w:hAnsi="Arial"/>
          <w:sz w:val="20"/>
        </w:rPr>
        <w:t>You have to be able to defend what God has said everything that God tell you you got to be able to defend that.</w:t>
      </w:r>
    </w:p>
    <w:p>
      <w:pPr>
        <w:spacing w:after="60"/>
      </w:pPr>
      <w:r>
        <w:rPr>
          <w:b/>
          <w:color w:val="8A681B"/>
        </w:rPr>
        <w:t xml:space="preserve">[00:03:47] </w:t>
      </w:r>
      <w:r>
        <w:rPr>
          <w:rFonts w:ascii="Arial" w:hAnsi="Arial"/>
          <w:sz w:val="20"/>
        </w:rPr>
        <w:t>If nothing else say just stand firm in the faith.</w:t>
      </w:r>
    </w:p>
    <w:p>
      <w:pPr>
        <w:spacing w:after="60"/>
      </w:pPr>
      <w:r>
        <w:rPr>
          <w:b/>
          <w:color w:val="8A681B"/>
        </w:rPr>
        <w:t xml:space="preserve">[00:03:51] </w:t>
      </w:r>
      <w:r>
        <w:rPr>
          <w:rFonts w:ascii="Arial" w:hAnsi="Arial"/>
          <w:sz w:val="20"/>
        </w:rPr>
        <w:t>Because as he's rebuilding our lives and restoring stuff. He's putting things in motion.</w:t>
      </w:r>
    </w:p>
    <w:p>
      <w:pPr>
        <w:spacing w:after="60"/>
      </w:pPr>
      <w:r>
        <w:rPr>
          <w:b/>
          <w:color w:val="8A681B"/>
        </w:rPr>
        <w:t xml:space="preserve">[00:03:58] </w:t>
      </w:r>
      <w:r>
        <w:rPr>
          <w:rFonts w:ascii="Arial" w:hAnsi="Arial"/>
          <w:sz w:val="20"/>
        </w:rPr>
        <w:t>Meaning that you hear it in heaven or you hear it in your spirit.</w:t>
      </w:r>
    </w:p>
    <w:p>
      <w:pPr>
        <w:spacing w:after="60"/>
      </w:pPr>
      <w:r>
        <w:rPr>
          <w:b/>
          <w:color w:val="8A681B"/>
        </w:rPr>
        <w:t xml:space="preserve">[00:04:02] </w:t>
      </w:r>
      <w:r>
        <w:rPr>
          <w:rFonts w:ascii="Arial" w:hAnsi="Arial"/>
          <w:sz w:val="20"/>
        </w:rPr>
        <w:t>And then as you release it the natural realm starts moving whether you think so or not.</w:t>
      </w:r>
    </w:p>
    <w:p>
      <w:pPr>
        <w:spacing w:after="60"/>
      </w:pPr>
      <w:r>
        <w:rPr>
          <w:b/>
          <w:color w:val="8A681B"/>
        </w:rPr>
        <w:t xml:space="preserve">[00:04:08] </w:t>
      </w:r>
      <w:r>
        <w:rPr>
          <w:rFonts w:ascii="Arial" w:hAnsi="Arial"/>
          <w:sz w:val="20"/>
        </w:rPr>
        <w:t>So a door just doesn't disappear if I open that door it is the hinges of there. I got to turn the knob I.</w:t>
      </w:r>
    </w:p>
    <w:p>
      <w:pPr>
        <w:spacing w:after="60"/>
      </w:pPr>
      <w:r>
        <w:rPr>
          <w:b/>
          <w:color w:val="8A681B"/>
        </w:rPr>
        <w:t xml:space="preserve">[00:04:17] </w:t>
      </w:r>
      <w:r>
        <w:rPr>
          <w:rFonts w:ascii="Arial" w:hAnsi="Arial"/>
          <w:sz w:val="20"/>
        </w:rPr>
        <w:t>Have to put apply some force even if it's ever so gently to push the door back so that I can walk through or I'm.</w:t>
      </w:r>
    </w:p>
    <w:p>
      <w:pPr>
        <w:spacing w:after="60"/>
      </w:pPr>
      <w:r>
        <w:rPr>
          <w:b/>
          <w:color w:val="8A681B"/>
        </w:rPr>
        <w:t xml:space="preserve">[00:04:26] </w:t>
      </w:r>
      <w:r>
        <w:rPr>
          <w:rFonts w:ascii="Arial" w:hAnsi="Arial"/>
          <w:sz w:val="20"/>
        </w:rPr>
        <w:t>Simultaneously walking through that door, but I am moving.</w:t>
      </w:r>
    </w:p>
    <w:p>
      <w:pPr>
        <w:spacing w:after="60"/>
      </w:pPr>
      <w:r>
        <w:rPr>
          <w:b/>
          <w:color w:val="8A681B"/>
        </w:rPr>
        <w:t xml:space="preserve">[00:04:31] </w:t>
      </w:r>
      <w:r>
        <w:rPr>
          <w:rFonts w:ascii="Arial" w:hAnsi="Arial"/>
          <w:sz w:val="20"/>
        </w:rPr>
        <w:t>Whether I and believe that the doors open and.</w:t>
      </w:r>
    </w:p>
    <w:p>
      <w:pPr>
        <w:spacing w:after="60"/>
      </w:pPr>
      <w:r>
        <w:rPr>
          <w:b/>
          <w:color w:val="8A681B"/>
        </w:rPr>
        <w:t xml:space="preserve">[00:04:35] </w:t>
      </w:r>
      <w:r>
        <w:rPr>
          <w:rFonts w:ascii="Arial" w:hAnsi="Arial"/>
          <w:sz w:val="20"/>
        </w:rPr>
        <w:t>I am walking through the door while I'm pushing the door.</w:t>
      </w:r>
    </w:p>
    <w:p>
      <w:pPr>
        <w:spacing w:after="60"/>
      </w:pPr>
      <w:r>
        <w:rPr>
          <w:b/>
          <w:color w:val="8A681B"/>
        </w:rPr>
        <w:t xml:space="preserve">[00:04:38] </w:t>
      </w:r>
      <w:r>
        <w:rPr>
          <w:rFonts w:ascii="Arial" w:hAnsi="Arial"/>
          <w:sz w:val="20"/>
        </w:rPr>
        <w:t>I'm applying some force to it because this this this the falling world.</w:t>
      </w:r>
    </w:p>
    <w:p>
      <w:pPr>
        <w:spacing w:after="60"/>
      </w:pPr>
      <w:r>
        <w:rPr>
          <w:b/>
          <w:color w:val="8A681B"/>
        </w:rPr>
        <w:t xml:space="preserve">[00:04:45] </w:t>
      </w:r>
      <w:r>
        <w:rPr>
          <w:rFonts w:ascii="Arial" w:hAnsi="Arial"/>
          <w:sz w:val="20"/>
        </w:rPr>
        <w:t>Gravity holds everything down and try to and try to restrict things in this thing. So without force nothing moves.</w:t>
      </w:r>
    </w:p>
    <w:p>
      <w:pPr>
        <w:spacing w:after="60"/>
      </w:pPr>
      <w:r>
        <w:rPr>
          <w:b/>
          <w:color w:val="8A681B"/>
        </w:rPr>
        <w:t xml:space="preserve">[00:04:51] </w:t>
      </w:r>
      <w:r>
        <w:rPr>
          <w:rFonts w:ascii="Arial" w:hAnsi="Arial"/>
          <w:sz w:val="20"/>
        </w:rPr>
        <w:t>So you have to know as we're going forward in this that God is trying to really for some of us like restore our identity.</w:t>
      </w:r>
    </w:p>
    <w:p>
      <w:pPr>
        <w:spacing w:after="60"/>
      </w:pPr>
      <w:r>
        <w:rPr>
          <w:b/>
          <w:color w:val="8A681B"/>
        </w:rPr>
        <w:t xml:space="preserve">[00:04:59] </w:t>
      </w:r>
      <w:r>
        <w:rPr>
          <w:rFonts w:ascii="Arial" w:hAnsi="Arial"/>
          <w:sz w:val="20"/>
        </w:rPr>
        <w:t>You would be surprised at the people who even though God has been trying to move them forward in their life.</w:t>
      </w:r>
    </w:p>
    <w:p>
      <w:pPr>
        <w:spacing w:after="60"/>
      </w:pPr>
      <w:r>
        <w:rPr>
          <w:b/>
          <w:color w:val="8A681B"/>
        </w:rPr>
        <w:t xml:space="preserve">[00:05:06] </w:t>
      </w:r>
      <w:r>
        <w:rPr>
          <w:rFonts w:ascii="Arial" w:hAnsi="Arial"/>
          <w:sz w:val="20"/>
        </w:rPr>
        <w:t>They hate who they was and somehow they've locked that old identity into they now.</w:t>
      </w:r>
    </w:p>
    <w:p>
      <w:pPr>
        <w:spacing w:after="60"/>
      </w:pPr>
      <w:r>
        <w:rPr>
          <w:b/>
          <w:color w:val="8A681B"/>
        </w:rPr>
        <w:t xml:space="preserve">[00:05:12] </w:t>
      </w:r>
      <w:r>
        <w:rPr>
          <w:rFonts w:ascii="Arial" w:hAnsi="Arial"/>
          <w:sz w:val="20"/>
        </w:rPr>
        <w:t>Even though if any man be in Christ, they are a new creation and so they won't go after certain things because.</w:t>
      </w:r>
    </w:p>
    <w:p>
      <w:pPr>
        <w:spacing w:after="60"/>
      </w:pPr>
      <w:r>
        <w:rPr>
          <w:b/>
          <w:color w:val="8A681B"/>
        </w:rPr>
        <w:t xml:space="preserve">[00:05:20] </w:t>
      </w:r>
      <w:r>
        <w:rPr>
          <w:rFonts w:ascii="Arial" w:hAnsi="Arial"/>
          <w:sz w:val="20"/>
        </w:rPr>
        <w:t>What I did in my past say the past is the past.</w:t>
      </w:r>
    </w:p>
    <w:p>
      <w:pPr>
        <w:spacing w:after="60"/>
      </w:pPr>
      <w:r>
        <w:rPr>
          <w:b/>
          <w:color w:val="8A681B"/>
        </w:rPr>
        <w:t xml:space="preserve">[00:05:25] </w:t>
      </w:r>
      <w:r>
        <w:rPr>
          <w:rFonts w:ascii="Arial" w:hAnsi="Arial"/>
          <w:sz w:val="20"/>
        </w:rPr>
        <w:t>If you in Christ you a new creation, so I have to start I have to start moving in my new identity.</w:t>
      </w:r>
    </w:p>
    <w:p>
      <w:pPr>
        <w:spacing w:after="60"/>
      </w:pPr>
      <w:r>
        <w:rPr>
          <w:b/>
          <w:color w:val="8A681B"/>
        </w:rPr>
        <w:t xml:space="preserve">[00:05:32] </w:t>
      </w:r>
      <w:r>
        <w:rPr>
          <w:rFonts w:ascii="Arial" w:hAnsi="Arial"/>
          <w:sz w:val="20"/>
        </w:rPr>
        <w:t>I must learn who I am in God and then I must do those things to move it.</w:t>
      </w:r>
    </w:p>
    <w:p>
      <w:pPr>
        <w:spacing w:after="60"/>
      </w:pPr>
      <w:r>
        <w:rPr>
          <w:b/>
          <w:color w:val="8A681B"/>
        </w:rPr>
        <w:t xml:space="preserve">[00:05:37] </w:t>
      </w:r>
      <w:r>
        <w:rPr>
          <w:rFonts w:ascii="Arial" w:hAnsi="Arial"/>
          <w:sz w:val="20"/>
        </w:rPr>
        <w:t>He'll try to tell you that you don't have a legacy.</w:t>
      </w:r>
    </w:p>
    <w:p>
      <w:pPr>
        <w:spacing w:after="60"/>
      </w:pPr>
      <w:r>
        <w:rPr>
          <w:b/>
          <w:color w:val="8A681B"/>
        </w:rPr>
        <w:t xml:space="preserve">[00:05:40] </w:t>
      </w:r>
      <w:r>
        <w:rPr>
          <w:rFonts w:ascii="Arial" w:hAnsi="Arial"/>
          <w:sz w:val="20"/>
        </w:rPr>
        <w:t>He'll point to I mean people preach more about.</w:t>
      </w:r>
    </w:p>
    <w:p>
      <w:pPr>
        <w:spacing w:after="60"/>
      </w:pPr>
      <w:r>
        <w:rPr>
          <w:b/>
          <w:color w:val="8A681B"/>
        </w:rPr>
        <w:t xml:space="preserve">[00:05:43] </w:t>
      </w:r>
      <w:r>
        <w:rPr>
          <w:rFonts w:ascii="Arial" w:hAnsi="Arial"/>
          <w:sz w:val="20"/>
        </w:rPr>
        <w:t>Generational curses than they do about generational blessings and.</w:t>
      </w:r>
    </w:p>
    <w:p>
      <w:pPr>
        <w:spacing w:after="60"/>
      </w:pPr>
      <w:r>
        <w:rPr>
          <w:b/>
          <w:color w:val="8A681B"/>
        </w:rPr>
        <w:t xml:space="preserve">[00:05:47] </w:t>
      </w:r>
      <w:r>
        <w:rPr>
          <w:rFonts w:ascii="Arial" w:hAnsi="Arial"/>
          <w:sz w:val="20"/>
        </w:rPr>
        <w:t>Even if your family live under a curse, I guarantee you is bearing a blessing.</w:t>
      </w:r>
    </w:p>
    <w:p>
      <w:pPr>
        <w:spacing w:after="60"/>
      </w:pPr>
      <w:r>
        <w:rPr>
          <w:b/>
          <w:color w:val="8A681B"/>
        </w:rPr>
        <w:t xml:space="preserve">[00:05:52] </w:t>
      </w:r>
      <w:r>
        <w:rPr>
          <w:rFonts w:ascii="Arial" w:hAnsi="Arial"/>
          <w:sz w:val="20"/>
        </w:rPr>
        <w:t>Amen to this even though everybody in there is living under a curse.</w:t>
      </w:r>
    </w:p>
    <w:p>
      <w:pPr>
        <w:spacing w:after="60"/>
      </w:pPr>
      <w:r>
        <w:rPr>
          <w:b/>
          <w:color w:val="8A681B"/>
        </w:rPr>
        <w:t xml:space="preserve">[00:05:57] </w:t>
      </w:r>
      <w:r>
        <w:rPr>
          <w:rFonts w:ascii="Arial" w:hAnsi="Arial"/>
          <w:sz w:val="20"/>
        </w:rPr>
        <w:t>I you cannot exist in this life without God having some type of blessing on your life.</w:t>
      </w:r>
    </w:p>
    <w:p>
      <w:pPr>
        <w:spacing w:after="60"/>
      </w:pPr>
      <w:r>
        <w:rPr>
          <w:b/>
          <w:color w:val="8A681B"/>
        </w:rPr>
        <w:t xml:space="preserve">[00:06:02] </w:t>
      </w:r>
      <w:r>
        <w:rPr>
          <w:rFonts w:ascii="Arial" w:hAnsi="Arial"/>
          <w:sz w:val="20"/>
        </w:rPr>
        <w:t>You survived because God wanted to bless you.</w:t>
      </w:r>
    </w:p>
    <w:p>
      <w:pPr>
        <w:spacing w:after="60"/>
      </w:pPr>
      <w:r>
        <w:rPr>
          <w:b/>
          <w:color w:val="8A681B"/>
        </w:rPr>
        <w:t xml:space="preserve">[00:06:05] </w:t>
      </w:r>
      <w:r>
        <w:rPr>
          <w:rFonts w:ascii="Arial" w:hAnsi="Arial"/>
          <w:sz w:val="20"/>
        </w:rPr>
        <w:t>So you may be living.</w:t>
      </w:r>
    </w:p>
    <w:p>
      <w:pPr>
        <w:spacing w:after="60"/>
      </w:pPr>
      <w:r>
        <w:rPr>
          <w:b/>
          <w:color w:val="8A681B"/>
        </w:rPr>
        <w:t xml:space="preserve">[00:06:07] </w:t>
      </w:r>
      <w:r>
        <w:rPr>
          <w:rFonts w:ascii="Arial" w:hAnsi="Arial"/>
          <w:sz w:val="20"/>
        </w:rPr>
        <w:t>Through or in a curse, but it's standing on top of your blessing you tell somebody say you got a blessing to tie to your name.</w:t>
      </w:r>
    </w:p>
    <w:p>
      <w:pPr>
        <w:spacing w:after="60"/>
      </w:pPr>
      <w:r>
        <w:rPr>
          <w:b/>
          <w:color w:val="8A681B"/>
        </w:rPr>
        <w:t xml:space="preserve">[00:06:16] </w:t>
      </w:r>
      <w:r>
        <w:rPr>
          <w:rFonts w:ascii="Arial" w:hAnsi="Arial"/>
          <w:sz w:val="20"/>
        </w:rPr>
        <w:t>And so God will restore us.</w:t>
      </w:r>
    </w:p>
    <w:p>
      <w:pPr>
        <w:spacing w:after="60"/>
      </w:pPr>
      <w:r>
        <w:rPr>
          <w:b/>
          <w:color w:val="8A681B"/>
        </w:rPr>
        <w:t xml:space="preserve">[00:06:19] </w:t>
      </w:r>
      <w:r>
        <w:rPr>
          <w:rFonts w:ascii="Arial" w:hAnsi="Arial"/>
          <w:sz w:val="20"/>
        </w:rPr>
        <w:t>He's he's you know, they're them. I believe there are people that the devil has in there is.</w:t>
      </w:r>
    </w:p>
    <w:p>
      <w:pPr>
        <w:spacing w:after="60"/>
      </w:pPr>
      <w:r>
        <w:rPr>
          <w:b/>
          <w:color w:val="8A681B"/>
        </w:rPr>
        <w:t xml:space="preserve">[00:06:25] </w:t>
      </w:r>
      <w:r>
        <w:rPr>
          <w:rFonts w:ascii="Arial" w:hAnsi="Arial"/>
          <w:sz w:val="20"/>
        </w:rPr>
        <w:t>Publicly.</w:t>
      </w:r>
    </w:p>
    <w:p>
      <w:pPr>
        <w:spacing w:after="60"/>
      </w:pPr>
      <w:r>
        <w:rPr>
          <w:b/>
          <w:color w:val="8A681B"/>
        </w:rPr>
        <w:t xml:space="preserve">[00:06:27] </w:t>
      </w:r>
      <w:r>
        <w:rPr>
          <w:rFonts w:ascii="Arial" w:hAnsi="Arial"/>
          <w:sz w:val="20"/>
        </w:rPr>
        <w:t>But God not just gonna restore you.</w:t>
      </w:r>
    </w:p>
    <w:p>
      <w:pPr>
        <w:spacing w:after="60"/>
      </w:pPr>
      <w:r>
        <w:rPr>
          <w:b/>
          <w:color w:val="8A681B"/>
        </w:rPr>
        <w:t xml:space="preserve">[00:06:29] </w:t>
      </w:r>
      <w:r>
        <w:rPr>
          <w:rFonts w:ascii="Arial" w:hAnsi="Arial"/>
          <w:sz w:val="20"/>
        </w:rPr>
        <w:t>Privately.</w:t>
      </w:r>
    </w:p>
    <w:p>
      <w:pPr>
        <w:spacing w:after="60"/>
      </w:pPr>
      <w:r>
        <w:rPr>
          <w:b/>
          <w:color w:val="8A681B"/>
        </w:rPr>
        <w:t xml:space="preserve">[00:06:31] </w:t>
      </w:r>
      <w:r>
        <w:rPr>
          <w:rFonts w:ascii="Arial" w:hAnsi="Arial"/>
          <w:sz w:val="20"/>
        </w:rPr>
        <w:t>You better hear what I'm saying he gonna restore your name publicly.</w:t>
      </w:r>
    </w:p>
    <w:p>
      <w:pPr>
        <w:spacing w:after="60"/>
      </w:pPr>
      <w:r>
        <w:rPr>
          <w:b/>
          <w:color w:val="8A681B"/>
        </w:rPr>
        <w:t xml:space="preserve">[00:06:36] </w:t>
      </w:r>
      <w:r>
        <w:rPr>
          <w:rFonts w:ascii="Arial" w:hAnsi="Arial"/>
          <w:sz w:val="20"/>
        </w:rPr>
        <w:t>Amen to this.</w:t>
      </w:r>
    </w:p>
    <w:p>
      <w:pPr>
        <w:spacing w:after="60"/>
      </w:pPr>
      <w:r>
        <w:rPr>
          <w:b/>
          <w:color w:val="8A681B"/>
        </w:rPr>
        <w:t xml:space="preserve">[00:06:38] </w:t>
      </w:r>
      <w:r>
        <w:rPr>
          <w:rFonts w:ascii="Arial" w:hAnsi="Arial"/>
          <w:sz w:val="20"/>
        </w:rPr>
        <w:t>He not gonna let the devil is these people, you know, they like to apologize in private.</w:t>
      </w:r>
    </w:p>
    <w:p>
      <w:pPr>
        <w:spacing w:after="60"/>
      </w:pPr>
      <w:r>
        <w:rPr>
          <w:b/>
          <w:color w:val="8A681B"/>
        </w:rPr>
        <w:t xml:space="preserve">[00:06:42] </w:t>
      </w:r>
      <w:r>
        <w:rPr>
          <w:rFonts w:ascii="Arial" w:hAnsi="Arial"/>
          <w:sz w:val="20"/>
        </w:rPr>
        <w:t>They tell your name down in public and want to apologize in private.</w:t>
      </w:r>
    </w:p>
    <w:p>
      <w:pPr>
        <w:spacing w:after="60"/>
      </w:pPr>
      <w:r>
        <w:rPr>
          <w:b/>
          <w:color w:val="8A681B"/>
        </w:rPr>
        <w:t xml:space="preserve">[00:06:46] </w:t>
      </w:r>
      <w:r>
        <w:rPr>
          <w:rFonts w:ascii="Arial" w:hAnsi="Arial"/>
          <w:sz w:val="20"/>
        </w:rPr>
        <w:t>They talk crazy to you in public and then want to apologize when they get in the car.</w:t>
      </w:r>
    </w:p>
    <w:p>
      <w:pPr>
        <w:spacing w:after="60"/>
      </w:pPr>
      <w:r>
        <w:rPr>
          <w:b/>
          <w:color w:val="8A681B"/>
        </w:rPr>
        <w:t xml:space="preserve">[00:06:51] </w:t>
      </w:r>
      <w:r>
        <w:rPr>
          <w:rFonts w:ascii="Arial" w:hAnsi="Arial"/>
          <w:sz w:val="20"/>
        </w:rPr>
        <w:t>You understand? No, but God gonna make the devil.</w:t>
      </w:r>
    </w:p>
    <w:p>
      <w:pPr>
        <w:spacing w:after="60"/>
      </w:pPr>
      <w:r>
        <w:rPr>
          <w:b/>
          <w:color w:val="8A681B"/>
        </w:rPr>
        <w:t xml:space="preserve">[00:06:54] </w:t>
      </w:r>
      <w:r>
        <w:rPr>
          <w:rFonts w:ascii="Arial" w:hAnsi="Arial"/>
          <w:sz w:val="20"/>
        </w:rPr>
        <w:t>Apologize and life apologize to you publicly as he restores your name and restores your identity.</w:t>
      </w:r>
    </w:p>
    <w:p>
      <w:pPr>
        <w:spacing w:after="60"/>
      </w:pPr>
      <w:r>
        <w:rPr>
          <w:b/>
          <w:color w:val="8A681B"/>
        </w:rPr>
        <w:t xml:space="preserve">[00:07:00] </w:t>
      </w:r>
      <w:r>
        <w:rPr>
          <w:rFonts w:ascii="Arial" w:hAnsi="Arial"/>
          <w:sz w:val="20"/>
        </w:rPr>
        <w:t>I don't care who it was. I don't care who they thought they was say God gonna make them apologize publicly.</w:t>
      </w:r>
    </w:p>
    <w:p>
      <w:pPr>
        <w:spacing w:after="60"/>
      </w:pPr>
      <w:r>
        <w:rPr>
          <w:b/>
          <w:color w:val="8A681B"/>
        </w:rPr>
        <w:t xml:space="preserve">[00:07:08] </w:t>
      </w:r>
      <w:r>
        <w:rPr>
          <w:rFonts w:ascii="Arial" w:hAnsi="Arial"/>
          <w:sz w:val="20"/>
        </w:rPr>
        <w:t>So when this happened you had to be willing to step through the door say step through the door.</w:t>
      </w:r>
    </w:p>
    <w:p>
      <w:pPr>
        <w:spacing w:after="60"/>
      </w:pPr>
      <w:r>
        <w:rPr>
          <w:b/>
          <w:color w:val="8A681B"/>
        </w:rPr>
        <w:t xml:space="preserve">[00:07:15] </w:t>
      </w:r>
      <w:r>
        <w:rPr>
          <w:rFonts w:ascii="Arial" w:hAnsi="Arial"/>
          <w:sz w:val="20"/>
        </w:rPr>
        <w:t>This sanctuary is different from my office.</w:t>
      </w:r>
    </w:p>
    <w:p>
      <w:pPr>
        <w:spacing w:after="60"/>
      </w:pPr>
      <w:r>
        <w:rPr>
          <w:b/>
          <w:color w:val="8A681B"/>
        </w:rPr>
        <w:t xml:space="preserve">[00:07:22] </w:t>
      </w:r>
      <w:r>
        <w:rPr>
          <w:rFonts w:ascii="Arial" w:hAnsi="Arial"/>
          <w:sz w:val="20"/>
        </w:rPr>
        <w:t>When you step through the door, everything should change. I hope every room in your house.</w:t>
      </w:r>
    </w:p>
    <w:p>
      <w:pPr>
        <w:spacing w:after="60"/>
      </w:pPr>
      <w:r>
        <w:rPr>
          <w:b/>
          <w:color w:val="8A681B"/>
        </w:rPr>
        <w:t xml:space="preserve">[00:07:27] </w:t>
      </w:r>
      <w:r>
        <w:rPr>
          <w:rFonts w:ascii="Arial" w:hAnsi="Arial"/>
          <w:sz w:val="20"/>
        </w:rPr>
        <w:t>Don't look the same. I hope you ain't got refrigerators and plates everywhere.</w:t>
      </w:r>
    </w:p>
    <w:p>
      <w:pPr>
        <w:spacing w:after="60"/>
      </w:pPr>
      <w:r>
        <w:rPr>
          <w:b/>
          <w:color w:val="8A681B"/>
        </w:rPr>
        <w:t xml:space="preserve">[00:07:32] </w:t>
      </w:r>
      <w:r>
        <w:rPr>
          <w:rFonts w:ascii="Arial" w:hAnsi="Arial"/>
          <w:sz w:val="20"/>
        </w:rPr>
        <w:t>All rooms have a different minds. It has a different identity to it, right?</w:t>
      </w:r>
    </w:p>
    <w:p>
      <w:pPr>
        <w:spacing w:after="60"/>
      </w:pPr>
      <w:r>
        <w:rPr>
          <w:b/>
          <w:color w:val="8A681B"/>
        </w:rPr>
        <w:t xml:space="preserve">[00:07:37] </w:t>
      </w:r>
      <w:r>
        <w:rPr>
          <w:rFonts w:ascii="Arial" w:hAnsi="Arial"/>
          <w:sz w:val="20"/>
        </w:rPr>
        <w:t>So when you step through the door something should change as you step through this door.</w:t>
      </w:r>
    </w:p>
    <w:p>
      <w:pPr>
        <w:spacing w:after="60"/>
      </w:pPr>
      <w:r>
        <w:rPr>
          <w:b/>
          <w:color w:val="8A681B"/>
        </w:rPr>
        <w:t xml:space="preserve">[00:07:41] </w:t>
      </w:r>
      <w:r>
        <w:rPr>
          <w:rFonts w:ascii="Arial" w:hAnsi="Arial"/>
          <w:sz w:val="20"/>
        </w:rPr>
        <w:t>You're gonna find out that there's change on the other side, but God not gonna drag you through.</w:t>
      </w:r>
    </w:p>
    <w:p>
      <w:pPr>
        <w:spacing w:after="60"/>
      </w:pPr>
      <w:r>
        <w:rPr>
          <w:b/>
          <w:color w:val="8A681B"/>
        </w:rPr>
        <w:t xml:space="preserve">[00:07:48] </w:t>
      </w:r>
      <w:r>
        <w:rPr>
          <w:rFonts w:ascii="Arial" w:hAnsi="Arial"/>
          <w:sz w:val="20"/>
        </w:rPr>
        <w:t>What do you got to do? You got to walk by some faith.</w:t>
      </w:r>
    </w:p>
    <w:p>
      <w:pPr>
        <w:spacing w:after="60"/>
      </w:pPr>
      <w:r>
        <w:rPr>
          <w:b/>
          <w:color w:val="8A681B"/>
        </w:rPr>
        <w:t xml:space="preserve">[00:07:50] </w:t>
      </w:r>
      <w:r>
        <w:rPr>
          <w:rFonts w:ascii="Arial" w:hAnsi="Arial"/>
          <w:sz w:val="20"/>
        </w:rPr>
        <w:t>You got to do some things that you ain't done.</w:t>
      </w:r>
    </w:p>
    <w:p>
      <w:pPr>
        <w:spacing w:after="60"/>
      </w:pPr>
      <w:r>
        <w:rPr>
          <w:b/>
          <w:color w:val="8A681B"/>
        </w:rPr>
        <w:t xml:space="preserve">[00:07:53] </w:t>
      </w:r>
      <w:r>
        <w:rPr>
          <w:rFonts w:ascii="Arial" w:hAnsi="Arial"/>
          <w:sz w:val="20"/>
        </w:rPr>
        <w:t>And I'm gonna attack some mindsets to show people how the enemy will lock you in to certain things.</w:t>
      </w:r>
    </w:p>
    <w:p>
      <w:pPr>
        <w:spacing w:after="60"/>
      </w:pPr>
      <w:r>
        <w:rPr>
          <w:b/>
          <w:color w:val="8A681B"/>
        </w:rPr>
        <w:t xml:space="preserve">[00:07:59] </w:t>
      </w:r>
      <w:r>
        <w:rPr>
          <w:rFonts w:ascii="Arial" w:hAnsi="Arial"/>
          <w:sz w:val="20"/>
        </w:rPr>
        <w:t>Because you you are born again in Christ, but you will not you will not change your mind.</w:t>
      </w:r>
    </w:p>
    <w:p>
      <w:pPr>
        <w:spacing w:after="60"/>
      </w:pPr>
      <w:r>
        <w:rPr>
          <w:b/>
          <w:color w:val="8A681B"/>
        </w:rPr>
        <w:t xml:space="preserve">[00:08:05] </w:t>
      </w:r>
      <w:r>
        <w:rPr>
          <w:rFonts w:ascii="Arial" w:hAnsi="Arial"/>
          <w:sz w:val="20"/>
        </w:rPr>
        <w:t>Tell somebody to say step into it.</w:t>
      </w:r>
    </w:p>
    <w:p>
      <w:pPr>
        <w:spacing w:after="60"/>
      </w:pPr>
      <w:r>
        <w:rPr>
          <w:b/>
          <w:color w:val="8A681B"/>
        </w:rPr>
        <w:t xml:space="preserve">[00:08:07] </w:t>
      </w:r>
      <w:r>
        <w:rPr>
          <w:rFonts w:ascii="Arial" w:hAnsi="Arial"/>
          <w:sz w:val="20"/>
        </w:rPr>
        <w:t>When God opens a door, you got to be refused to be locked out.</w:t>
      </w:r>
    </w:p>
    <w:p>
      <w:pPr>
        <w:spacing w:after="60"/>
      </w:pPr>
      <w:r>
        <w:rPr>
          <w:b/>
          <w:color w:val="8A681B"/>
        </w:rPr>
        <w:t xml:space="preserve">[00:08:11] </w:t>
      </w:r>
      <w:r>
        <w:rPr>
          <w:rFonts w:ascii="Arial" w:hAnsi="Arial"/>
          <w:sz w:val="20"/>
        </w:rPr>
        <w:t>You know, I have the key to this door, but you know other people I don't bring them.</w:t>
      </w:r>
    </w:p>
    <w:p>
      <w:pPr>
        <w:spacing w:after="60"/>
      </w:pPr>
      <w:r>
        <w:rPr>
          <w:b/>
          <w:color w:val="8A681B"/>
        </w:rPr>
        <w:t xml:space="preserve">[00:08:16] </w:t>
      </w:r>
      <w:r>
        <w:rPr>
          <w:rFonts w:ascii="Arial" w:hAnsi="Arial"/>
          <w:sz w:val="20"/>
        </w:rPr>
        <w:t>But so other people open the door most of the time before me they unlock the door.</w:t>
      </w:r>
    </w:p>
    <w:p>
      <w:pPr>
        <w:spacing w:after="60"/>
      </w:pPr>
      <w:r>
        <w:rPr>
          <w:b/>
          <w:color w:val="8A681B"/>
        </w:rPr>
        <w:t xml:space="preserve">[00:08:21] </w:t>
      </w:r>
      <w:r>
        <w:rPr>
          <w:rFonts w:ascii="Arial" w:hAnsi="Arial"/>
          <w:sz w:val="20"/>
        </w:rPr>
        <w:t>So when you step through the door, you have to refuse to be locked out.</w:t>
      </w:r>
    </w:p>
    <w:p>
      <w:pPr>
        <w:spacing w:after="60"/>
      </w:pPr>
      <w:r>
        <w:rPr>
          <w:b/>
          <w:color w:val="8A681B"/>
        </w:rPr>
        <w:t xml:space="preserve">[00:08:26] </w:t>
      </w:r>
      <w:r>
        <w:rPr>
          <w:rFonts w:ascii="Arial" w:hAnsi="Arial"/>
          <w:sz w:val="20"/>
        </w:rPr>
        <w:t>What would I look like be in the past and they don't lock me outside my office?</w:t>
      </w:r>
    </w:p>
    <w:p>
      <w:pPr>
        <w:spacing w:after="60"/>
      </w:pPr>
      <w:r>
        <w:rPr>
          <w:b/>
          <w:color w:val="8A681B"/>
        </w:rPr>
        <w:t xml:space="preserve">[00:08:31] </w:t>
      </w:r>
      <w:r>
        <w:rPr>
          <w:rFonts w:ascii="Arial" w:hAnsi="Arial"/>
          <w:sz w:val="20"/>
        </w:rPr>
        <w:t>What would it be like for you to know who you are in God and feel like you locked outside of a blessing.</w:t>
      </w:r>
    </w:p>
    <w:p>
      <w:pPr>
        <w:spacing w:after="60"/>
      </w:pPr>
      <w:r>
        <w:rPr>
          <w:b/>
          <w:color w:val="8A681B"/>
        </w:rPr>
        <w:t xml:space="preserve">[00:08:37] </w:t>
      </w:r>
      <w:r>
        <w:rPr>
          <w:rFonts w:ascii="Arial" w:hAnsi="Arial"/>
          <w:sz w:val="20"/>
        </w:rPr>
        <w:t>Do you just take that?</w:t>
      </w:r>
    </w:p>
    <w:p>
      <w:pPr>
        <w:spacing w:after="60"/>
      </w:pPr>
      <w:r>
        <w:rPr>
          <w:b/>
          <w:color w:val="8A681B"/>
        </w:rPr>
        <w:t xml:space="preserve">[00:08:39] </w:t>
      </w:r>
      <w:r>
        <w:rPr>
          <w:rFonts w:ascii="Arial" w:hAnsi="Arial"/>
          <w:sz w:val="20"/>
        </w:rPr>
        <w:t>What if God has said that healing is the children's bread?</w:t>
      </w:r>
    </w:p>
    <w:p>
      <w:pPr>
        <w:spacing w:after="60"/>
      </w:pPr>
      <w:r>
        <w:rPr>
          <w:b/>
          <w:color w:val="8A681B"/>
        </w:rPr>
        <w:t xml:space="preserve">[00:08:43] </w:t>
      </w:r>
      <w:r>
        <w:rPr>
          <w:rFonts w:ascii="Arial" w:hAnsi="Arial"/>
          <w:sz w:val="20"/>
        </w:rPr>
        <w:t>Do you stay locked outside of healing because you got a bad doctor's report and they the best in the city and.</w:t>
      </w:r>
    </w:p>
    <w:p>
      <w:pPr>
        <w:spacing w:after="60"/>
      </w:pPr>
      <w:r>
        <w:rPr>
          <w:b/>
          <w:color w:val="8A681B"/>
        </w:rPr>
        <w:t xml:space="preserve">[00:08:51] </w:t>
      </w:r>
      <w:r>
        <w:rPr>
          <w:rFonts w:ascii="Arial" w:hAnsi="Arial"/>
          <w:sz w:val="20"/>
        </w:rPr>
        <w:t>That's the best hospital in the country and they known all around the world.</w:t>
      </w:r>
    </w:p>
    <w:p>
      <w:pPr>
        <w:spacing w:after="60"/>
      </w:pPr>
      <w:r>
        <w:rPr>
          <w:b/>
          <w:color w:val="8A681B"/>
        </w:rPr>
        <w:t xml:space="preserve">[00:08:57] </w:t>
      </w:r>
      <w:r>
        <w:rPr>
          <w:rFonts w:ascii="Arial" w:hAnsi="Arial"/>
          <w:sz w:val="20"/>
        </w:rPr>
        <w:t>But yet they locking you outside of healing and.</w:t>
      </w:r>
    </w:p>
    <w:p>
      <w:pPr>
        <w:spacing w:after="60"/>
      </w:pPr>
      <w:r>
        <w:rPr>
          <w:b/>
          <w:color w:val="8A681B"/>
        </w:rPr>
        <w:t xml:space="preserve">[00:09:00] </w:t>
      </w:r>
      <w:r>
        <w:rPr>
          <w:rFonts w:ascii="Arial" w:hAnsi="Arial"/>
          <w:sz w:val="20"/>
        </w:rPr>
        <w:t>Forcing you to stand up under some death sentence or some bad diagnosis. No, you got to be willing by faith to step into the healing.</w:t>
      </w:r>
    </w:p>
    <w:p>
      <w:pPr>
        <w:spacing w:after="60"/>
      </w:pPr>
      <w:r>
        <w:rPr>
          <w:b/>
          <w:color w:val="8A681B"/>
        </w:rPr>
        <w:t xml:space="preserve">[00:09:06] </w:t>
      </w:r>
      <w:r>
        <w:rPr>
          <w:rFonts w:ascii="Arial" w:hAnsi="Arial"/>
          <w:sz w:val="20"/>
        </w:rPr>
        <w:t>Healing is your portion. That's what God say healing is my portion and that's not only that's not only.</w:t>
      </w:r>
    </w:p>
    <w:p>
      <w:pPr>
        <w:spacing w:after="60"/>
      </w:pPr>
      <w:r>
        <w:rPr>
          <w:b/>
          <w:color w:val="8A681B"/>
        </w:rPr>
        <w:t xml:space="preserve">[00:09:13] </w:t>
      </w:r>
      <w:r>
        <w:rPr>
          <w:rFonts w:ascii="Arial" w:hAnsi="Arial"/>
          <w:sz w:val="20"/>
        </w:rPr>
        <w:t>Physically that is mentally that's emotionally that is financially heal and say healing is my portion.</w:t>
      </w:r>
    </w:p>
    <w:p>
      <w:pPr>
        <w:spacing w:after="60"/>
      </w:pPr>
      <w:r>
        <w:rPr>
          <w:b/>
          <w:color w:val="8A681B"/>
        </w:rPr>
        <w:t xml:space="preserve">[00:09:19] </w:t>
      </w:r>
      <w:r>
        <w:rPr>
          <w:rFonts w:ascii="Arial" w:hAnsi="Arial"/>
          <w:sz w:val="20"/>
        </w:rPr>
        <w:t>And you have to be you have to refuse to be denied when God is saying he trying to bless you.</w:t>
      </w:r>
    </w:p>
    <w:p>
      <w:pPr>
        <w:spacing w:after="60"/>
      </w:pPr>
      <w:r>
        <w:rPr>
          <w:b/>
          <w:color w:val="8A681B"/>
        </w:rPr>
        <w:t xml:space="preserve">[00:09:27] </w:t>
      </w:r>
      <w:r>
        <w:rPr>
          <w:rFonts w:ascii="Arial" w:hAnsi="Arial"/>
          <w:sz w:val="20"/>
        </w:rPr>
        <w:t>One of the ways revelations three one of the ways that the enemy does it is that he'll get you locked into listening to bad news.</w:t>
      </w:r>
    </w:p>
    <w:p>
      <w:pPr>
        <w:spacing w:after="60"/>
      </w:pPr>
      <w:r>
        <w:rPr>
          <w:b/>
          <w:color w:val="8A681B"/>
        </w:rPr>
        <w:t xml:space="preserve">[00:09:45] </w:t>
      </w:r>
      <w:r>
        <w:rPr>
          <w:rFonts w:ascii="Arial" w:hAnsi="Arial"/>
          <w:sz w:val="20"/>
        </w:rPr>
        <w:t>People think they got some strong prophetic word by saying Jesus coming back. It is prophetic, but we all know that.</w:t>
      </w:r>
    </w:p>
    <w:p>
      <w:pPr>
        <w:spacing w:after="60"/>
      </w:pPr>
      <w:r>
        <w:rPr>
          <w:b/>
          <w:color w:val="8A681B"/>
        </w:rPr>
        <w:t xml:space="preserve">[00:09:54] </w:t>
      </w:r>
      <w:r>
        <w:rPr>
          <w:rFonts w:ascii="Arial" w:hAnsi="Arial"/>
          <w:sz w:val="20"/>
        </w:rPr>
        <w:t>We all know that that ain't that's nothing new.</w:t>
      </w:r>
    </w:p>
    <w:p>
      <w:pPr>
        <w:spacing w:after="60"/>
      </w:pPr>
      <w:r>
        <w:rPr>
          <w:b/>
          <w:color w:val="8A681B"/>
        </w:rPr>
        <w:t xml:space="preserve">[00:09:58] </w:t>
      </w:r>
      <w:r>
        <w:rPr>
          <w:rFonts w:ascii="Arial" w:hAnsi="Arial"/>
          <w:sz w:val="20"/>
        </w:rPr>
        <w:t>We know that the that the that the earth is a decay in right before our eyes.</w:t>
      </w:r>
    </w:p>
    <w:p>
      <w:pPr>
        <w:spacing w:after="60"/>
      </w:pPr>
      <w:r>
        <w:rPr>
          <w:b/>
          <w:color w:val="8A681B"/>
        </w:rPr>
        <w:t xml:space="preserve">[00:10:05] </w:t>
      </w:r>
      <w:r>
        <w:rPr>
          <w:rFonts w:ascii="Arial" w:hAnsi="Arial"/>
          <w:sz w:val="20"/>
        </w:rPr>
        <w:t>We know there's gonna be some judgment in the earth.</w:t>
      </w:r>
    </w:p>
    <w:p>
      <w:pPr>
        <w:spacing w:after="60"/>
      </w:pPr>
      <w:r>
        <w:rPr>
          <w:b/>
          <w:color w:val="8A681B"/>
        </w:rPr>
        <w:t xml:space="preserve">[00:10:09] </w:t>
      </w:r>
      <w:r>
        <w:rPr>
          <w:rFonts w:ascii="Arial" w:hAnsi="Arial"/>
          <w:sz w:val="20"/>
        </w:rPr>
        <w:t>Who he judging and why is it being judged if I'm walking in righteousness and.</w:t>
      </w:r>
    </w:p>
    <w:p>
      <w:pPr>
        <w:spacing w:after="60"/>
      </w:pPr>
      <w:r>
        <w:rPr>
          <w:b/>
          <w:color w:val="8A681B"/>
        </w:rPr>
        <w:t xml:space="preserve">[00:10:18] </w:t>
      </w:r>
      <w:r>
        <w:rPr>
          <w:rFonts w:ascii="Arial" w:hAnsi="Arial"/>
          <w:sz w:val="20"/>
        </w:rPr>
        <w:t>They're walking in sin.</w:t>
      </w:r>
    </w:p>
    <w:p>
      <w:pPr>
        <w:spacing w:after="60"/>
      </w:pPr>
      <w:r>
        <w:rPr>
          <w:b/>
          <w:color w:val="8A681B"/>
        </w:rPr>
        <w:t xml:space="preserve">[00:10:21] </w:t>
      </w:r>
      <w:r>
        <w:rPr>
          <w:rFonts w:ascii="Arial" w:hAnsi="Arial"/>
          <w:sz w:val="20"/>
        </w:rPr>
        <w:t>Do I have to bear the river the weight of their sin if I'm walking in righteousness?</w:t>
      </w:r>
    </w:p>
    <w:p>
      <w:pPr>
        <w:spacing w:after="60"/>
      </w:pPr>
      <w:r>
        <w:rPr>
          <w:b/>
          <w:color w:val="8A681B"/>
        </w:rPr>
        <w:t xml:space="preserve">[00:10:28] </w:t>
      </w:r>
      <w:r>
        <w:rPr>
          <w:rFonts w:ascii="Arial" w:hAnsi="Arial"/>
          <w:sz w:val="20"/>
        </w:rPr>
        <w:t>We know that there are things is happening in the earth every single day.</w:t>
      </w:r>
    </w:p>
    <w:p>
      <w:pPr>
        <w:spacing w:after="60"/>
      </w:pPr>
      <w:r>
        <w:rPr>
          <w:b/>
          <w:color w:val="8A681B"/>
        </w:rPr>
        <w:t xml:space="preserve">[00:10:31] </w:t>
      </w:r>
      <w:r>
        <w:rPr>
          <w:rFonts w:ascii="Arial" w:hAnsi="Arial"/>
          <w:sz w:val="20"/>
        </w:rPr>
        <w:t>But the way the enemy undoes a move of God because.</w:t>
      </w:r>
    </w:p>
    <w:p>
      <w:pPr>
        <w:spacing w:after="60"/>
      </w:pPr>
      <w:r>
        <w:rPr>
          <w:b/>
          <w:color w:val="8A681B"/>
        </w:rPr>
        <w:t xml:space="preserve">[00:10:39] </w:t>
      </w:r>
      <w:r>
        <w:rPr>
          <w:rFonts w:ascii="Arial" w:hAnsi="Arial"/>
          <w:sz w:val="20"/>
        </w:rPr>
        <w:t>God sometimes goes against the grain.</w:t>
      </w:r>
    </w:p>
    <w:p>
      <w:pPr>
        <w:spacing w:after="60"/>
      </w:pPr>
      <w:r>
        <w:rPr>
          <w:b/>
          <w:color w:val="8A681B"/>
        </w:rPr>
        <w:t xml:space="preserve">[00:10:42] </w:t>
      </w:r>
      <w:r>
        <w:rPr>
          <w:rFonts w:ascii="Arial" w:hAnsi="Arial"/>
          <w:sz w:val="20"/>
        </w:rPr>
        <w:t>Meaning that when he trying to create an up season for you.</w:t>
      </w:r>
    </w:p>
    <w:p>
      <w:pPr>
        <w:spacing w:after="60"/>
      </w:pPr>
      <w:r>
        <w:rPr>
          <w:b/>
          <w:color w:val="8A681B"/>
        </w:rPr>
        <w:t xml:space="preserve">[00:10:46] </w:t>
      </w:r>
      <w:r>
        <w:rPr>
          <w:rFonts w:ascii="Arial" w:hAnsi="Arial"/>
          <w:sz w:val="20"/>
        </w:rPr>
        <w:t>He'll do it in a season. That's a down season for the world.</w:t>
      </w:r>
    </w:p>
    <w:p>
      <w:pPr>
        <w:spacing w:after="60"/>
      </w:pPr>
      <w:r>
        <w:rPr>
          <w:b/>
          <w:color w:val="8A681B"/>
        </w:rPr>
        <w:t xml:space="preserve">[00:10:51] </w:t>
      </w:r>
      <w:r>
        <w:rPr>
          <w:rFonts w:ascii="Arial" w:hAnsi="Arial"/>
          <w:sz w:val="20"/>
        </w:rPr>
        <w:t>Because the world is not his.</w:t>
      </w:r>
    </w:p>
    <w:p>
      <w:pPr>
        <w:spacing w:after="60"/>
      </w:pPr>
      <w:r>
        <w:rPr>
          <w:b/>
          <w:color w:val="8A681B"/>
        </w:rPr>
        <w:t xml:space="preserve">[00:10:55] </w:t>
      </w:r>
      <w:r>
        <w:rPr>
          <w:rFonts w:ascii="Arial" w:hAnsi="Arial"/>
          <w:sz w:val="20"/>
        </w:rPr>
        <w:t>The his his his his born-again people are his.</w:t>
      </w:r>
    </w:p>
    <w:p>
      <w:pPr>
        <w:spacing w:after="60"/>
      </w:pPr>
      <w:r>
        <w:rPr>
          <w:b/>
          <w:color w:val="8A681B"/>
        </w:rPr>
        <w:t xml:space="preserve">[00:10:59] </w:t>
      </w:r>
      <w:r>
        <w:rPr>
          <w:rFonts w:ascii="Arial" w:hAnsi="Arial"/>
          <w:sz w:val="20"/>
        </w:rPr>
        <w:t>So when God is trying to make something obvious that he's involved in somebody's life.</w:t>
      </w:r>
    </w:p>
    <w:p>
      <w:pPr>
        <w:spacing w:after="60"/>
      </w:pPr>
      <w:r>
        <w:rPr>
          <w:b/>
          <w:color w:val="8A681B"/>
        </w:rPr>
        <w:t xml:space="preserve">[00:11:05] </w:t>
      </w:r>
      <w:r>
        <w:rPr>
          <w:rFonts w:ascii="Arial" w:hAnsi="Arial"/>
          <w:sz w:val="20"/>
        </w:rPr>
        <w:t>It's like taking you up.</w:t>
      </w:r>
    </w:p>
    <w:p>
      <w:pPr>
        <w:spacing w:after="60"/>
      </w:pPr>
      <w:r>
        <w:rPr>
          <w:b/>
          <w:color w:val="8A681B"/>
        </w:rPr>
        <w:t xml:space="preserve">[00:11:07] </w:t>
      </w:r>
      <w:r>
        <w:rPr>
          <w:rFonts w:ascii="Arial" w:hAnsi="Arial"/>
          <w:sz w:val="20"/>
        </w:rPr>
        <w:t>He'll do it in a cycle that everybody knows that this is the lowest doing in your life and.</w:t>
      </w:r>
    </w:p>
    <w:p>
      <w:pPr>
        <w:spacing w:after="60"/>
      </w:pPr>
      <w:r>
        <w:rPr>
          <w:b/>
          <w:color w:val="8A681B"/>
        </w:rPr>
        <w:t xml:space="preserve">[00:11:14] </w:t>
      </w:r>
      <w:r>
        <w:rPr>
          <w:rFonts w:ascii="Arial" w:hAnsi="Arial"/>
          <w:sz w:val="20"/>
        </w:rPr>
        <w:t>They could be going down and the world could be going through going through a.</w:t>
      </w:r>
    </w:p>
    <w:p>
      <w:pPr>
        <w:spacing w:after="60"/>
      </w:pPr>
      <w:r>
        <w:rPr>
          <w:b/>
          <w:color w:val="8A681B"/>
        </w:rPr>
        <w:t xml:space="preserve">[00:11:19] </w:t>
      </w:r>
      <w:r>
        <w:rPr>
          <w:rFonts w:ascii="Arial" w:hAnsi="Arial"/>
          <w:sz w:val="20"/>
        </w:rPr>
        <w:t>Catastrophe and the whole time he blessing his people.</w:t>
      </w:r>
    </w:p>
    <w:p>
      <w:pPr>
        <w:spacing w:after="60"/>
      </w:pPr>
      <w:r>
        <w:rPr>
          <w:b/>
          <w:color w:val="8A681B"/>
        </w:rPr>
        <w:t xml:space="preserve">[00:11:23] </w:t>
      </w:r>
      <w:r>
        <w:rPr>
          <w:rFonts w:ascii="Arial" w:hAnsi="Arial"/>
          <w:sz w:val="20"/>
        </w:rPr>
        <w:t>Because there's always a group of people that will believe God for the.</w:t>
      </w:r>
    </w:p>
    <w:p>
      <w:pPr>
        <w:spacing w:after="60"/>
      </w:pPr>
      <w:r>
        <w:rPr>
          <w:b/>
          <w:color w:val="8A681B"/>
        </w:rPr>
        <w:t xml:space="preserve">[00:11:29] </w:t>
      </w:r>
      <w:r>
        <w:rPr>
          <w:rFonts w:ascii="Arial" w:hAnsi="Arial"/>
          <w:sz w:val="20"/>
        </w:rPr>
        <w:t>Impossible or a move of God when everything is wrong. They don't listen to the report of the devil.</w:t>
      </w:r>
    </w:p>
    <w:p>
      <w:pPr>
        <w:spacing w:after="60"/>
      </w:pPr>
      <w:r>
        <w:rPr>
          <w:b/>
          <w:color w:val="8A681B"/>
        </w:rPr>
        <w:t xml:space="preserve">[00:11:34] </w:t>
      </w:r>
      <w:r>
        <w:rPr>
          <w:rFonts w:ascii="Arial" w:hAnsi="Arial"/>
          <w:sz w:val="20"/>
        </w:rPr>
        <w:t>They believe the report of the Lord. So we've been accustomed and trained to.</w:t>
      </w:r>
    </w:p>
    <w:p>
      <w:pPr>
        <w:spacing w:after="60"/>
      </w:pPr>
      <w:r>
        <w:rPr>
          <w:b/>
          <w:color w:val="8A681B"/>
        </w:rPr>
        <w:t xml:space="preserve">[00:11:42] </w:t>
      </w:r>
      <w:r>
        <w:rPr>
          <w:rFonts w:ascii="Arial" w:hAnsi="Arial"/>
          <w:sz w:val="20"/>
        </w:rPr>
        <w:t>ABC CBS NBC Fox, whatever your thing is we listen to this and it poisons us.</w:t>
      </w:r>
    </w:p>
    <w:p>
      <w:pPr>
        <w:spacing w:after="60"/>
      </w:pPr>
      <w:r>
        <w:rPr>
          <w:b/>
          <w:color w:val="8A681B"/>
        </w:rPr>
        <w:t xml:space="preserve">[00:11:49] </w:t>
      </w:r>
      <w:r>
        <w:rPr>
          <w:rFonts w:ascii="Arial" w:hAnsi="Arial"/>
          <w:sz w:val="20"/>
        </w:rPr>
        <w:t>It'll make you distrust humanity or distrust God. We know the boys shot up them people that was wrong.</w:t>
      </w:r>
    </w:p>
    <w:p>
      <w:pPr>
        <w:spacing w:after="60"/>
      </w:pPr>
      <w:r>
        <w:rPr>
          <w:b/>
          <w:color w:val="8A681B"/>
        </w:rPr>
        <w:t xml:space="preserve">[00:11:57] </w:t>
      </w:r>
      <w:r>
        <w:rPr>
          <w:rFonts w:ascii="Arial" w:hAnsi="Arial"/>
          <w:sz w:val="20"/>
        </w:rPr>
        <w:t>I wonder how many people God put in that boy's life to witness to him and they would not witness to him and the devil.</w:t>
      </w:r>
    </w:p>
    <w:p>
      <w:pPr>
        <w:spacing w:after="60"/>
      </w:pPr>
      <w:r>
        <w:rPr>
          <w:b/>
          <w:color w:val="8A681B"/>
        </w:rPr>
        <w:t xml:space="preserve">[00:12:04] </w:t>
      </w:r>
      <w:r>
        <w:rPr>
          <w:rFonts w:ascii="Arial" w:hAnsi="Arial"/>
          <w:sz w:val="20"/>
        </w:rPr>
        <w:t>Was moving in him. I wonder how many churches that boy went to.</w:t>
      </w:r>
    </w:p>
    <w:p>
      <w:pPr>
        <w:spacing w:after="60"/>
      </w:pPr>
      <w:r>
        <w:rPr>
          <w:b/>
          <w:color w:val="8A681B"/>
        </w:rPr>
        <w:t xml:space="preserve">[00:12:09] </w:t>
      </w:r>
      <w:r>
        <w:rPr>
          <w:rFonts w:ascii="Arial" w:hAnsi="Arial"/>
          <w:sz w:val="20"/>
        </w:rPr>
        <w:t>Demonize and nobody could even cast a devil out of him until the devil manifested through murder.</w:t>
      </w:r>
    </w:p>
    <w:p>
      <w:pPr>
        <w:spacing w:after="60"/>
      </w:pPr>
      <w:r>
        <w:rPr>
          <w:b/>
          <w:color w:val="8A681B"/>
        </w:rPr>
        <w:t xml:space="preserve">[00:12:15] </w:t>
      </w:r>
      <w:r>
        <w:rPr>
          <w:rFonts w:ascii="Arial" w:hAnsi="Arial"/>
          <w:sz w:val="20"/>
        </w:rPr>
        <w:t>See sometimes it's always not what's happening.</w:t>
      </w:r>
    </w:p>
    <w:p>
      <w:pPr>
        <w:spacing w:after="60"/>
      </w:pPr>
      <w:r>
        <w:rPr>
          <w:b/>
          <w:color w:val="8A681B"/>
        </w:rPr>
        <w:t xml:space="preserve">[00:12:19] </w:t>
      </w:r>
      <w:r>
        <w:rPr>
          <w:rFonts w:ascii="Arial" w:hAnsi="Arial"/>
          <w:sz w:val="20"/>
        </w:rPr>
        <w:t>It's what we fail to do because sometimes we believe the report of the Lord and the whole thing is the enemy's trying to get.</w:t>
      </w:r>
    </w:p>
    <w:p>
      <w:pPr>
        <w:spacing w:after="60"/>
      </w:pPr>
      <w:r>
        <w:rPr>
          <w:b/>
          <w:color w:val="8A681B"/>
        </w:rPr>
        <w:t xml:space="preserve">[00:12:26] </w:t>
      </w:r>
      <w:r>
        <w:rPr>
          <w:rFonts w:ascii="Arial" w:hAnsi="Arial"/>
          <w:sz w:val="20"/>
        </w:rPr>
        <w:t>People to be fearful and.</w:t>
      </w:r>
    </w:p>
    <w:p>
      <w:pPr>
        <w:spacing w:after="60"/>
      </w:pPr>
      <w:r>
        <w:rPr>
          <w:b/>
          <w:color w:val="8A681B"/>
        </w:rPr>
        <w:t xml:space="preserve">[00:12:29] </w:t>
      </w:r>
      <w:r>
        <w:rPr>
          <w:rFonts w:ascii="Arial" w:hAnsi="Arial"/>
          <w:sz w:val="20"/>
        </w:rPr>
        <w:t>And not believe God and.</w:t>
      </w:r>
    </w:p>
    <w:p>
      <w:pPr>
        <w:spacing w:after="60"/>
      </w:pPr>
      <w:r>
        <w:rPr>
          <w:b/>
          <w:color w:val="8A681B"/>
        </w:rPr>
        <w:t xml:space="preserve">[00:12:31] </w:t>
      </w:r>
      <w:r>
        <w:rPr>
          <w:rFonts w:ascii="Arial" w:hAnsi="Arial"/>
          <w:sz w:val="20"/>
        </w:rPr>
        <w:t>Distrust humanity and believe all people are bad and all people are trying to kill you all people you get on you walking down.</w:t>
      </w:r>
    </w:p>
    <w:p>
      <w:pPr>
        <w:spacing w:after="60"/>
      </w:pPr>
      <w:r>
        <w:rPr>
          <w:b/>
          <w:color w:val="8A681B"/>
        </w:rPr>
        <w:t xml:space="preserve">[00:12:38] </w:t>
      </w:r>
      <w:r>
        <w:rPr>
          <w:rFonts w:ascii="Arial" w:hAnsi="Arial"/>
          <w:sz w:val="20"/>
        </w:rPr>
        <w:t>The street ain't no ain't nobody thinking about mugging you or raping you that man trying to get home to his wife.</w:t>
      </w:r>
    </w:p>
    <w:p>
      <w:pPr>
        <w:spacing w:after="60"/>
      </w:pPr>
      <w:r>
        <w:rPr>
          <w:b/>
          <w:color w:val="8A681B"/>
        </w:rPr>
        <w:t xml:space="preserve">[00:12:43] </w:t>
      </w:r>
      <w:r>
        <w:rPr>
          <w:rFonts w:ascii="Arial" w:hAnsi="Arial"/>
          <w:sz w:val="20"/>
        </w:rPr>
        <w:t>But you distrust everybody and you can miss open doors when God is trying to bless you.</w:t>
      </w:r>
    </w:p>
    <w:p>
      <w:pPr>
        <w:spacing w:after="60"/>
      </w:pPr>
      <w:r>
        <w:rPr>
          <w:b/>
          <w:color w:val="8A681B"/>
        </w:rPr>
        <w:t xml:space="preserve">[00:12:52] </w:t>
      </w:r>
      <w:r>
        <w:rPr>
          <w:rFonts w:ascii="Arial" w:hAnsi="Arial"/>
          <w:sz w:val="20"/>
        </w:rPr>
        <w:t>Because you are drinking the devil's Kool-Aid does somebody say don't drink the devil's Kool-Aid.</w:t>
      </w:r>
    </w:p>
    <w:p>
      <w:pPr>
        <w:spacing w:after="60"/>
      </w:pPr>
      <w:r>
        <w:rPr>
          <w:b/>
          <w:color w:val="8A681B"/>
        </w:rPr>
        <w:t xml:space="preserve">[00:13:00] </w:t>
      </w:r>
      <w:r>
        <w:rPr>
          <w:rFonts w:ascii="Arial" w:hAnsi="Arial"/>
          <w:sz w:val="20"/>
        </w:rPr>
        <w:t>Revelation 3.</w:t>
      </w:r>
    </w:p>
    <w:p>
      <w:pPr>
        <w:spacing w:after="60"/>
      </w:pPr>
      <w:r>
        <w:rPr>
          <w:b/>
          <w:color w:val="8A681B"/>
        </w:rPr>
        <w:t xml:space="preserve">[00:13:02] </w:t>
      </w:r>
      <w:r>
        <w:rPr>
          <w:rFonts w:ascii="Arial" w:hAnsi="Arial"/>
          <w:sz w:val="20"/>
        </w:rPr>
        <w:t>I'm gonna read to down to about seven. It says the angel of the.</w:t>
      </w:r>
    </w:p>
    <w:p>
      <w:pPr>
        <w:spacing w:after="60"/>
      </w:pPr>
      <w:r>
        <w:rPr>
          <w:b/>
          <w:color w:val="8A681B"/>
        </w:rPr>
        <w:t xml:space="preserve">[00:13:08] </w:t>
      </w:r>
      <w:r>
        <w:rPr>
          <w:rFonts w:ascii="Arial" w:hAnsi="Arial"/>
          <w:sz w:val="20"/>
        </w:rPr>
        <w:t>Church in Philadelphia write these things saying that this is that he that is holy.</w:t>
      </w:r>
    </w:p>
    <w:p>
      <w:pPr>
        <w:spacing w:after="60"/>
      </w:pPr>
      <w:r>
        <w:rPr>
          <w:b/>
          <w:color w:val="8A681B"/>
        </w:rPr>
        <w:t xml:space="preserve">[00:13:14] </w:t>
      </w:r>
      <w:r>
        <w:rPr>
          <w:rFonts w:ascii="Arial" w:hAnsi="Arial"/>
          <w:sz w:val="20"/>
        </w:rPr>
        <w:t>He that is true. He that has the key of David.</w:t>
      </w:r>
    </w:p>
    <w:p>
      <w:pPr>
        <w:spacing w:after="60"/>
      </w:pPr>
      <w:r>
        <w:rPr>
          <w:b/>
          <w:color w:val="8A681B"/>
        </w:rPr>
        <w:t xml:space="preserve">[00:13:20] </w:t>
      </w:r>
      <w:r>
        <w:rPr>
          <w:rFonts w:ascii="Arial" w:hAnsi="Arial"/>
          <w:sz w:val="20"/>
        </w:rPr>
        <w:t>Watch this.</w:t>
      </w:r>
    </w:p>
    <w:p>
      <w:pPr>
        <w:spacing w:after="60"/>
      </w:pPr>
      <w:r>
        <w:rPr>
          <w:b/>
          <w:color w:val="8A681B"/>
        </w:rPr>
        <w:t xml:space="preserve">[00:13:22] </w:t>
      </w:r>
      <w:r>
        <w:rPr>
          <w:rFonts w:ascii="Arial" w:hAnsi="Arial"/>
          <w:sz w:val="20"/>
        </w:rPr>
        <w:t>He that opened it and no man shuts it.</w:t>
      </w:r>
    </w:p>
    <w:p>
      <w:pPr>
        <w:spacing w:after="60"/>
      </w:pPr>
      <w:r>
        <w:rPr>
          <w:b/>
          <w:color w:val="8A681B"/>
        </w:rPr>
        <w:t xml:space="preserve">[00:13:27] </w:t>
      </w:r>
      <w:r>
        <w:rPr>
          <w:rFonts w:ascii="Arial" w:hAnsi="Arial"/>
          <w:sz w:val="20"/>
        </w:rPr>
        <w:t>He opened it.</w:t>
      </w:r>
    </w:p>
    <w:p>
      <w:pPr>
        <w:spacing w:after="60"/>
      </w:pPr>
      <w:r>
        <w:rPr>
          <w:b/>
          <w:color w:val="8A681B"/>
        </w:rPr>
        <w:t xml:space="preserve">[00:13:30] </w:t>
      </w:r>
      <w:r>
        <w:rPr>
          <w:rFonts w:ascii="Arial" w:hAnsi="Arial"/>
          <w:sz w:val="20"/>
        </w:rPr>
        <w:t>No, man can shut you out of what God opens for you.</w:t>
      </w:r>
    </w:p>
    <w:p>
      <w:pPr>
        <w:spacing w:after="60"/>
      </w:pPr>
      <w:r>
        <w:rPr>
          <w:b/>
          <w:color w:val="8A681B"/>
        </w:rPr>
        <w:t xml:space="preserve">[00:13:36] </w:t>
      </w:r>
      <w:r>
        <w:rPr>
          <w:rFonts w:ascii="Arial" w:hAnsi="Arial"/>
          <w:sz w:val="20"/>
        </w:rPr>
        <w:t>He said he opens it no, man shuttered it and if he shut it no, man can.</w:t>
      </w:r>
    </w:p>
    <w:p>
      <w:pPr>
        <w:spacing w:after="60"/>
      </w:pPr>
      <w:r>
        <w:rPr>
          <w:b/>
          <w:color w:val="8A681B"/>
        </w:rPr>
        <w:t xml:space="preserve">[00:13:42] </w:t>
      </w:r>
      <w:r>
        <w:rPr>
          <w:rFonts w:ascii="Arial" w:hAnsi="Arial"/>
          <w:sz w:val="20"/>
        </w:rPr>
        <w:t>Open it. Do you know sometimes we are mad.</w:t>
      </w:r>
    </w:p>
    <w:p>
      <w:pPr>
        <w:spacing w:after="60"/>
      </w:pPr>
      <w:r>
        <w:rPr>
          <w:b/>
          <w:color w:val="8A681B"/>
        </w:rPr>
        <w:t xml:space="preserve">[00:13:46] </w:t>
      </w:r>
      <w:r>
        <w:rPr>
          <w:rFonts w:ascii="Arial" w:hAnsi="Arial"/>
          <w:sz w:val="20"/>
        </w:rPr>
        <w:t>About our life about closed doors and nothing that we have done has ever opened it.</w:t>
      </w:r>
    </w:p>
    <w:p>
      <w:pPr>
        <w:spacing w:after="60"/>
      </w:pPr>
      <w:r>
        <w:rPr>
          <w:b/>
          <w:color w:val="8A681B"/>
        </w:rPr>
        <w:t xml:space="preserve">[00:13:54] </w:t>
      </w:r>
      <w:r>
        <w:rPr>
          <w:rFonts w:ascii="Arial" w:hAnsi="Arial"/>
          <w:sz w:val="20"/>
        </w:rPr>
        <w:t>But I'm seeking God.</w:t>
      </w:r>
    </w:p>
    <w:p>
      <w:pPr>
        <w:spacing w:after="60"/>
      </w:pPr>
      <w:r>
        <w:rPr>
          <w:b/>
          <w:color w:val="8A681B"/>
        </w:rPr>
        <w:t xml:space="preserve">[00:13:57] </w:t>
      </w:r>
      <w:r>
        <w:rPr>
          <w:rFonts w:ascii="Arial" w:hAnsi="Arial"/>
          <w:sz w:val="20"/>
        </w:rPr>
        <w:t>But the door won't open.</w:t>
      </w:r>
    </w:p>
    <w:p>
      <w:pPr>
        <w:spacing w:after="60"/>
      </w:pPr>
      <w:r>
        <w:rPr>
          <w:b/>
          <w:color w:val="8A681B"/>
        </w:rPr>
        <w:t xml:space="preserve">[00:13:59] </w:t>
      </w:r>
      <w:r>
        <w:rPr>
          <w:rFonts w:ascii="Arial" w:hAnsi="Arial"/>
          <w:sz w:val="20"/>
        </w:rPr>
        <w:t>Yeah, but I want this but the door won't open because God shut the door.</w:t>
      </w:r>
    </w:p>
    <w:p>
      <w:pPr>
        <w:spacing w:after="60"/>
      </w:pPr>
      <w:r>
        <w:rPr>
          <w:b/>
          <w:color w:val="8A681B"/>
        </w:rPr>
        <w:t xml:space="preserve">[00:14:07] </w:t>
      </w:r>
      <w:r>
        <w:rPr>
          <w:rFonts w:ascii="Arial" w:hAnsi="Arial"/>
          <w:sz w:val="20"/>
        </w:rPr>
        <w:t>Sometime the shut door is not always the adversary.</w:t>
      </w:r>
    </w:p>
    <w:p>
      <w:pPr>
        <w:spacing w:after="60"/>
      </w:pPr>
      <w:r>
        <w:rPr>
          <w:b/>
          <w:color w:val="8A681B"/>
        </w:rPr>
        <w:t xml:space="preserve">[00:14:12] </w:t>
      </w:r>
      <w:r>
        <w:rPr>
          <w:rFonts w:ascii="Arial" w:hAnsi="Arial"/>
          <w:sz w:val="20"/>
        </w:rPr>
        <w:t>Sometime the shut door is God trying to steer your life.</w:t>
      </w:r>
    </w:p>
    <w:p>
      <w:pPr>
        <w:spacing w:after="60"/>
      </w:pPr>
      <w:r>
        <w:rPr>
          <w:b/>
          <w:color w:val="8A681B"/>
        </w:rPr>
        <w:t xml:space="preserve">[00:14:17] </w:t>
      </w:r>
      <w:r>
        <w:rPr>
          <w:rFonts w:ascii="Arial" w:hAnsi="Arial"/>
          <w:sz w:val="20"/>
        </w:rPr>
        <w:t>He's trying to order your steps and you can be beaten on a door that God obviously if God wanted it open.</w:t>
      </w:r>
    </w:p>
    <w:p>
      <w:pPr>
        <w:spacing w:after="60"/>
      </w:pPr>
      <w:r>
        <w:rPr>
          <w:b/>
          <w:color w:val="8A681B"/>
        </w:rPr>
        <w:t xml:space="preserve">[00:14:25] </w:t>
      </w:r>
      <w:r>
        <w:rPr>
          <w:rFonts w:ascii="Arial" w:hAnsi="Arial"/>
          <w:sz w:val="20"/>
        </w:rPr>
        <w:t>He said no, man can shut it, but it's sealed.</w:t>
      </w:r>
    </w:p>
    <w:p>
      <w:pPr>
        <w:spacing w:after="60"/>
      </w:pPr>
      <w:r>
        <w:rPr>
          <w:b/>
          <w:color w:val="8A681B"/>
        </w:rPr>
        <w:t xml:space="preserve">[00:14:29] </w:t>
      </w:r>
      <w:r>
        <w:rPr>
          <w:rFonts w:ascii="Arial" w:hAnsi="Arial"/>
          <w:sz w:val="20"/>
        </w:rPr>
        <w:t>But then there are doors that God has opened and this is the door that you should be looking for and this is what the.</w:t>
      </w:r>
    </w:p>
    <w:p>
      <w:pPr>
        <w:spacing w:after="60"/>
      </w:pPr>
      <w:r>
        <w:rPr>
          <w:b/>
          <w:color w:val="8A681B"/>
        </w:rPr>
        <w:t xml:space="preserve">[00:14:35] </w:t>
      </w:r>
      <w:r>
        <w:rPr>
          <w:rFonts w:ascii="Arial" w:hAnsi="Arial"/>
          <w:sz w:val="20"/>
        </w:rPr>
        <w:t>Lord had put in my head my spirit this morning. He said start looking around tell somebody start looking around.</w:t>
      </w:r>
    </w:p>
    <w:p>
      <w:pPr>
        <w:spacing w:after="60"/>
      </w:pPr>
      <w:r>
        <w:rPr>
          <w:b/>
          <w:color w:val="8A681B"/>
        </w:rPr>
        <w:t xml:space="preserve">[00:14:40] </w:t>
      </w:r>
      <w:r>
        <w:rPr>
          <w:rFonts w:ascii="Arial" w:hAnsi="Arial"/>
          <w:sz w:val="20"/>
        </w:rPr>
        <w:t>God said opportunities are presenting themselves to you, but you have been ignoring them.</w:t>
      </w:r>
    </w:p>
    <w:p>
      <w:pPr>
        <w:spacing w:after="60"/>
      </w:pPr>
      <w:r>
        <w:rPr>
          <w:b/>
          <w:color w:val="8A681B"/>
        </w:rPr>
        <w:t xml:space="preserve">[00:14:46] </w:t>
      </w:r>
      <w:r>
        <w:rPr>
          <w:rFonts w:ascii="Arial" w:hAnsi="Arial"/>
          <w:sz w:val="20"/>
        </w:rPr>
        <w:t>Things that other people don't want and they are walking away from but you are drawn to it.</w:t>
      </w:r>
    </w:p>
    <w:p>
      <w:pPr>
        <w:spacing w:after="60"/>
      </w:pPr>
      <w:r>
        <w:rPr>
          <w:b/>
          <w:color w:val="8A681B"/>
        </w:rPr>
        <w:t xml:space="preserve">[00:14:54] </w:t>
      </w:r>
      <w:r>
        <w:rPr>
          <w:rFonts w:ascii="Arial" w:hAnsi="Arial"/>
          <w:sz w:val="20"/>
        </w:rPr>
        <w:t>God said that's your opportunity.</w:t>
      </w:r>
    </w:p>
    <w:p>
      <w:pPr>
        <w:spacing w:after="60"/>
      </w:pPr>
      <w:r>
        <w:rPr>
          <w:b/>
          <w:color w:val="8A681B"/>
        </w:rPr>
        <w:t xml:space="preserve">[00:14:56] </w:t>
      </w:r>
      <w:r>
        <w:rPr>
          <w:rFonts w:ascii="Arial" w:hAnsi="Arial"/>
          <w:sz w:val="20"/>
        </w:rPr>
        <w:t>That's the thing that I have assigned for you, but sometimes we don't want nothing unless everybody want it.</w:t>
      </w:r>
    </w:p>
    <w:p>
      <w:pPr>
        <w:spacing w:after="60"/>
      </w:pPr>
      <w:r>
        <w:rPr>
          <w:b/>
          <w:color w:val="8A681B"/>
        </w:rPr>
        <w:t xml:space="preserve">[00:15:04] </w:t>
      </w:r>
      <w:r>
        <w:rPr>
          <w:rFonts w:ascii="Arial" w:hAnsi="Arial"/>
          <w:sz w:val="20"/>
        </w:rPr>
        <w:t>And God took they desire away from something you've been looking at and you've been drawn to it.</w:t>
      </w:r>
    </w:p>
    <w:p>
      <w:pPr>
        <w:spacing w:after="60"/>
      </w:pPr>
      <w:r>
        <w:rPr>
          <w:b/>
          <w:color w:val="8A681B"/>
        </w:rPr>
        <w:t xml:space="preserve">[00:15:10] </w:t>
      </w:r>
      <w:r>
        <w:rPr>
          <w:rFonts w:ascii="Arial" w:hAnsi="Arial"/>
          <w:sz w:val="20"/>
        </w:rPr>
        <w:t>But everybody else don't want it.</w:t>
      </w:r>
    </w:p>
    <w:p>
      <w:pPr>
        <w:spacing w:after="60"/>
      </w:pPr>
      <w:r>
        <w:rPr>
          <w:b/>
          <w:color w:val="8A681B"/>
        </w:rPr>
        <w:t xml:space="preserve">[00:15:12] </w:t>
      </w:r>
      <w:r>
        <w:rPr>
          <w:rFonts w:ascii="Arial" w:hAnsi="Arial"/>
          <w:sz w:val="20"/>
        </w:rPr>
        <w:t>Opportunities through jobs that people don't want and he say it's a menial job.</w:t>
      </w:r>
    </w:p>
    <w:p>
      <w:pPr>
        <w:spacing w:after="60"/>
      </w:pPr>
      <w:r>
        <w:rPr>
          <w:b/>
          <w:color w:val="8A681B"/>
        </w:rPr>
        <w:t xml:space="preserve">[00:15:17] </w:t>
      </w:r>
      <w:r>
        <w:rPr>
          <w:rFonts w:ascii="Arial" w:hAnsi="Arial"/>
          <w:sz w:val="20"/>
        </w:rPr>
        <w:t>Yeah, but he gonna make you the manager don't want to be the manager. Just take the job.</w:t>
      </w:r>
    </w:p>
    <w:p>
      <w:pPr>
        <w:spacing w:after="60"/>
      </w:pPr>
      <w:r>
        <w:rPr>
          <w:b/>
          <w:color w:val="8A681B"/>
        </w:rPr>
        <w:t xml:space="preserve">[00:15:21] </w:t>
      </w:r>
      <w:r>
        <w:rPr>
          <w:rFonts w:ascii="Arial" w:hAnsi="Arial"/>
          <w:sz w:val="20"/>
        </w:rPr>
        <w:t>It's a stepping stone for you. Say there's opportunities before me.</w:t>
      </w:r>
    </w:p>
    <w:p>
      <w:pPr>
        <w:spacing w:after="60"/>
      </w:pPr>
      <w:r>
        <w:rPr>
          <w:b/>
          <w:color w:val="8A681B"/>
        </w:rPr>
        <w:t xml:space="preserve">[00:15:26] </w:t>
      </w:r>
      <w:r>
        <w:rPr>
          <w:rFonts w:ascii="Arial" w:hAnsi="Arial"/>
          <w:sz w:val="20"/>
        </w:rPr>
        <w:t>He said I know that works.</w:t>
      </w:r>
    </w:p>
    <w:p>
      <w:pPr>
        <w:spacing w:after="60"/>
      </w:pPr>
      <w:r>
        <w:rPr>
          <w:b/>
          <w:color w:val="8A681B"/>
        </w:rPr>
        <w:t xml:space="preserve">[00:15:30] </w:t>
      </w:r>
      <w:r>
        <w:rPr>
          <w:rFonts w:ascii="Arial" w:hAnsi="Arial"/>
          <w:sz w:val="20"/>
        </w:rPr>
        <w:t>Behold I have set before you he says an open door say I got an open door before me an.</w:t>
      </w:r>
    </w:p>
    <w:p>
      <w:pPr>
        <w:spacing w:after="60"/>
      </w:pPr>
      <w:r>
        <w:rPr>
          <w:b/>
          <w:color w:val="8A681B"/>
        </w:rPr>
        <w:t xml:space="preserve">[00:15:38] </w:t>
      </w:r>
      <w:r>
        <w:rPr>
          <w:rFonts w:ascii="Arial" w:hAnsi="Arial"/>
          <w:sz w:val="20"/>
        </w:rPr>
        <w:t>Open door and no man can shut it. So what the devil tries to do.</w:t>
      </w:r>
    </w:p>
    <w:p>
      <w:pPr>
        <w:spacing w:after="60"/>
      </w:pPr>
      <w:r>
        <w:rPr>
          <w:b/>
          <w:color w:val="8A681B"/>
        </w:rPr>
        <w:t xml:space="preserve">[00:15:44] </w:t>
      </w:r>
      <w:r>
        <w:rPr>
          <w:rFonts w:ascii="Arial" w:hAnsi="Arial"/>
          <w:sz w:val="20"/>
        </w:rPr>
        <w:t>He tried to do secret and undermined it stuff to stop you.</w:t>
      </w:r>
    </w:p>
    <w:p>
      <w:pPr>
        <w:spacing w:after="60"/>
      </w:pPr>
      <w:r>
        <w:rPr>
          <w:b/>
          <w:color w:val="8A681B"/>
        </w:rPr>
        <w:t xml:space="preserve">[00:15:48] </w:t>
      </w:r>
      <w:r>
        <w:rPr>
          <w:rFonts w:ascii="Arial" w:hAnsi="Arial"/>
          <w:sz w:val="20"/>
        </w:rPr>
        <w:t>Refuse to be denied.</w:t>
      </w:r>
    </w:p>
    <w:p>
      <w:pPr>
        <w:spacing w:after="60"/>
      </w:pPr>
      <w:r>
        <w:rPr>
          <w:b/>
          <w:color w:val="8A681B"/>
        </w:rPr>
        <w:t xml:space="preserve">[00:15:50] </w:t>
      </w:r>
      <w:r>
        <w:rPr>
          <w:rFonts w:ascii="Arial" w:hAnsi="Arial"/>
          <w:sz w:val="20"/>
        </w:rPr>
        <w:t>He'll use people you got to get delivered from people.</w:t>
      </w:r>
    </w:p>
    <w:p>
      <w:pPr>
        <w:spacing w:after="60"/>
      </w:pPr>
      <w:r>
        <w:rPr>
          <w:b/>
          <w:color w:val="8A681B"/>
        </w:rPr>
        <w:t xml:space="preserve">[00:15:54] </w:t>
      </w:r>
      <w:r>
        <w:rPr>
          <w:rFonts w:ascii="Arial" w:hAnsi="Arial"/>
          <w:sz w:val="20"/>
        </w:rPr>
        <w:t>If all he has to do is use people to talk about you you weak.</w:t>
      </w:r>
    </w:p>
    <w:p>
      <w:pPr>
        <w:spacing w:after="60"/>
      </w:pPr>
      <w:r>
        <w:rPr>
          <w:b/>
          <w:color w:val="8A681B"/>
        </w:rPr>
        <w:t xml:space="preserve">[00:15:59] </w:t>
      </w:r>
      <w:r>
        <w:rPr>
          <w:rFonts w:ascii="Arial" w:hAnsi="Arial"/>
          <w:sz w:val="20"/>
        </w:rPr>
        <w:t>Because you believe this stuff that you know.</w:t>
      </w:r>
    </w:p>
    <w:p>
      <w:pPr>
        <w:spacing w:after="60"/>
      </w:pPr>
      <w:r>
        <w:rPr>
          <w:b/>
          <w:color w:val="8A681B"/>
        </w:rPr>
        <w:t xml:space="preserve">[00:16:05] </w:t>
      </w:r>
      <w:r>
        <w:rPr>
          <w:rFonts w:ascii="Arial" w:hAnsi="Arial"/>
          <w:sz w:val="20"/>
        </w:rPr>
        <w:t>Words can do more damage than physical damage if you let them.</w:t>
      </w:r>
    </w:p>
    <w:p>
      <w:pPr>
        <w:spacing w:after="60"/>
      </w:pPr>
      <w:r>
        <w:rPr>
          <w:b/>
          <w:color w:val="8A681B"/>
        </w:rPr>
        <w:t xml:space="preserve">[00:16:12] </w:t>
      </w:r>
      <w:r>
        <w:rPr>
          <w:rFonts w:ascii="Arial" w:hAnsi="Arial"/>
          <w:sz w:val="20"/>
        </w:rPr>
        <w:t>Amen.</w:t>
      </w:r>
    </w:p>
    <w:p>
      <w:pPr>
        <w:spacing w:after="60"/>
      </w:pPr>
      <w:r>
        <w:rPr>
          <w:b/>
          <w:color w:val="8A681B"/>
        </w:rPr>
        <w:t xml:space="preserve">[00:16:13] </w:t>
      </w:r>
      <w:r>
        <w:rPr>
          <w:rFonts w:ascii="Arial" w:hAnsi="Arial"/>
          <w:sz w:val="20"/>
        </w:rPr>
        <w:t>See because I'm gonna attack this because I've heard this is so much lately that words can do more than physical.</w:t>
      </w:r>
    </w:p>
    <w:p>
      <w:pPr>
        <w:spacing w:after="60"/>
      </w:pPr>
      <w:r>
        <w:rPr>
          <w:b/>
          <w:color w:val="8A681B"/>
        </w:rPr>
        <w:t xml:space="preserve">[00:16:21] </w:t>
      </w:r>
      <w:r>
        <w:rPr>
          <w:rFonts w:ascii="Arial" w:hAnsi="Arial"/>
          <w:sz w:val="20"/>
        </w:rPr>
        <w:t>Damage not if I shoot you to the point of death.</w:t>
      </w:r>
    </w:p>
    <w:p>
      <w:pPr>
        <w:spacing w:after="60"/>
      </w:pPr>
      <w:r>
        <w:rPr>
          <w:b/>
          <w:color w:val="8A681B"/>
        </w:rPr>
        <w:t xml:space="preserve">[00:16:29] </w:t>
      </w:r>
      <w:r>
        <w:rPr>
          <w:rFonts w:ascii="Arial" w:hAnsi="Arial"/>
          <w:sz w:val="20"/>
        </w:rPr>
        <w:t>You can't recover from that, can you I say you can't recover from that.</w:t>
      </w:r>
    </w:p>
    <w:p>
      <w:pPr>
        <w:spacing w:after="60"/>
      </w:pPr>
      <w:r>
        <w:rPr>
          <w:b/>
          <w:color w:val="8A681B"/>
        </w:rPr>
        <w:t xml:space="preserve">[00:16:34] </w:t>
      </w:r>
      <w:r>
        <w:rPr>
          <w:rFonts w:ascii="Arial" w:hAnsi="Arial"/>
          <w:sz w:val="20"/>
        </w:rPr>
        <w:t>But I can recover from a negative word. I.</w:t>
      </w:r>
    </w:p>
    <w:p>
      <w:pPr>
        <w:spacing w:after="60"/>
      </w:pPr>
      <w:r>
        <w:rPr>
          <w:b/>
          <w:color w:val="8A681B"/>
        </w:rPr>
        <w:t xml:space="preserve">[00:16:39] </w:t>
      </w:r>
      <w:r>
        <w:rPr>
          <w:rFonts w:ascii="Arial" w:hAnsi="Arial"/>
          <w:sz w:val="20"/>
        </w:rPr>
        <w:t>Can I can I can rewire and wash my my mind with the Word of God.</w:t>
      </w:r>
    </w:p>
    <w:p>
      <w:pPr>
        <w:spacing w:after="60"/>
      </w:pPr>
      <w:r>
        <w:rPr>
          <w:b/>
          <w:color w:val="8A681B"/>
        </w:rPr>
        <w:t xml:space="preserve">[00:16:44] </w:t>
      </w:r>
      <w:r>
        <w:rPr>
          <w:rFonts w:ascii="Arial" w:hAnsi="Arial"/>
          <w:sz w:val="20"/>
        </w:rPr>
        <w:t>That words that were piercing and arrows of darts to bring me down.</w:t>
      </w:r>
    </w:p>
    <w:p>
      <w:pPr>
        <w:spacing w:after="60"/>
      </w:pPr>
      <w:r>
        <w:rPr>
          <w:b/>
          <w:color w:val="8A681B"/>
        </w:rPr>
        <w:t xml:space="preserve">[00:16:49] </w:t>
      </w:r>
      <w:r>
        <w:rPr>
          <w:rFonts w:ascii="Arial" w:hAnsi="Arial"/>
          <w:sz w:val="20"/>
        </w:rPr>
        <w:t>God can remove them.</w:t>
      </w:r>
    </w:p>
    <w:p>
      <w:pPr>
        <w:spacing w:after="60"/>
      </w:pPr>
      <w:r>
        <w:rPr>
          <w:b/>
          <w:color w:val="8A681B"/>
        </w:rPr>
        <w:t xml:space="preserve">[00:16:51] </w:t>
      </w:r>
      <w:r>
        <w:rPr>
          <w:rFonts w:ascii="Arial" w:hAnsi="Arial"/>
          <w:sz w:val="20"/>
        </w:rPr>
        <w:t>You know you would think if you get shot through the head with a bow and arrow most of the time.</w:t>
      </w:r>
    </w:p>
    <w:p>
      <w:pPr>
        <w:spacing w:after="60"/>
      </w:pPr>
      <w:r>
        <w:rPr>
          <w:b/>
          <w:color w:val="8A681B"/>
        </w:rPr>
        <w:t xml:space="preserve">[00:16:55] </w:t>
      </w:r>
      <w:r>
        <w:rPr>
          <w:rFonts w:ascii="Arial" w:hAnsi="Arial"/>
          <w:sz w:val="20"/>
        </w:rPr>
        <w:t>They cannot remove something like that. That's pretty much the end of it.</w:t>
      </w:r>
    </w:p>
    <w:p>
      <w:pPr>
        <w:spacing w:after="60"/>
      </w:pPr>
      <w:r>
        <w:rPr>
          <w:b/>
          <w:color w:val="8A681B"/>
        </w:rPr>
        <w:t xml:space="preserve">[00:16:58] </w:t>
      </w:r>
      <w:r>
        <w:rPr>
          <w:rFonts w:ascii="Arial" w:hAnsi="Arial"/>
          <w:sz w:val="20"/>
        </w:rPr>
        <w:t>But if it's spiritually done God can extract that firing arrow from your mind and leave no residue that your mama called you trash.</w:t>
      </w:r>
    </w:p>
    <w:p>
      <w:pPr>
        <w:spacing w:after="60"/>
      </w:pPr>
      <w:r>
        <w:rPr>
          <w:b/>
          <w:color w:val="8A681B"/>
        </w:rPr>
        <w:t xml:space="preserve">[00:17:08] </w:t>
      </w:r>
      <w:r>
        <w:rPr>
          <w:rFonts w:ascii="Arial" w:hAnsi="Arial"/>
          <w:sz w:val="20"/>
        </w:rPr>
        <w:t>That's your daddy said you ain't gonna never be nothing that's your brothers and sisters laughed at you and told you made you be feel.</w:t>
      </w:r>
    </w:p>
    <w:p>
      <w:pPr>
        <w:spacing w:after="60"/>
      </w:pPr>
      <w:r>
        <w:rPr>
          <w:b/>
          <w:color w:val="8A681B"/>
        </w:rPr>
        <w:t xml:space="preserve">[00:17:15] </w:t>
      </w:r>
      <w:r>
        <w:rPr>
          <w:rFonts w:ascii="Arial" w:hAnsi="Arial"/>
          <w:sz w:val="20"/>
        </w:rPr>
        <w:t>Like he was the the lesser of the whole bunch.</w:t>
      </w:r>
    </w:p>
    <w:p>
      <w:pPr>
        <w:spacing w:after="60"/>
      </w:pPr>
      <w:r>
        <w:rPr>
          <w:b/>
          <w:color w:val="8A681B"/>
        </w:rPr>
        <w:t xml:space="preserve">[00:17:18] </w:t>
      </w:r>
      <w:r>
        <w:rPr>
          <w:rFonts w:ascii="Arial" w:hAnsi="Arial"/>
          <w:sz w:val="20"/>
        </w:rPr>
        <w:t>But then God get a hold to you and God say walk through this door.</w:t>
      </w:r>
    </w:p>
    <w:p>
      <w:pPr>
        <w:spacing w:after="60"/>
      </w:pPr>
      <w:r>
        <w:rPr>
          <w:b/>
          <w:color w:val="8A681B"/>
        </w:rPr>
        <w:t xml:space="preserve">[00:17:22] </w:t>
      </w:r>
      <w:r>
        <w:rPr>
          <w:rFonts w:ascii="Arial" w:hAnsi="Arial"/>
          <w:sz w:val="20"/>
        </w:rPr>
        <w:t>This door is gonna repair your mind walk through this door.</w:t>
      </w:r>
    </w:p>
    <w:p>
      <w:pPr>
        <w:spacing w:after="60"/>
      </w:pPr>
      <w:r>
        <w:rPr>
          <w:b/>
          <w:color w:val="8A681B"/>
        </w:rPr>
        <w:t xml:space="preserve">[00:17:25] </w:t>
      </w:r>
      <w:r>
        <w:rPr>
          <w:rFonts w:ascii="Arial" w:hAnsi="Arial"/>
          <w:sz w:val="20"/>
        </w:rPr>
        <w:t>This door is gonna repair your spirit walk through this door.</w:t>
      </w:r>
    </w:p>
    <w:p>
      <w:pPr>
        <w:spacing w:after="60"/>
      </w:pPr>
      <w:r>
        <w:rPr>
          <w:b/>
          <w:color w:val="8A681B"/>
        </w:rPr>
        <w:t xml:space="preserve">[00:17:29] </w:t>
      </w:r>
      <w:r>
        <w:rPr>
          <w:rFonts w:ascii="Arial" w:hAnsi="Arial"/>
          <w:sz w:val="20"/>
        </w:rPr>
        <w:t>This door is gonna repair what you think about yourself because God knows as a man think it so is you.</w:t>
      </w:r>
    </w:p>
    <w:p>
      <w:pPr>
        <w:spacing w:after="60"/>
      </w:pPr>
      <w:r>
        <w:rPr>
          <w:b/>
          <w:color w:val="8A681B"/>
        </w:rPr>
        <w:t xml:space="preserve">[00:17:36] </w:t>
      </w:r>
      <w:r>
        <w:rPr>
          <w:rFonts w:ascii="Arial" w:hAnsi="Arial"/>
          <w:sz w:val="20"/>
        </w:rPr>
        <w:t>So is he so are you because that's what you think about yourself, but God got another vision for you.</w:t>
      </w:r>
    </w:p>
    <w:p>
      <w:pPr>
        <w:spacing w:after="60"/>
      </w:pPr>
      <w:r>
        <w:rPr>
          <w:b/>
          <w:color w:val="8A681B"/>
        </w:rPr>
        <w:t xml:space="preserve">[00:17:43] </w:t>
      </w:r>
      <w:r>
        <w:rPr>
          <w:rFonts w:ascii="Arial" w:hAnsi="Arial"/>
          <w:sz w:val="20"/>
        </w:rPr>
        <w:t>He said I know the plans that I think so I got a common agreement with God somehow and allow God say God.</w:t>
      </w:r>
    </w:p>
    <w:p>
      <w:pPr>
        <w:spacing w:after="60"/>
      </w:pPr>
      <w:r>
        <w:rPr>
          <w:b/>
          <w:color w:val="8A681B"/>
        </w:rPr>
        <w:t xml:space="preserve">[00:17:49] </w:t>
      </w:r>
      <w:r>
        <w:rPr>
          <w:rFonts w:ascii="Arial" w:hAnsi="Arial"/>
          <w:sz w:val="20"/>
        </w:rPr>
        <w:t>They have shot this in me. I have not been able to get past this. This has hurt me so bad.</w:t>
      </w:r>
    </w:p>
    <w:p>
      <w:pPr>
        <w:spacing w:after="60"/>
      </w:pPr>
      <w:r>
        <w:rPr>
          <w:b/>
          <w:color w:val="8A681B"/>
        </w:rPr>
        <w:t xml:space="preserve">[00:17:54] </w:t>
      </w:r>
      <w:r>
        <w:rPr>
          <w:rFonts w:ascii="Arial" w:hAnsi="Arial"/>
          <w:sz w:val="20"/>
        </w:rPr>
        <w:t>This is affecting my future perform spiritual surgery and you know what gotta do gotta get it out and gotta make you whole.</w:t>
      </w:r>
    </w:p>
    <w:p>
      <w:pPr>
        <w:spacing w:after="60"/>
      </w:pPr>
      <w:r>
        <w:rPr>
          <w:b/>
          <w:color w:val="8A681B"/>
        </w:rPr>
        <w:t xml:space="preserve">[00:18:02] </w:t>
      </w:r>
      <w:r>
        <w:rPr>
          <w:rFonts w:ascii="Arial" w:hAnsi="Arial"/>
          <w:sz w:val="20"/>
        </w:rPr>
        <w:t>Gotta get it out and God will make you whole.</w:t>
      </w:r>
    </w:p>
    <w:p>
      <w:pPr>
        <w:spacing w:after="60"/>
      </w:pPr>
      <w:r>
        <w:rPr>
          <w:b/>
          <w:color w:val="8A681B"/>
        </w:rPr>
        <w:t xml:space="preserve">[00:18:05] </w:t>
      </w:r>
      <w:r>
        <w:rPr>
          <w:rFonts w:ascii="Arial" w:hAnsi="Arial"/>
          <w:sz w:val="20"/>
        </w:rPr>
        <w:t>So like well a person like me words won't don't affect me like that because most of the time.</w:t>
      </w:r>
    </w:p>
    <w:p>
      <w:pPr>
        <w:spacing w:after="60"/>
      </w:pPr>
      <w:r>
        <w:rPr>
          <w:b/>
          <w:color w:val="8A681B"/>
        </w:rPr>
        <w:t xml:space="preserve">[00:18:17] </w:t>
      </w:r>
      <w:r>
        <w:rPr>
          <w:rFonts w:ascii="Arial" w:hAnsi="Arial"/>
          <w:sz w:val="20"/>
        </w:rPr>
        <w:t>I ain't thinking about you.</w:t>
      </w:r>
    </w:p>
    <w:p>
      <w:pPr>
        <w:spacing w:after="60"/>
      </w:pPr>
      <w:r>
        <w:rPr>
          <w:b/>
          <w:color w:val="8A681B"/>
        </w:rPr>
        <w:t xml:space="preserve">[00:18:23] </w:t>
      </w:r>
      <w:r>
        <w:rPr>
          <w:rFonts w:ascii="Arial" w:hAnsi="Arial"/>
          <w:sz w:val="20"/>
        </w:rPr>
        <w:t>When you think about him, you lose sight of what other people think about you.</w:t>
      </w:r>
    </w:p>
    <w:p>
      <w:pPr>
        <w:spacing w:after="60"/>
      </w:pPr>
      <w:r>
        <w:rPr>
          <w:b/>
          <w:color w:val="8A681B"/>
        </w:rPr>
        <w:t xml:space="preserve">[00:18:30] </w:t>
      </w:r>
      <w:r>
        <w:rPr>
          <w:rFonts w:ascii="Arial" w:hAnsi="Arial"/>
          <w:sz w:val="20"/>
        </w:rPr>
        <w:t>Tell somebody you got to get delivered from words.</w:t>
      </w:r>
    </w:p>
    <w:p>
      <w:pPr>
        <w:spacing w:after="60"/>
      </w:pPr>
      <w:r>
        <w:rPr>
          <w:b/>
          <w:color w:val="8A681B"/>
        </w:rPr>
        <w:t xml:space="preserve">[00:18:35] </w:t>
      </w:r>
      <w:r>
        <w:rPr>
          <w:rFonts w:ascii="Arial" w:hAnsi="Arial"/>
          <w:sz w:val="20"/>
        </w:rPr>
        <w:t>I don't know why I'm stuck here. Why would a word really hurt me?</w:t>
      </w:r>
    </w:p>
    <w:p>
      <w:pPr>
        <w:spacing w:after="60"/>
      </w:pPr>
      <w:r>
        <w:rPr>
          <w:b/>
          <w:color w:val="8A681B"/>
        </w:rPr>
        <w:t xml:space="preserve">[00:18:40] </w:t>
      </w:r>
      <w:r>
        <w:rPr>
          <w:rFonts w:ascii="Arial" w:hAnsi="Arial"/>
          <w:sz w:val="20"/>
        </w:rPr>
        <w:t>That you say about me I believe.</w:t>
      </w:r>
    </w:p>
    <w:p>
      <w:pPr>
        <w:spacing w:after="60"/>
      </w:pPr>
      <w:r>
        <w:rPr>
          <w:b/>
          <w:color w:val="8A681B"/>
        </w:rPr>
        <w:t xml:space="preserve">[00:18:46] </w:t>
      </w:r>
      <w:r>
        <w:rPr>
          <w:rFonts w:ascii="Arial" w:hAnsi="Arial"/>
          <w:sz w:val="20"/>
        </w:rPr>
        <w:t>What you say?</w:t>
      </w:r>
    </w:p>
    <w:p>
      <w:pPr>
        <w:spacing w:after="60"/>
      </w:pPr>
      <w:r>
        <w:rPr>
          <w:b/>
          <w:color w:val="8A681B"/>
        </w:rPr>
        <w:t xml:space="preserve">[00:18:48] </w:t>
      </w:r>
      <w:r>
        <w:rPr>
          <w:rFonts w:ascii="Arial" w:hAnsi="Arial"/>
          <w:sz w:val="20"/>
        </w:rPr>
        <w:t>It's true, but you'd be crying talking about it's a lot. What's you crying for?</w:t>
      </w:r>
    </w:p>
    <w:p>
      <w:pPr>
        <w:spacing w:after="60"/>
      </w:pPr>
      <w:r>
        <w:rPr>
          <w:b/>
          <w:color w:val="8A681B"/>
        </w:rPr>
        <w:t xml:space="preserve">[00:18:57] </w:t>
      </w:r>
      <w:r>
        <w:rPr>
          <w:rFonts w:ascii="Arial" w:hAnsi="Arial"/>
          <w:sz w:val="20"/>
        </w:rPr>
        <w:t>If it's a lot.</w:t>
      </w:r>
    </w:p>
    <w:p>
      <w:pPr>
        <w:spacing w:after="60"/>
      </w:pPr>
      <w:r>
        <w:rPr>
          <w:b/>
          <w:color w:val="8A681B"/>
        </w:rPr>
        <w:t xml:space="preserve">[00:19:01] </w:t>
      </w:r>
      <w:r>
        <w:rPr>
          <w:rFonts w:ascii="Arial" w:hAnsi="Arial"/>
          <w:sz w:val="20"/>
        </w:rPr>
        <w:t>Why why why do you why do you feel some kind of way?</w:t>
      </w:r>
    </w:p>
    <w:p>
      <w:pPr>
        <w:spacing w:after="60"/>
      </w:pPr>
      <w:r>
        <w:rPr>
          <w:b/>
          <w:color w:val="8A681B"/>
        </w:rPr>
        <w:t xml:space="preserve">[00:19:05] </w:t>
      </w:r>
      <w:r>
        <w:rPr>
          <w:rFonts w:ascii="Arial" w:hAnsi="Arial"/>
          <w:sz w:val="20"/>
        </w:rPr>
        <w:t>Because they spoke to you that way.</w:t>
      </w:r>
    </w:p>
    <w:p>
      <w:pPr>
        <w:spacing w:after="60"/>
      </w:pPr>
      <w:r>
        <w:rPr>
          <w:b/>
          <w:color w:val="8A681B"/>
        </w:rPr>
        <w:t xml:space="preserve">[00:19:07] </w:t>
      </w:r>
      <w:r>
        <w:rPr>
          <w:rFonts w:ascii="Arial" w:hAnsi="Arial"/>
          <w:sz w:val="20"/>
        </w:rPr>
        <w:t>Do you believe that?</w:t>
      </w:r>
    </w:p>
    <w:p>
      <w:pPr>
        <w:spacing w:after="60"/>
      </w:pPr>
      <w:r>
        <w:rPr>
          <w:b/>
          <w:color w:val="8A681B"/>
        </w:rPr>
        <w:t xml:space="preserve">[00:19:11] </w:t>
      </w:r>
      <w:r>
        <w:rPr>
          <w:rFonts w:ascii="Arial" w:hAnsi="Arial"/>
          <w:sz w:val="20"/>
        </w:rPr>
        <w:t>Now when you believe what God say God has to almost come back to us a thousand times.</w:t>
      </w:r>
    </w:p>
    <w:p>
      <w:pPr>
        <w:spacing w:after="60"/>
      </w:pPr>
      <w:r>
        <w:rPr>
          <w:b/>
          <w:color w:val="8A681B"/>
        </w:rPr>
        <w:t xml:space="preserve">[00:19:17] </w:t>
      </w:r>
      <w:r>
        <w:rPr>
          <w:rFonts w:ascii="Arial" w:hAnsi="Arial"/>
          <w:sz w:val="20"/>
        </w:rPr>
        <w:t>When he says you're the righteousness of God.</w:t>
      </w:r>
    </w:p>
    <w:p>
      <w:pPr>
        <w:spacing w:after="60"/>
      </w:pPr>
      <w:r>
        <w:rPr>
          <w:b/>
          <w:color w:val="8A681B"/>
        </w:rPr>
        <w:t xml:space="preserve">[00:19:20] </w:t>
      </w:r>
      <w:r>
        <w:rPr>
          <w:rFonts w:ascii="Arial" w:hAnsi="Arial"/>
          <w:sz w:val="20"/>
        </w:rPr>
        <w:t>But you just said it call me something derogatory once.</w:t>
      </w:r>
    </w:p>
    <w:p>
      <w:pPr>
        <w:spacing w:after="60"/>
      </w:pPr>
      <w:r>
        <w:rPr>
          <w:b/>
          <w:color w:val="8A681B"/>
        </w:rPr>
        <w:t xml:space="preserve">[00:19:25] </w:t>
      </w:r>
      <w:r>
        <w:rPr>
          <w:rFonts w:ascii="Arial" w:hAnsi="Arial"/>
          <w:sz w:val="20"/>
        </w:rPr>
        <w:t>And I I'm working on something.</w:t>
      </w:r>
    </w:p>
    <w:p>
      <w:pPr>
        <w:spacing w:after="60"/>
      </w:pPr>
      <w:r>
        <w:rPr>
          <w:b/>
          <w:color w:val="8A681B"/>
        </w:rPr>
        <w:t xml:space="preserve">[00:19:27] </w:t>
      </w:r>
      <w:r>
        <w:rPr>
          <w:rFonts w:ascii="Arial" w:hAnsi="Arial"/>
          <w:sz w:val="20"/>
        </w:rPr>
        <w:t>But I believe that.</w:t>
      </w:r>
    </w:p>
    <w:p>
      <w:pPr>
        <w:spacing w:after="60"/>
      </w:pPr>
      <w:r>
        <w:rPr>
          <w:b/>
          <w:color w:val="8A681B"/>
        </w:rPr>
        <w:t xml:space="preserve">[00:19:29] </w:t>
      </w:r>
      <w:r>
        <w:rPr>
          <w:rFonts w:ascii="Arial" w:hAnsi="Arial"/>
          <w:sz w:val="20"/>
        </w:rPr>
        <w:t>But God have to tell you that you are a royal priesthood that you are kings and you are priests.</w:t>
      </w:r>
    </w:p>
    <w:p>
      <w:pPr>
        <w:spacing w:after="60"/>
      </w:pPr>
      <w:r>
        <w:rPr>
          <w:b/>
          <w:color w:val="8A681B"/>
        </w:rPr>
        <w:t xml:space="preserve">[00:19:35] </w:t>
      </w:r>
      <w:r>
        <w:rPr>
          <w:rFonts w:ascii="Arial" w:hAnsi="Arial"/>
          <w:sz w:val="20"/>
        </w:rPr>
        <w:t>Created in my image. He have to tell you that a thousand times.</w:t>
      </w:r>
    </w:p>
    <w:p>
      <w:pPr>
        <w:spacing w:after="60"/>
      </w:pPr>
      <w:r>
        <w:rPr>
          <w:b/>
          <w:color w:val="8A681B"/>
        </w:rPr>
        <w:t xml:space="preserve">[00:19:39] </w:t>
      </w:r>
      <w:r>
        <w:rPr>
          <w:rFonts w:ascii="Arial" w:hAnsi="Arial"/>
          <w:sz w:val="20"/>
        </w:rPr>
        <w:t>Because we give more credibility sometime to the demonic realm.</w:t>
      </w:r>
    </w:p>
    <w:p>
      <w:pPr>
        <w:spacing w:after="60"/>
      </w:pPr>
      <w:r>
        <w:rPr>
          <w:b/>
          <w:color w:val="8A681B"/>
        </w:rPr>
        <w:t xml:space="preserve">[00:19:45] </w:t>
      </w:r>
      <w:r>
        <w:rPr>
          <w:rFonts w:ascii="Arial" w:hAnsi="Arial"/>
          <w:sz w:val="20"/>
        </w:rPr>
        <w:t>Over God's spirit working in us. God say you entrepreneur you looking at the fact that you're driving the beat of the work.</w:t>
      </w:r>
    </w:p>
    <w:p>
      <w:pPr>
        <w:spacing w:after="60"/>
      </w:pPr>
      <w:r>
        <w:rPr>
          <w:b/>
          <w:color w:val="8A681B"/>
        </w:rPr>
        <w:t xml:space="preserve">[00:19:53] </w:t>
      </w:r>
      <w:r>
        <w:rPr>
          <w:rFonts w:ascii="Arial" w:hAnsi="Arial"/>
          <w:sz w:val="20"/>
        </w:rPr>
        <w:t>And he'll tell you go down this road.</w:t>
      </w:r>
    </w:p>
    <w:p>
      <w:pPr>
        <w:spacing w:after="60"/>
      </w:pPr>
      <w:r>
        <w:rPr>
          <w:b/>
          <w:color w:val="8A681B"/>
        </w:rPr>
        <w:t xml:space="preserve">[00:19:57] </w:t>
      </w:r>
      <w:r>
        <w:rPr>
          <w:rFonts w:ascii="Arial" w:hAnsi="Arial"/>
          <w:sz w:val="20"/>
        </w:rPr>
        <w:t>Stop in this place talk to these people and lo and behold in a few years.</w:t>
      </w:r>
    </w:p>
    <w:p>
      <w:pPr>
        <w:spacing w:after="60"/>
      </w:pPr>
      <w:r>
        <w:rPr>
          <w:b/>
          <w:color w:val="8A681B"/>
        </w:rPr>
        <w:t xml:space="preserve">[00:20:03] </w:t>
      </w:r>
      <w:r>
        <w:rPr>
          <w:rFonts w:ascii="Arial" w:hAnsi="Arial"/>
          <w:sz w:val="20"/>
        </w:rPr>
        <w:t>Remember I told you sometimes you have to apply pressure to the door.</w:t>
      </w:r>
    </w:p>
    <w:p>
      <w:pPr>
        <w:spacing w:after="60"/>
      </w:pPr>
      <w:r>
        <w:rPr>
          <w:b/>
          <w:color w:val="8A681B"/>
        </w:rPr>
        <w:t xml:space="preserve">[00:20:06] </w:t>
      </w:r>
      <w:r>
        <w:rPr>
          <w:rFonts w:ascii="Arial" w:hAnsi="Arial"/>
          <w:sz w:val="20"/>
        </w:rPr>
        <w:t>You have to walk through it by faith and but in a few years your whole life.</w:t>
      </w:r>
    </w:p>
    <w:p>
      <w:pPr>
        <w:spacing w:after="60"/>
      </w:pPr>
      <w:r>
        <w:rPr>
          <w:b/>
          <w:color w:val="8A681B"/>
        </w:rPr>
        <w:t xml:space="preserve">[00:20:09] </w:t>
      </w:r>
      <w:r>
        <w:rPr>
          <w:rFonts w:ascii="Arial" w:hAnsi="Arial"/>
          <w:sz w:val="20"/>
        </w:rPr>
        <w:t>Don't look the same in a few years. Some of your lives are not gonna look the same.</w:t>
      </w:r>
    </w:p>
    <w:p>
      <w:pPr>
        <w:spacing w:after="60"/>
      </w:pPr>
      <w:r>
        <w:rPr>
          <w:b/>
          <w:color w:val="8A681B"/>
        </w:rPr>
        <w:t xml:space="preserve">[00:20:14] </w:t>
      </w:r>
      <w:r>
        <w:rPr>
          <w:rFonts w:ascii="Arial" w:hAnsi="Arial"/>
          <w:sz w:val="20"/>
        </w:rPr>
        <w:t>It's not gonna look the same.</w:t>
      </w:r>
    </w:p>
    <w:p>
      <w:pPr>
        <w:spacing w:after="60"/>
      </w:pPr>
      <w:r>
        <w:rPr>
          <w:b/>
          <w:color w:val="8A681B"/>
        </w:rPr>
        <w:t xml:space="preserve">[00:20:16] </w:t>
      </w:r>
      <w:r>
        <w:rPr>
          <w:rFonts w:ascii="Arial" w:hAnsi="Arial"/>
          <w:sz w:val="20"/>
        </w:rPr>
        <w:t>He says.</w:t>
      </w:r>
    </w:p>
    <w:p>
      <w:pPr>
        <w:spacing w:after="60"/>
      </w:pPr>
      <w:r>
        <w:rPr>
          <w:b/>
          <w:color w:val="8A681B"/>
        </w:rPr>
        <w:t xml:space="preserve">[00:20:19] </w:t>
      </w:r>
      <w:r>
        <w:rPr>
          <w:rFonts w:ascii="Arial" w:hAnsi="Arial"/>
          <w:sz w:val="20"/>
        </w:rPr>
        <w:t>These people here in philadelphia they under pressure.</w:t>
      </w:r>
    </w:p>
    <w:p>
      <w:pPr>
        <w:spacing w:after="60"/>
      </w:pPr>
      <w:r>
        <w:rPr>
          <w:b/>
          <w:color w:val="8A681B"/>
        </w:rPr>
        <w:t xml:space="preserve">[00:20:24] </w:t>
      </w:r>
      <w:r>
        <w:rPr>
          <w:rFonts w:ascii="Arial" w:hAnsi="Arial"/>
          <w:sz w:val="20"/>
        </w:rPr>
        <w:t>Economic pressure actually that region. I think they said on volcanoes and like earthquakes.</w:t>
      </w:r>
    </w:p>
    <w:p>
      <w:pPr>
        <w:spacing w:after="60"/>
      </w:pPr>
      <w:r>
        <w:rPr>
          <w:b/>
          <w:color w:val="8A681B"/>
        </w:rPr>
        <w:t xml:space="preserve">[00:20:30] </w:t>
      </w:r>
      <w:r>
        <w:rPr>
          <w:rFonts w:ascii="Arial" w:hAnsi="Arial"/>
          <w:sz w:val="20"/>
        </w:rPr>
        <w:t>Um, the people were going through and they hanging on by a wing and a prayer anybody ever been in that place.</w:t>
      </w:r>
    </w:p>
    <w:p>
      <w:pPr>
        <w:spacing w:after="60"/>
      </w:pPr>
      <w:r>
        <w:rPr>
          <w:b/>
          <w:color w:val="8A681B"/>
        </w:rPr>
        <w:t xml:space="preserve">[00:20:36] </w:t>
      </w:r>
      <w:r>
        <w:rPr>
          <w:rFonts w:ascii="Arial" w:hAnsi="Arial"/>
          <w:sz w:val="20"/>
        </w:rPr>
        <w:t>And you walk with God where you just hang in you just barely hanging on.</w:t>
      </w:r>
    </w:p>
    <w:p>
      <w:pPr>
        <w:spacing w:after="60"/>
      </w:pPr>
      <w:r>
        <w:rPr>
          <w:b/>
          <w:color w:val="8A681B"/>
        </w:rPr>
        <w:t xml:space="preserve">[00:20:41] </w:t>
      </w:r>
      <w:r>
        <w:rPr>
          <w:rFonts w:ascii="Arial" w:hAnsi="Arial"/>
          <w:sz w:val="20"/>
        </w:rPr>
        <w:t>You don't have no real strength. You got some strength because you're showing up.</w:t>
      </w:r>
    </w:p>
    <w:p>
      <w:pPr>
        <w:spacing w:after="60"/>
      </w:pPr>
      <w:r>
        <w:rPr>
          <w:b/>
          <w:color w:val="8A681B"/>
        </w:rPr>
        <w:t xml:space="preserve">[00:20:45] </w:t>
      </w:r>
      <w:r>
        <w:rPr>
          <w:rFonts w:ascii="Arial" w:hAnsi="Arial"/>
          <w:sz w:val="20"/>
        </w:rPr>
        <w:t>You have some strength because you do open your bible up every now and again.</w:t>
      </w:r>
    </w:p>
    <w:p>
      <w:pPr>
        <w:spacing w:after="60"/>
      </w:pPr>
      <w:r>
        <w:rPr>
          <w:b/>
          <w:color w:val="8A681B"/>
        </w:rPr>
        <w:t xml:space="preserve">[00:20:49] </w:t>
      </w:r>
      <w:r>
        <w:rPr>
          <w:rFonts w:ascii="Arial" w:hAnsi="Arial"/>
          <w:sz w:val="20"/>
        </w:rPr>
        <w:t>And so he says strengthen what you have left even though you're under pressure and you have to believe.</w:t>
      </w:r>
    </w:p>
    <w:p>
      <w:pPr>
        <w:spacing w:after="60"/>
      </w:pPr>
      <w:r>
        <w:rPr>
          <w:b/>
          <w:color w:val="8A681B"/>
        </w:rPr>
        <w:t xml:space="preserve">[00:20:56] </w:t>
      </w:r>
      <w:r>
        <w:rPr>
          <w:rFonts w:ascii="Arial" w:hAnsi="Arial"/>
          <w:sz w:val="20"/>
        </w:rPr>
        <w:t>And that God is faithful and watch this if you believe God is faithful. We gotta stay faithful.</w:t>
      </w:r>
    </w:p>
    <w:p>
      <w:pPr>
        <w:spacing w:after="60"/>
      </w:pPr>
      <w:r>
        <w:rPr>
          <w:b/>
          <w:color w:val="8A681B"/>
        </w:rPr>
        <w:t xml:space="preserve">[00:21:05] </w:t>
      </w:r>
      <w:r>
        <w:rPr>
          <w:rFonts w:ascii="Arial" w:hAnsi="Arial"/>
          <w:sz w:val="20"/>
        </w:rPr>
        <w:t>You gotta stay faithful to God.</w:t>
      </w:r>
    </w:p>
    <w:p>
      <w:pPr>
        <w:spacing w:after="60"/>
      </w:pPr>
      <w:r>
        <w:rPr>
          <w:b/>
          <w:color w:val="8A681B"/>
        </w:rPr>
        <w:t xml:space="preserve">[00:21:08] </w:t>
      </w:r>
      <w:r>
        <w:rPr>
          <w:rFonts w:ascii="Arial" w:hAnsi="Arial"/>
          <w:sz w:val="20"/>
        </w:rPr>
        <w:t>So what if I don't think God is being faithful to me?</w:t>
      </w:r>
    </w:p>
    <w:p>
      <w:pPr>
        <w:spacing w:after="60"/>
      </w:pPr>
      <w:r>
        <w:rPr>
          <w:b/>
          <w:color w:val="8A681B"/>
        </w:rPr>
        <w:t xml:space="preserve">[00:21:13] </w:t>
      </w:r>
      <w:r>
        <w:rPr>
          <w:rFonts w:ascii="Arial" w:hAnsi="Arial"/>
          <w:sz w:val="20"/>
        </w:rPr>
        <w:t>If you don't move fast enough does that give me a reason to be unfaithful?</w:t>
      </w:r>
    </w:p>
    <w:p>
      <w:pPr>
        <w:spacing w:after="60"/>
      </w:pPr>
      <w:r>
        <w:rPr>
          <w:b/>
          <w:color w:val="8A681B"/>
        </w:rPr>
        <w:t xml:space="preserve">[00:21:19] </w:t>
      </w:r>
      <w:r>
        <w:rPr>
          <w:rFonts w:ascii="Arial" w:hAnsi="Arial"/>
          <w:sz w:val="20"/>
        </w:rPr>
        <w:t>How do we become unfaithful we start because the one thing that God want from us is our affection.</w:t>
      </w:r>
    </w:p>
    <w:p>
      <w:pPr>
        <w:spacing w:after="60"/>
      </w:pPr>
      <w:r>
        <w:rPr>
          <w:b/>
          <w:color w:val="8A681B"/>
        </w:rPr>
        <w:t xml:space="preserve">[00:21:26] </w:t>
      </w:r>
      <w:r>
        <w:rPr>
          <w:rFonts w:ascii="Arial" w:hAnsi="Arial"/>
          <w:sz w:val="20"/>
        </w:rPr>
        <w:t>He wants our worship.</w:t>
      </w:r>
    </w:p>
    <w:p>
      <w:pPr>
        <w:spacing w:after="60"/>
      </w:pPr>
      <w:r>
        <w:rPr>
          <w:b/>
          <w:color w:val="8A681B"/>
        </w:rPr>
        <w:t xml:space="preserve">[00:21:28] </w:t>
      </w:r>
      <w:r>
        <w:rPr>
          <w:rFonts w:ascii="Arial" w:hAnsi="Arial"/>
          <w:sz w:val="20"/>
        </w:rPr>
        <w:t>He wants communion with us. So we call ourselves sometimes punishing god. We don't pray.</w:t>
      </w:r>
    </w:p>
    <w:p>
      <w:pPr>
        <w:spacing w:after="60"/>
      </w:pPr>
      <w:r>
        <w:rPr>
          <w:b/>
          <w:color w:val="8A681B"/>
        </w:rPr>
        <w:t xml:space="preserve">[00:21:35] </w:t>
      </w:r>
      <w:r>
        <w:rPr>
          <w:rFonts w:ascii="Arial" w:hAnsi="Arial"/>
          <w:sz w:val="20"/>
        </w:rPr>
        <w:t>Can I park right here for a minute I'm gonna talk about prayer a second but um.</w:t>
      </w:r>
    </w:p>
    <w:p>
      <w:pPr>
        <w:spacing w:after="60"/>
      </w:pPr>
      <w:r>
        <w:rPr>
          <w:b/>
          <w:color w:val="8A681B"/>
        </w:rPr>
        <w:t xml:space="preserve">[00:21:43] </w:t>
      </w:r>
      <w:r>
        <w:rPr>
          <w:rFonts w:ascii="Arial" w:hAnsi="Arial"/>
          <w:sz w:val="20"/>
        </w:rPr>
        <w:t>Much of the modern church.</w:t>
      </w:r>
    </w:p>
    <w:p>
      <w:pPr>
        <w:spacing w:after="60"/>
      </w:pPr>
      <w:r>
        <w:rPr>
          <w:b/>
          <w:color w:val="8A681B"/>
        </w:rPr>
        <w:t xml:space="preserve">[00:21:47] </w:t>
      </w:r>
      <w:r>
        <w:rPr>
          <w:rFonts w:ascii="Arial" w:hAnsi="Arial"/>
          <w:sz w:val="20"/>
        </w:rPr>
        <w:t>Is begging for the old church.</w:t>
      </w:r>
    </w:p>
    <w:p>
      <w:pPr>
        <w:spacing w:after="60"/>
      </w:pPr>
      <w:r>
        <w:rPr>
          <w:b/>
          <w:color w:val="8A681B"/>
        </w:rPr>
        <w:t xml:space="preserve">[00:21:53] </w:t>
      </w:r>
      <w:r>
        <w:rPr>
          <w:rFonts w:ascii="Arial" w:hAnsi="Arial"/>
          <w:sz w:val="20"/>
        </w:rPr>
        <w:t>They remember how it was when they went to church with bit mom and them.</w:t>
      </w:r>
    </w:p>
    <w:p>
      <w:pPr>
        <w:spacing w:after="60"/>
      </w:pPr>
      <w:r>
        <w:rPr>
          <w:b/>
          <w:color w:val="8A681B"/>
        </w:rPr>
        <w:t xml:space="preserve">[00:21:56] </w:t>
      </w:r>
      <w:r>
        <w:rPr>
          <w:rFonts w:ascii="Arial" w:hAnsi="Arial"/>
          <w:sz w:val="20"/>
        </w:rPr>
        <w:t>They remember the old preachers.</w:t>
      </w:r>
    </w:p>
    <w:p>
      <w:pPr>
        <w:spacing w:after="60"/>
      </w:pPr>
      <w:r>
        <w:rPr>
          <w:b/>
          <w:color w:val="8A681B"/>
        </w:rPr>
        <w:t xml:space="preserve">[00:22:00] </w:t>
      </w:r>
      <w:r>
        <w:rPr>
          <w:rFonts w:ascii="Arial" w:hAnsi="Arial"/>
          <w:sz w:val="20"/>
        </w:rPr>
        <w:t>And they and and and people see some people say the church ain't the same.</w:t>
      </w:r>
    </w:p>
    <w:p>
      <w:pPr>
        <w:spacing w:after="60"/>
      </w:pPr>
      <w:r>
        <w:rPr>
          <w:b/>
          <w:color w:val="8A681B"/>
        </w:rPr>
        <w:t xml:space="preserve">[00:22:05] </w:t>
      </w:r>
      <w:r>
        <w:rPr>
          <w:rFonts w:ascii="Arial" w:hAnsi="Arial"/>
          <w:sz w:val="20"/>
        </w:rPr>
        <w:t>They're not wrong, but they don't know what to do to reverse it. They do but they don't.</w:t>
      </w:r>
    </w:p>
    <w:p>
      <w:pPr>
        <w:spacing w:after="60"/>
      </w:pPr>
      <w:r>
        <w:rPr>
          <w:b/>
          <w:color w:val="8A681B"/>
        </w:rPr>
        <w:t xml:space="preserve">[00:22:15] </w:t>
      </w:r>
      <w:r>
        <w:rPr>
          <w:rFonts w:ascii="Arial" w:hAnsi="Arial"/>
          <w:sz w:val="20"/>
        </w:rPr>
        <w:t>They do know what to do, but they don't do it.</w:t>
      </w:r>
    </w:p>
    <w:p>
      <w:pPr>
        <w:spacing w:after="60"/>
      </w:pPr>
      <w:r>
        <w:rPr>
          <w:b/>
          <w:color w:val="8A681B"/>
        </w:rPr>
        <w:t xml:space="preserve">[00:22:20] </w:t>
      </w:r>
      <w:r>
        <w:rPr>
          <w:rFonts w:ascii="Arial" w:hAnsi="Arial"/>
          <w:sz w:val="20"/>
        </w:rPr>
        <w:t>And the thing that people are.</w:t>
      </w:r>
    </w:p>
    <w:p>
      <w:pPr>
        <w:spacing w:after="60"/>
      </w:pPr>
      <w:r>
        <w:rPr>
          <w:b/>
          <w:color w:val="8A681B"/>
        </w:rPr>
        <w:t xml:space="preserve">[00:22:22] </w:t>
      </w:r>
      <w:r>
        <w:rPr>
          <w:rFonts w:ascii="Arial" w:hAnsi="Arial"/>
          <w:sz w:val="20"/>
        </w:rPr>
        <w:t>Begging God to do in these great moves that God.</w:t>
      </w:r>
    </w:p>
    <w:p>
      <w:pPr>
        <w:spacing w:after="60"/>
      </w:pPr>
      <w:r>
        <w:rPr>
          <w:b/>
          <w:color w:val="8A681B"/>
        </w:rPr>
        <w:t xml:space="preserve">[00:22:28] </w:t>
      </w:r>
      <w:r>
        <w:rPr>
          <w:rFonts w:ascii="Arial" w:hAnsi="Arial"/>
          <w:sz w:val="20"/>
        </w:rPr>
        <w:t>Can do is willing to do is not happening sister sims and this is what God gave me.</w:t>
      </w:r>
    </w:p>
    <w:p>
      <w:pPr>
        <w:spacing w:after="60"/>
      </w:pPr>
      <w:r>
        <w:rPr>
          <w:b/>
          <w:color w:val="8A681B"/>
        </w:rPr>
        <w:t xml:space="preserve">[00:22:35] </w:t>
      </w:r>
      <w:r>
        <w:rPr>
          <w:rFonts w:ascii="Arial" w:hAnsi="Arial"/>
          <w:sz w:val="20"/>
        </w:rPr>
        <w:t>He said we're not seeing.</w:t>
      </w:r>
    </w:p>
    <w:p>
      <w:pPr>
        <w:spacing w:after="60"/>
      </w:pPr>
      <w:r>
        <w:rPr>
          <w:b/>
          <w:color w:val="8A681B"/>
        </w:rPr>
        <w:t xml:space="preserve">[00:22:38] </w:t>
      </w:r>
      <w:r>
        <w:rPr>
          <w:rFonts w:ascii="Arial" w:hAnsi="Arial"/>
          <w:sz w:val="20"/>
        </w:rPr>
        <w:t>The difference between.</w:t>
      </w:r>
    </w:p>
    <w:p>
      <w:pPr>
        <w:spacing w:after="60"/>
      </w:pPr>
      <w:r>
        <w:rPr>
          <w:b/>
          <w:color w:val="8A681B"/>
        </w:rPr>
        <w:t xml:space="preserve">[00:22:40] </w:t>
      </w:r>
      <w:r>
        <w:rPr>
          <w:rFonts w:ascii="Arial" w:hAnsi="Arial"/>
          <w:sz w:val="20"/>
        </w:rPr>
        <w:t>Uh what happened with the old church and the new church watch this he said because.</w:t>
      </w:r>
    </w:p>
    <w:p>
      <w:pPr>
        <w:spacing w:after="60"/>
      </w:pPr>
      <w:r>
        <w:rPr>
          <w:b/>
          <w:color w:val="8A681B"/>
        </w:rPr>
        <w:t xml:space="preserve">[00:22:46] </w:t>
      </w:r>
      <w:r>
        <w:rPr>
          <w:rFonts w:ascii="Arial" w:hAnsi="Arial"/>
          <w:sz w:val="20"/>
        </w:rPr>
        <w:t>The the modern church is prayerless.</w:t>
      </w:r>
    </w:p>
    <w:p>
      <w:pPr>
        <w:spacing w:after="60"/>
      </w:pPr>
      <w:r>
        <w:rPr>
          <w:b/>
          <w:color w:val="8A681B"/>
        </w:rPr>
        <w:t xml:space="preserve">[00:22:58] </w:t>
      </w:r>
      <w:r>
        <w:rPr>
          <w:rFonts w:ascii="Arial" w:hAnsi="Arial"/>
          <w:sz w:val="20"/>
        </w:rPr>
        <w:t>The old church.</w:t>
      </w:r>
    </w:p>
    <w:p>
      <w:pPr>
        <w:spacing w:after="60"/>
      </w:pPr>
      <w:r>
        <w:rPr>
          <w:b/>
          <w:color w:val="8A681B"/>
        </w:rPr>
        <w:t xml:space="preserve">[00:23:00] </w:t>
      </w:r>
      <w:r>
        <w:rPr>
          <w:rFonts w:ascii="Arial" w:hAnsi="Arial"/>
          <w:sz w:val="20"/>
        </w:rPr>
        <w:t>Not preachers and leaders.</w:t>
      </w:r>
    </w:p>
    <w:p>
      <w:pPr>
        <w:spacing w:after="60"/>
      </w:pPr>
      <w:r>
        <w:rPr>
          <w:b/>
          <w:color w:val="8A681B"/>
        </w:rPr>
        <w:t xml:space="preserve">[00:23:04] </w:t>
      </w:r>
      <w:r>
        <w:rPr>
          <w:rFonts w:ascii="Arial" w:hAnsi="Arial"/>
          <w:sz w:val="20"/>
        </w:rPr>
        <w:t>Members had prayer lives.</w:t>
      </w:r>
    </w:p>
    <w:p>
      <w:pPr>
        <w:spacing w:after="60"/>
      </w:pPr>
      <w:r>
        <w:rPr>
          <w:b/>
          <w:color w:val="8A681B"/>
        </w:rPr>
        <w:t xml:space="preserve">[00:23:09] </w:t>
      </w:r>
      <w:r>
        <w:rPr>
          <w:rFonts w:ascii="Arial" w:hAnsi="Arial"/>
          <w:sz w:val="20"/>
        </w:rPr>
        <w:t>If the preacher showed up he showed up.</w:t>
      </w:r>
    </w:p>
    <w:p>
      <w:pPr>
        <w:spacing w:after="60"/>
      </w:pPr>
      <w:r>
        <w:rPr>
          <w:b/>
          <w:color w:val="8A681B"/>
        </w:rPr>
        <w:t xml:space="preserve">[00:23:12] </w:t>
      </w:r>
      <w:r>
        <w:rPr>
          <w:rFonts w:ascii="Arial" w:hAnsi="Arial"/>
          <w:sz w:val="20"/>
        </w:rPr>
        <w:t>But if he had a need he can come to y'all.</w:t>
      </w:r>
    </w:p>
    <w:p>
      <w:pPr>
        <w:spacing w:after="60"/>
      </w:pPr>
      <w:r>
        <w:rPr>
          <w:b/>
          <w:color w:val="8A681B"/>
        </w:rPr>
        <w:t xml:space="preserve">[00:23:16] </w:t>
      </w:r>
      <w:r>
        <w:rPr>
          <w:rFonts w:ascii="Arial" w:hAnsi="Arial"/>
          <w:sz w:val="20"/>
        </w:rPr>
        <w:t>And leave with a breakthrough because they had a prayer life.</w:t>
      </w:r>
    </w:p>
    <w:p>
      <w:pPr>
        <w:spacing w:after="60"/>
      </w:pPr>
      <w:r>
        <w:rPr>
          <w:b/>
          <w:color w:val="8A681B"/>
        </w:rPr>
        <w:t xml:space="preserve">[00:23:23] </w:t>
      </w:r>
      <w:r>
        <w:rPr>
          <w:rFonts w:ascii="Arial" w:hAnsi="Arial"/>
          <w:sz w:val="20"/>
        </w:rPr>
        <w:t>Amen.</w:t>
      </w:r>
    </w:p>
    <w:p>
      <w:pPr>
        <w:spacing w:after="60"/>
      </w:pPr>
      <w:r>
        <w:rPr>
          <w:b/>
          <w:color w:val="8A681B"/>
        </w:rPr>
        <w:t xml:space="preserve">[00:23:25] </w:t>
      </w:r>
      <w:r>
        <w:rPr>
          <w:rFonts w:ascii="Arial" w:hAnsi="Arial"/>
          <w:sz w:val="20"/>
        </w:rPr>
        <w:t>But the modern church.</w:t>
      </w:r>
    </w:p>
    <w:p>
      <w:pPr>
        <w:spacing w:after="60"/>
      </w:pPr>
      <w:r>
        <w:rPr>
          <w:b/>
          <w:color w:val="8A681B"/>
        </w:rPr>
        <w:t xml:space="preserve">[00:23:28] </w:t>
      </w:r>
      <w:r>
        <w:rPr>
          <w:rFonts w:ascii="Arial" w:hAnsi="Arial"/>
          <w:sz w:val="20"/>
        </w:rPr>
        <w:t>Is begging.</w:t>
      </w:r>
    </w:p>
    <w:p>
      <w:pPr>
        <w:spacing w:after="60"/>
      </w:pPr>
      <w:r>
        <w:rPr>
          <w:b/>
          <w:color w:val="8A681B"/>
        </w:rPr>
        <w:t xml:space="preserve">[00:23:29] </w:t>
      </w:r>
      <w:r>
        <w:rPr>
          <w:rFonts w:ascii="Arial" w:hAnsi="Arial"/>
          <w:sz w:val="20"/>
        </w:rPr>
        <w:t>And copying.</w:t>
      </w:r>
    </w:p>
    <w:p>
      <w:pPr>
        <w:spacing w:after="60"/>
      </w:pPr>
      <w:r>
        <w:rPr>
          <w:b/>
          <w:color w:val="8A681B"/>
        </w:rPr>
        <w:t xml:space="preserve">[00:23:35] </w:t>
      </w:r>
      <w:r>
        <w:rPr>
          <w:rFonts w:ascii="Arial" w:hAnsi="Arial"/>
          <w:sz w:val="20"/>
        </w:rPr>
        <w:t>Trying to emulate.</w:t>
      </w:r>
    </w:p>
    <w:p>
      <w:pPr>
        <w:spacing w:after="60"/>
      </w:pPr>
      <w:r>
        <w:rPr>
          <w:b/>
          <w:color w:val="8A681B"/>
        </w:rPr>
        <w:t xml:space="preserve">[00:23:37] </w:t>
      </w:r>
      <w:r>
        <w:rPr>
          <w:rFonts w:ascii="Arial" w:hAnsi="Arial"/>
          <w:sz w:val="20"/>
        </w:rPr>
        <w:t>All preachers old church mamas they grandmama, but they not like their grandmama.</w:t>
      </w:r>
    </w:p>
    <w:p>
      <w:pPr>
        <w:spacing w:after="60"/>
      </w:pPr>
      <w:r>
        <w:rPr>
          <w:b/>
          <w:color w:val="8A681B"/>
        </w:rPr>
        <w:t xml:space="preserve">[00:23:45] </w:t>
      </w:r>
      <w:r>
        <w:rPr>
          <w:rFonts w:ascii="Arial" w:hAnsi="Arial"/>
          <w:sz w:val="20"/>
        </w:rPr>
        <w:t>Because the more comfortable our lives have become.</w:t>
      </w:r>
    </w:p>
    <w:p>
      <w:pPr>
        <w:spacing w:after="60"/>
      </w:pPr>
      <w:r>
        <w:rPr>
          <w:b/>
          <w:color w:val="8A681B"/>
        </w:rPr>
        <w:t xml:space="preserve">[00:23:50] </w:t>
      </w:r>
      <w:r>
        <w:rPr>
          <w:rFonts w:ascii="Arial" w:hAnsi="Arial"/>
          <w:sz w:val="20"/>
        </w:rPr>
        <w:t>The less we talk to God.</w:t>
      </w:r>
    </w:p>
    <w:p>
      <w:pPr>
        <w:spacing w:after="60"/>
      </w:pPr>
      <w:r>
        <w:rPr>
          <w:b/>
          <w:color w:val="8A681B"/>
        </w:rPr>
        <w:t xml:space="preserve">[00:23:53] </w:t>
      </w:r>
      <w:r>
        <w:rPr>
          <w:rFonts w:ascii="Arial" w:hAnsi="Arial"/>
          <w:sz w:val="20"/>
        </w:rPr>
        <w:t>But they struggle kept them on their face.</w:t>
      </w:r>
    </w:p>
    <w:p>
      <w:pPr>
        <w:spacing w:after="60"/>
      </w:pPr>
      <w:r>
        <w:rPr>
          <w:b/>
          <w:color w:val="8A681B"/>
        </w:rPr>
        <w:t xml:space="preserve">[00:23:58] </w:t>
      </w:r>
      <w:r>
        <w:rPr>
          <w:rFonts w:ascii="Arial" w:hAnsi="Arial"/>
          <w:sz w:val="20"/>
        </w:rPr>
        <w:t>They didn't go to counseling sinners.</w:t>
      </w:r>
    </w:p>
    <w:p>
      <w:pPr>
        <w:spacing w:after="60"/>
      </w:pPr>
      <w:r>
        <w:rPr>
          <w:b/>
          <w:color w:val="8A681B"/>
        </w:rPr>
        <w:t xml:space="preserve">[00:24:02] </w:t>
      </w:r>
      <w:r>
        <w:rPr>
          <w:rFonts w:ascii="Arial" w:hAnsi="Arial"/>
          <w:sz w:val="20"/>
        </w:rPr>
        <w:t>With marital problems.</w:t>
      </w:r>
    </w:p>
    <w:p>
      <w:pPr>
        <w:spacing w:after="60"/>
      </w:pPr>
      <w:r>
        <w:rPr>
          <w:b/>
          <w:color w:val="8A681B"/>
        </w:rPr>
        <w:t xml:space="preserve">[00:24:06] </w:t>
      </w:r>
      <w:r>
        <w:rPr>
          <w:rFonts w:ascii="Arial" w:hAnsi="Arial"/>
          <w:sz w:val="20"/>
        </w:rPr>
        <w:t>They went on their face before God.</w:t>
      </w:r>
    </w:p>
    <w:p>
      <w:pPr>
        <w:spacing w:after="60"/>
      </w:pPr>
      <w:r>
        <w:rPr>
          <w:b/>
          <w:color w:val="8A681B"/>
        </w:rPr>
        <w:t xml:space="preserve">[00:24:11] </w:t>
      </w:r>
      <w:r>
        <w:rPr>
          <w:rFonts w:ascii="Arial" w:hAnsi="Arial"/>
          <w:sz w:val="20"/>
        </w:rPr>
        <w:t>They didn't move back in with their parents when they had marital problems.</w:t>
      </w:r>
    </w:p>
    <w:p>
      <w:pPr>
        <w:spacing w:after="60"/>
      </w:pPr>
      <w:r>
        <w:rPr>
          <w:b/>
          <w:color w:val="8A681B"/>
        </w:rPr>
        <w:t xml:space="preserve">[00:24:16] </w:t>
      </w:r>
      <w:r>
        <w:rPr>
          <w:rFonts w:ascii="Arial" w:hAnsi="Arial"/>
          <w:sz w:val="20"/>
        </w:rPr>
        <w:t>They had to thug it out in the spirit and they pray that man or woman.</w:t>
      </w:r>
    </w:p>
    <w:p>
      <w:pPr>
        <w:spacing w:after="60"/>
      </w:pPr>
      <w:r>
        <w:rPr>
          <w:b/>
          <w:color w:val="8A681B"/>
        </w:rPr>
        <w:t xml:space="preserve">[00:24:22] </w:t>
      </w:r>
      <w:r>
        <w:rPr>
          <w:rFonts w:ascii="Arial" w:hAnsi="Arial"/>
          <w:sz w:val="20"/>
        </w:rPr>
        <w:t>Out of clubs.</w:t>
      </w:r>
    </w:p>
    <w:p>
      <w:pPr>
        <w:spacing w:after="60"/>
      </w:pPr>
      <w:r>
        <w:rPr>
          <w:b/>
          <w:color w:val="8A681B"/>
        </w:rPr>
        <w:t xml:space="preserve">[00:24:24] </w:t>
      </w:r>
      <w:r>
        <w:rPr>
          <w:rFonts w:ascii="Arial" w:hAnsi="Arial"/>
          <w:sz w:val="20"/>
        </w:rPr>
        <w:t>Off alcohol.</w:t>
      </w:r>
    </w:p>
    <w:p>
      <w:pPr>
        <w:spacing w:after="60"/>
      </w:pPr>
      <w:r>
        <w:rPr>
          <w:b/>
          <w:color w:val="8A681B"/>
        </w:rPr>
        <w:t xml:space="preserve">[00:24:26] </w:t>
      </w:r>
      <w:r>
        <w:rPr>
          <w:rFonts w:ascii="Arial" w:hAnsi="Arial"/>
          <w:sz w:val="20"/>
        </w:rPr>
        <w:t>And put them in a better position that they can experience the move of God.</w:t>
      </w:r>
    </w:p>
    <w:p>
      <w:pPr>
        <w:spacing w:after="60"/>
      </w:pPr>
      <w:r>
        <w:rPr>
          <w:b/>
          <w:color w:val="8A681B"/>
        </w:rPr>
        <w:t xml:space="preserve">[00:24:33] </w:t>
      </w:r>
      <w:r>
        <w:rPr>
          <w:rFonts w:ascii="Arial" w:hAnsi="Arial"/>
          <w:sz w:val="20"/>
        </w:rPr>
        <w:t>Churches could open.</w:t>
      </w:r>
    </w:p>
    <w:p>
      <w:pPr>
        <w:spacing w:after="60"/>
      </w:pPr>
      <w:r>
        <w:rPr>
          <w:b/>
          <w:color w:val="8A681B"/>
        </w:rPr>
        <w:t xml:space="preserve">[00:24:36] </w:t>
      </w:r>
      <w:r>
        <w:rPr>
          <w:rFonts w:ascii="Arial" w:hAnsi="Arial"/>
          <w:sz w:val="20"/>
        </w:rPr>
        <w:t>And people would feel the presence of God because unlike the modern church people didn't run from prayer sessions.</w:t>
      </w:r>
    </w:p>
    <w:p>
      <w:pPr>
        <w:spacing w:after="60"/>
      </w:pPr>
      <w:r>
        <w:rPr>
          <w:b/>
          <w:color w:val="8A681B"/>
        </w:rPr>
        <w:t xml:space="preserve">[00:24:44] </w:t>
      </w:r>
      <w:r>
        <w:rPr>
          <w:rFonts w:ascii="Arial" w:hAnsi="Arial"/>
          <w:sz w:val="20"/>
        </w:rPr>
        <w:t>Amen.</w:t>
      </w:r>
    </w:p>
    <w:p>
      <w:pPr>
        <w:spacing w:after="60"/>
      </w:pPr>
      <w:r>
        <w:rPr>
          <w:b/>
          <w:color w:val="8A681B"/>
        </w:rPr>
        <w:t xml:space="preserve">[00:24:47] </w:t>
      </w:r>
      <w:r>
        <w:rPr>
          <w:rFonts w:ascii="Arial" w:hAnsi="Arial"/>
          <w:sz w:val="20"/>
        </w:rPr>
        <w:t>So what the church the modern church has tried to do is replace prayer with activities.</w:t>
      </w:r>
    </w:p>
    <w:p>
      <w:pPr>
        <w:spacing w:after="60"/>
      </w:pPr>
      <w:r>
        <w:rPr>
          <w:b/>
          <w:color w:val="8A681B"/>
        </w:rPr>
        <w:t xml:space="preserve">[00:24:56] </w:t>
      </w:r>
      <w:r>
        <w:rPr>
          <w:rFonts w:ascii="Arial" w:hAnsi="Arial"/>
          <w:sz w:val="20"/>
        </w:rPr>
        <w:t>Children's events.</w:t>
      </w:r>
    </w:p>
    <w:p>
      <w:pPr>
        <w:spacing w:after="60"/>
      </w:pPr>
      <w:r>
        <w:rPr>
          <w:b/>
          <w:color w:val="8A681B"/>
        </w:rPr>
        <w:t xml:space="preserve">[00:24:58] </w:t>
      </w:r>
      <w:r>
        <w:rPr>
          <w:rFonts w:ascii="Arial" w:hAnsi="Arial"/>
          <w:sz w:val="20"/>
        </w:rPr>
        <w:t>Children's programs.</w:t>
      </w:r>
    </w:p>
    <w:p>
      <w:pPr>
        <w:spacing w:after="60"/>
      </w:pPr>
      <w:r>
        <w:rPr>
          <w:b/>
          <w:color w:val="8A681B"/>
        </w:rPr>
        <w:t xml:space="preserve">[00:25:01] </w:t>
      </w:r>
      <w:r>
        <w:rPr>
          <w:rFonts w:ascii="Arial" w:hAnsi="Arial"/>
          <w:sz w:val="20"/>
        </w:rPr>
        <w:t>Practices.</w:t>
      </w:r>
    </w:p>
    <w:p>
      <w:pPr>
        <w:spacing w:after="60"/>
      </w:pPr>
      <w:r>
        <w:rPr>
          <w:b/>
          <w:color w:val="8A681B"/>
        </w:rPr>
        <w:t xml:space="preserve">[00:25:03] </w:t>
      </w:r>
      <w:r>
        <w:rPr>
          <w:rFonts w:ascii="Arial" w:hAnsi="Arial"/>
          <w:sz w:val="20"/>
        </w:rPr>
        <w:t>Programs and all these every other month.</w:t>
      </w:r>
    </w:p>
    <w:p>
      <w:pPr>
        <w:spacing w:after="60"/>
      </w:pPr>
      <w:r>
        <w:rPr>
          <w:b/>
          <w:color w:val="8A681B"/>
        </w:rPr>
        <w:t xml:space="preserve">[00:25:06] </w:t>
      </w:r>
      <w:r>
        <w:rPr>
          <w:rFonts w:ascii="Arial" w:hAnsi="Arial"/>
          <w:sz w:val="20"/>
        </w:rPr>
        <w:t>Calling in preachers from around the country when nothing's going to move God until people really want to hear from God.</w:t>
      </w:r>
    </w:p>
    <w:p>
      <w:pPr>
        <w:spacing w:after="60"/>
      </w:pPr>
      <w:r>
        <w:rPr>
          <w:b/>
          <w:color w:val="8A681B"/>
        </w:rPr>
        <w:t xml:space="preserve">[00:25:14] </w:t>
      </w:r>
      <w:r>
        <w:rPr>
          <w:rFonts w:ascii="Arial" w:hAnsi="Arial"/>
          <w:sz w:val="20"/>
        </w:rPr>
        <w:t>And you don't decide brother that you want to hear from God on sunday morning.</w:t>
      </w:r>
    </w:p>
    <w:p>
      <w:pPr>
        <w:spacing w:after="60"/>
      </w:pPr>
      <w:r>
        <w:rPr>
          <w:b/>
          <w:color w:val="8A681B"/>
        </w:rPr>
        <w:t xml:space="preserve">[00:25:19] </w:t>
      </w:r>
      <w:r>
        <w:rPr>
          <w:rFonts w:ascii="Arial" w:hAnsi="Arial"/>
          <w:sz w:val="20"/>
        </w:rPr>
        <w:t>You wait for the preacher to confirm something on sunday.</w:t>
      </w:r>
    </w:p>
    <w:p>
      <w:pPr>
        <w:spacing w:after="60"/>
      </w:pPr>
      <w:r>
        <w:rPr>
          <w:b/>
          <w:color w:val="8A681B"/>
        </w:rPr>
        <w:t xml:space="preserve">[00:25:22] </w:t>
      </w:r>
      <w:r>
        <w:rPr>
          <w:rFonts w:ascii="Arial" w:hAnsi="Arial"/>
          <w:sz w:val="20"/>
        </w:rPr>
        <w:t>But God already done gave you on thursday and by the time you get here on sunday.</w:t>
      </w:r>
    </w:p>
    <w:p>
      <w:pPr>
        <w:spacing w:after="60"/>
      </w:pPr>
      <w:r>
        <w:rPr>
          <w:b/>
          <w:color w:val="8A681B"/>
        </w:rPr>
        <w:t xml:space="preserve">[00:25:26] </w:t>
      </w:r>
      <w:r>
        <w:rPr>
          <w:rFonts w:ascii="Arial" w:hAnsi="Arial"/>
          <w:sz w:val="20"/>
        </w:rPr>
        <w:t>Your spirit is already stirred up looking for God to confirm what he said to you on thursday, but really.</w:t>
      </w:r>
    </w:p>
    <w:p>
      <w:pPr>
        <w:spacing w:after="60"/>
      </w:pPr>
      <w:r>
        <w:rPr>
          <w:b/>
          <w:color w:val="8A681B"/>
        </w:rPr>
        <w:t xml:space="preserve">[00:25:33] </w:t>
      </w:r>
      <w:r>
        <w:rPr>
          <w:rFonts w:ascii="Arial" w:hAnsi="Arial"/>
          <w:sz w:val="20"/>
        </w:rPr>
        <w:t>90 percent of.</w:t>
      </w:r>
    </w:p>
    <w:p>
      <w:pPr>
        <w:spacing w:after="60"/>
      </w:pPr>
      <w:r>
        <w:rPr>
          <w:b/>
          <w:color w:val="8A681B"/>
        </w:rPr>
        <w:t xml:space="preserve">[00:25:35] </w:t>
      </w:r>
      <w:r>
        <w:rPr>
          <w:rFonts w:ascii="Arial" w:hAnsi="Arial"/>
          <w:sz w:val="20"/>
        </w:rPr>
        <w:t>99 percent of the church people's problem is that they do not have a prayer life.</w:t>
      </w:r>
    </w:p>
    <w:p>
      <w:pPr>
        <w:spacing w:after="60"/>
      </w:pPr>
      <w:r>
        <w:rPr>
          <w:b/>
          <w:color w:val="8A681B"/>
        </w:rPr>
        <w:t xml:space="preserve">[00:25:40] </w:t>
      </w:r>
      <w:r>
        <w:rPr>
          <w:rFonts w:ascii="Arial" w:hAnsi="Arial"/>
          <w:sz w:val="20"/>
        </w:rPr>
        <w:t>And they do not understand that you a prayerless person is a person. That's under a strong demonic attack.</w:t>
      </w:r>
    </w:p>
    <w:p>
      <w:pPr>
        <w:spacing w:after="60"/>
      </w:pPr>
      <w:r>
        <w:rPr>
          <w:b/>
          <w:color w:val="8A681B"/>
        </w:rPr>
        <w:t xml:space="preserve">[00:25:53] </w:t>
      </w:r>
      <w:r>
        <w:rPr>
          <w:rFonts w:ascii="Arial" w:hAnsi="Arial"/>
          <w:sz w:val="20"/>
        </w:rPr>
        <w:t>They up under a demonic attack.</w:t>
      </w:r>
    </w:p>
    <w:p>
      <w:pPr>
        <w:spacing w:after="60"/>
      </w:pPr>
      <w:r>
        <w:rPr>
          <w:b/>
          <w:color w:val="8A681B"/>
        </w:rPr>
        <w:t xml:space="preserve">[00:25:56] </w:t>
      </w:r>
      <w:r>
        <w:rPr>
          <w:rFonts w:ascii="Arial" w:hAnsi="Arial"/>
          <w:sz w:val="20"/>
        </w:rPr>
        <w:t>When you lose your desire to pray sister fairer you're losing.</w:t>
      </w:r>
    </w:p>
    <w:p>
      <w:pPr>
        <w:spacing w:after="60"/>
      </w:pPr>
      <w:r>
        <w:rPr>
          <w:b/>
          <w:color w:val="8A681B"/>
        </w:rPr>
        <w:t xml:space="preserve">[00:26:02] </w:t>
      </w:r>
      <w:r>
        <w:rPr>
          <w:rFonts w:ascii="Arial" w:hAnsi="Arial"/>
          <w:sz w:val="20"/>
        </w:rPr>
        <w:t>Under demonic I'm preaching this real good when you lose your desire sis to talk to God.</w:t>
      </w:r>
    </w:p>
    <w:p>
      <w:pPr>
        <w:spacing w:after="60"/>
      </w:pPr>
      <w:r>
        <w:rPr>
          <w:b/>
          <w:color w:val="8A681B"/>
        </w:rPr>
        <w:t xml:space="preserve">[00:26:08] </w:t>
      </w:r>
      <w:r>
        <w:rPr>
          <w:rFonts w:ascii="Arial" w:hAnsi="Arial"/>
          <w:sz w:val="20"/>
        </w:rPr>
        <w:t>You're losing that battle.</w:t>
      </w:r>
    </w:p>
    <w:p>
      <w:pPr>
        <w:spacing w:after="60"/>
      </w:pPr>
      <w:r>
        <w:rPr>
          <w:b/>
          <w:color w:val="8A681B"/>
        </w:rPr>
        <w:t xml:space="preserve">[00:26:13] </w:t>
      </w:r>
      <w:r>
        <w:rPr>
          <w:rFonts w:ascii="Arial" w:hAnsi="Arial"/>
          <w:sz w:val="20"/>
        </w:rPr>
        <w:t>And how do you get back you stop right there?</w:t>
      </w:r>
    </w:p>
    <w:p>
      <w:pPr>
        <w:spacing w:after="60"/>
      </w:pPr>
      <w:r>
        <w:rPr>
          <w:b/>
          <w:color w:val="8A681B"/>
        </w:rPr>
        <w:t xml:space="preserve">[00:26:15] </w:t>
      </w:r>
      <w:r>
        <w:rPr>
          <w:rFonts w:ascii="Arial" w:hAnsi="Arial"/>
          <w:sz w:val="20"/>
        </w:rPr>
        <w:t>You take a real assessment and not where people believe you at where you know you at.</w:t>
      </w:r>
    </w:p>
    <w:p>
      <w:pPr>
        <w:spacing w:after="60"/>
      </w:pPr>
      <w:r>
        <w:rPr>
          <w:b/>
          <w:color w:val="8A681B"/>
        </w:rPr>
        <w:t xml:space="preserve">[00:26:20] </w:t>
      </w:r>
      <w:r>
        <w:rPr>
          <w:rFonts w:ascii="Arial" w:hAnsi="Arial"/>
          <w:sz w:val="20"/>
        </w:rPr>
        <w:t>Amen to this not where people think you at.</w:t>
      </w:r>
    </w:p>
    <w:p>
      <w:pPr>
        <w:spacing w:after="60"/>
      </w:pPr>
      <w:r>
        <w:rPr>
          <w:b/>
          <w:color w:val="8A681B"/>
        </w:rPr>
        <w:t xml:space="preserve">[00:26:24] </w:t>
      </w:r>
      <w:r>
        <w:rPr>
          <w:rFonts w:ascii="Arial" w:hAnsi="Arial"/>
          <w:sz w:val="20"/>
        </w:rPr>
        <w:t>Where you know you really at and so this is what's killing the church.</w:t>
      </w:r>
    </w:p>
    <w:p>
      <w:pPr>
        <w:spacing w:after="60"/>
      </w:pPr>
      <w:r>
        <w:rPr>
          <w:b/>
          <w:color w:val="8A681B"/>
        </w:rPr>
        <w:t xml:space="preserve">[00:26:28] </w:t>
      </w:r>
      <w:r>
        <w:rPr>
          <w:rFonts w:ascii="Arial" w:hAnsi="Arial"/>
          <w:sz w:val="20"/>
        </w:rPr>
        <w:t>When I say killing the church I'm talking about killing the the because.</w:t>
      </w:r>
    </w:p>
    <w:p>
      <w:pPr>
        <w:spacing w:after="60"/>
      </w:pPr>
      <w:r>
        <w:rPr>
          <w:b/>
          <w:color w:val="8A681B"/>
        </w:rPr>
        <w:t xml:space="preserve">[00:26:34] </w:t>
      </w:r>
      <w:r>
        <w:rPr>
          <w:rFonts w:ascii="Arial" w:hAnsi="Arial"/>
          <w:sz w:val="20"/>
        </w:rPr>
        <w:t>When the spirit of God is really in a place and and moving in a place.</w:t>
      </w:r>
    </w:p>
    <w:p>
      <w:pPr>
        <w:spacing w:after="60"/>
      </w:pPr>
      <w:r>
        <w:rPr>
          <w:b/>
          <w:color w:val="8A681B"/>
        </w:rPr>
        <w:t xml:space="preserve">[00:26:38] </w:t>
      </w:r>
      <w:r>
        <w:rPr>
          <w:rFonts w:ascii="Arial" w:hAnsi="Arial"/>
          <w:sz w:val="20"/>
        </w:rPr>
        <w:t>It draws people even if they're just walking by.</w:t>
      </w:r>
    </w:p>
    <w:p>
      <w:pPr>
        <w:spacing w:after="60"/>
      </w:pPr>
      <w:r>
        <w:rPr>
          <w:b/>
          <w:color w:val="8A681B"/>
        </w:rPr>
        <w:t xml:space="preserve">[00:26:41] </w:t>
      </w:r>
      <w:r>
        <w:rPr>
          <w:rFonts w:ascii="Arial" w:hAnsi="Arial"/>
          <w:sz w:val="20"/>
        </w:rPr>
        <w:t>Amen to this when when it's it'll it'll draw people.</w:t>
      </w:r>
    </w:p>
    <w:p>
      <w:pPr>
        <w:spacing w:after="60"/>
      </w:pPr>
      <w:r>
        <w:rPr>
          <w:b/>
          <w:color w:val="8A681B"/>
        </w:rPr>
        <w:t xml:space="preserve">[00:26:45] </w:t>
      </w:r>
      <w:r>
        <w:rPr>
          <w:rFonts w:ascii="Arial" w:hAnsi="Arial"/>
          <w:sz w:val="20"/>
        </w:rPr>
        <w:t>This this church and even have signs. I didn't have signs up for the first 70 years.</w:t>
      </w:r>
    </w:p>
    <w:p>
      <w:pPr>
        <w:spacing w:after="60"/>
      </w:pPr>
      <w:r>
        <w:rPr>
          <w:b/>
          <w:color w:val="8A681B"/>
        </w:rPr>
        <w:t xml:space="preserve">[00:26:51] </w:t>
      </w:r>
      <w:r>
        <w:rPr>
          <w:rFonts w:ascii="Arial" w:hAnsi="Arial"/>
          <w:sz w:val="20"/>
        </w:rPr>
        <w:t>And then people were still finding us on the back of a building.</w:t>
      </w:r>
    </w:p>
    <w:p>
      <w:pPr>
        <w:spacing w:after="60"/>
      </w:pPr>
      <w:r>
        <w:rPr>
          <w:b/>
          <w:color w:val="8A681B"/>
        </w:rPr>
        <w:t xml:space="preserve">[00:26:55] </w:t>
      </w:r>
      <w:r>
        <w:rPr>
          <w:rFonts w:ascii="Arial" w:hAnsi="Arial"/>
          <w:sz w:val="20"/>
        </w:rPr>
        <w:t>Amen to this.</w:t>
      </w:r>
    </w:p>
    <w:p>
      <w:pPr>
        <w:spacing w:after="60"/>
      </w:pPr>
      <w:r>
        <w:rPr>
          <w:b/>
          <w:color w:val="8A681B"/>
        </w:rPr>
        <w:t xml:space="preserve">[00:26:56] </w:t>
      </w:r>
      <w:r>
        <w:rPr>
          <w:rFonts w:ascii="Arial" w:hAnsi="Arial"/>
          <w:sz w:val="20"/>
        </w:rPr>
        <w:t>No, social media and they were still finding us on the back of a building. Okay, so what's happening?</w:t>
      </w:r>
    </w:p>
    <w:p>
      <w:pPr>
        <w:spacing w:after="60"/>
      </w:pPr>
      <w:r>
        <w:rPr>
          <w:b/>
          <w:color w:val="8A681B"/>
        </w:rPr>
        <w:t xml:space="preserve">[00:27:02] </w:t>
      </w:r>
      <w:r>
        <w:rPr>
          <w:rFonts w:ascii="Arial" w:hAnsi="Arial"/>
          <w:sz w:val="20"/>
        </w:rPr>
        <w:t>I don't know why I'm going here. This is not my stuff.</w:t>
      </w:r>
    </w:p>
    <w:p>
      <w:pPr>
        <w:spacing w:after="60"/>
      </w:pPr>
      <w:r>
        <w:rPr>
          <w:b/>
          <w:color w:val="8A681B"/>
        </w:rPr>
        <w:t xml:space="preserve">[00:27:04] </w:t>
      </w:r>
      <w:r>
        <w:rPr>
          <w:rFonts w:ascii="Arial" w:hAnsi="Arial"/>
          <w:sz w:val="20"/>
        </w:rPr>
        <w:t>But maybe this is what God wants here.</w:t>
      </w:r>
    </w:p>
    <w:p>
      <w:pPr>
        <w:spacing w:after="60"/>
      </w:pPr>
      <w:r>
        <w:rPr>
          <w:b/>
          <w:color w:val="8A681B"/>
        </w:rPr>
        <w:t xml:space="preserve">[00:27:06] </w:t>
      </w:r>
      <w:r>
        <w:rPr>
          <w:rFonts w:ascii="Arial" w:hAnsi="Arial"/>
          <w:sz w:val="20"/>
        </w:rPr>
        <w:t>What's happening to a person like people come to church and they and they fall asleep in church?</w:t>
      </w:r>
    </w:p>
    <w:p>
      <w:pPr>
        <w:spacing w:after="60"/>
      </w:pPr>
      <w:r>
        <w:rPr>
          <w:b/>
          <w:color w:val="8A681B"/>
        </w:rPr>
        <w:t xml:space="preserve">[00:27:13] </w:t>
      </w:r>
      <w:r>
        <w:rPr>
          <w:rFonts w:ascii="Arial" w:hAnsi="Arial"/>
          <w:sz w:val="20"/>
        </w:rPr>
        <w:t>What's happening?</w:t>
      </w:r>
    </w:p>
    <w:p>
      <w:pPr>
        <w:spacing w:after="60"/>
      </w:pPr>
      <w:r>
        <w:rPr>
          <w:b/>
          <w:color w:val="8A681B"/>
        </w:rPr>
        <w:t xml:space="preserve">[00:27:15] </w:t>
      </w:r>
      <w:r>
        <w:rPr>
          <w:rFonts w:ascii="Arial" w:hAnsi="Arial"/>
          <w:sz w:val="20"/>
        </w:rPr>
        <w:t>No, no, no, no, they ain't tired.</w:t>
      </w:r>
    </w:p>
    <w:p>
      <w:pPr>
        <w:spacing w:after="60"/>
      </w:pPr>
      <w:r>
        <w:rPr>
          <w:b/>
          <w:color w:val="8A681B"/>
        </w:rPr>
        <w:t xml:space="preserve">[00:27:21] </w:t>
      </w:r>
      <w:r>
        <w:rPr>
          <w:rFonts w:ascii="Arial" w:hAnsi="Arial"/>
          <w:sz w:val="20"/>
        </w:rPr>
        <w:t>What's happening to that person?</w:t>
      </w:r>
    </w:p>
    <w:p>
      <w:pPr>
        <w:spacing w:after="60"/>
      </w:pPr>
      <w:r>
        <w:rPr>
          <w:b/>
          <w:color w:val="8A681B"/>
        </w:rPr>
        <w:t xml:space="preserve">[00:27:25] </w:t>
      </w:r>
      <w:r>
        <w:rPr>
          <w:rFonts w:ascii="Arial" w:hAnsi="Arial"/>
          <w:sz w:val="20"/>
        </w:rPr>
        <w:t>That man done labored. He doesn't studied.</w:t>
      </w:r>
    </w:p>
    <w:p>
      <w:pPr>
        <w:spacing w:after="60"/>
      </w:pPr>
      <w:r>
        <w:rPr>
          <w:b/>
          <w:color w:val="8A681B"/>
        </w:rPr>
        <w:t xml:space="preserve">[00:27:28] </w:t>
      </w:r>
      <w:r>
        <w:rPr>
          <w:rFonts w:ascii="Arial" w:hAnsi="Arial"/>
          <w:sz w:val="20"/>
        </w:rPr>
        <w:t>He doesn't prayed and you can sleep through it. It's not the sermon. It's what's happening or not happening in your heart.</w:t>
      </w:r>
    </w:p>
    <w:p>
      <w:pPr>
        <w:spacing w:after="60"/>
      </w:pPr>
      <w:r>
        <w:rPr>
          <w:b/>
          <w:color w:val="8A681B"/>
        </w:rPr>
        <w:t xml:space="preserve">[00:27:35] </w:t>
      </w:r>
      <w:r>
        <w:rPr>
          <w:rFonts w:ascii="Arial" w:hAnsi="Arial"/>
          <w:sz w:val="20"/>
        </w:rPr>
        <w:t>When you can sleep on the word, that's not a preacher problem. That's that's that's a pupil problem.</w:t>
      </w:r>
    </w:p>
    <w:p>
      <w:pPr>
        <w:spacing w:after="60"/>
      </w:pPr>
      <w:r>
        <w:rPr>
          <w:b/>
          <w:color w:val="8A681B"/>
        </w:rPr>
        <w:t xml:space="preserve">[00:27:43] </w:t>
      </w:r>
      <w:r>
        <w:rPr>
          <w:rFonts w:ascii="Arial" w:hAnsi="Arial"/>
          <w:sz w:val="20"/>
        </w:rPr>
        <w:t>That's a person in the seat that person is spiritually dry dying because it's not the excitement behind the word.</w:t>
      </w:r>
    </w:p>
    <w:p>
      <w:pPr>
        <w:spacing w:after="60"/>
      </w:pPr>
      <w:r>
        <w:rPr>
          <w:b/>
          <w:color w:val="8A681B"/>
        </w:rPr>
        <w:t xml:space="preserve">[00:27:51] </w:t>
      </w:r>
      <w:r>
        <w:rPr>
          <w:rFonts w:ascii="Arial" w:hAnsi="Arial"/>
          <w:sz w:val="20"/>
        </w:rPr>
        <w:t>Thy word is spirit and when your spirit hear the word your spirit should wake up.</w:t>
      </w:r>
    </w:p>
    <w:p>
      <w:pPr>
        <w:spacing w:after="60"/>
      </w:pPr>
      <w:r>
        <w:rPr>
          <w:b/>
          <w:color w:val="8A681B"/>
        </w:rPr>
        <w:t xml:space="preserve">[00:27:57] </w:t>
      </w:r>
      <w:r>
        <w:rPr>
          <w:rFonts w:ascii="Arial" w:hAnsi="Arial"/>
          <w:sz w:val="20"/>
        </w:rPr>
        <w:t>Your spirit should come alive.</w:t>
      </w:r>
    </w:p>
    <w:p>
      <w:pPr>
        <w:spacing w:after="60"/>
      </w:pPr>
      <w:r>
        <w:rPr>
          <w:b/>
          <w:color w:val="8A681B"/>
        </w:rPr>
        <w:t xml:space="preserve">[00:27:58] </w:t>
      </w:r>
      <w:r>
        <w:rPr>
          <w:rFonts w:ascii="Arial" w:hAnsi="Arial"/>
          <w:sz w:val="20"/>
        </w:rPr>
        <w:t>That's why if I really want to go to sleep.</w:t>
      </w:r>
    </w:p>
    <w:p>
      <w:pPr>
        <w:spacing w:after="60"/>
      </w:pPr>
      <w:r>
        <w:rPr>
          <w:b/>
          <w:color w:val="8A681B"/>
        </w:rPr>
        <w:t xml:space="preserve">[00:28:00] </w:t>
      </w:r>
      <w:r>
        <w:rPr>
          <w:rFonts w:ascii="Arial" w:hAnsi="Arial"/>
          <w:sz w:val="20"/>
        </w:rPr>
        <w:t>I won't read the bible when I get into bed because I will literally be up.</w:t>
      </w:r>
    </w:p>
    <w:p>
      <w:pPr>
        <w:spacing w:after="60"/>
      </w:pPr>
      <w:r>
        <w:rPr>
          <w:b/>
          <w:color w:val="8A681B"/>
        </w:rPr>
        <w:t xml:space="preserve">[00:28:04] </w:t>
      </w:r>
      <w:r>
        <w:rPr>
          <w:rFonts w:ascii="Arial" w:hAnsi="Arial"/>
          <w:sz w:val="20"/>
        </w:rPr>
        <w:t>Hours because my spirit wakes up no preacher yelling.</w:t>
      </w:r>
    </w:p>
    <w:p>
      <w:pPr>
        <w:spacing w:after="60"/>
      </w:pPr>
      <w:r>
        <w:rPr>
          <w:b/>
          <w:color w:val="8A681B"/>
        </w:rPr>
        <w:t xml:space="preserve">[00:28:09] </w:t>
      </w:r>
      <w:r>
        <w:rPr>
          <w:rFonts w:ascii="Arial" w:hAnsi="Arial"/>
          <w:sz w:val="20"/>
        </w:rPr>
        <w:t>But the word will wake your spirit up.</w:t>
      </w:r>
    </w:p>
    <w:p>
      <w:pPr>
        <w:spacing w:after="60"/>
      </w:pPr>
      <w:r>
        <w:rPr>
          <w:b/>
          <w:color w:val="8A681B"/>
        </w:rPr>
        <w:t xml:space="preserve">[00:28:12] </w:t>
      </w:r>
      <w:r>
        <w:rPr>
          <w:rFonts w:ascii="Arial" w:hAnsi="Arial"/>
          <w:sz w:val="20"/>
        </w:rPr>
        <w:t>So when you see people passing down and and and and and not attentive to the word of God.</w:t>
      </w:r>
    </w:p>
    <w:p>
      <w:pPr>
        <w:spacing w:after="60"/>
      </w:pPr>
      <w:r>
        <w:rPr>
          <w:b/>
          <w:color w:val="8A681B"/>
        </w:rPr>
        <w:t xml:space="preserve">[00:28:17] </w:t>
      </w:r>
      <w:r>
        <w:rPr>
          <w:rFonts w:ascii="Arial" w:hAnsi="Arial"/>
          <w:sz w:val="20"/>
        </w:rPr>
        <w:t>You're looking at a problem in a person.</w:t>
      </w:r>
    </w:p>
    <w:p>
      <w:pPr>
        <w:spacing w:after="60"/>
      </w:pPr>
      <w:r>
        <w:rPr>
          <w:b/>
          <w:color w:val="8A681B"/>
        </w:rPr>
        <w:t xml:space="preserve">[00:28:20] </w:t>
      </w:r>
      <w:r>
        <w:rPr>
          <w:rFonts w:ascii="Arial" w:hAnsi="Arial"/>
          <w:sz w:val="20"/>
        </w:rPr>
        <w:t>Where does it stem from if they born again, they're not talking to God.</w:t>
      </w:r>
    </w:p>
    <w:p>
      <w:pPr>
        <w:spacing w:after="60"/>
      </w:pPr>
      <w:r>
        <w:rPr>
          <w:b/>
          <w:color w:val="8A681B"/>
        </w:rPr>
        <w:t xml:space="preserve">[00:28:25] </w:t>
      </w:r>
      <w:r>
        <w:rPr>
          <w:rFonts w:ascii="Arial" w:hAnsi="Arial"/>
          <w:sz w:val="20"/>
        </w:rPr>
        <w:t>They're not they're not spending no time with god. God is a action neighbor. Is God a past time to you?</w:t>
      </w:r>
    </w:p>
    <w:p>
      <w:pPr>
        <w:spacing w:after="60"/>
      </w:pPr>
      <w:r>
        <w:rPr>
          <w:b/>
          <w:color w:val="8A681B"/>
        </w:rPr>
        <w:t xml:space="preserve">[00:28:37] </w:t>
      </w:r>
      <w:r>
        <w:rPr>
          <w:rFonts w:ascii="Arial" w:hAnsi="Arial"/>
          <w:sz w:val="20"/>
        </w:rPr>
        <w:t>If God is a past time, sir.</w:t>
      </w:r>
    </w:p>
    <w:p>
      <w:pPr>
        <w:spacing w:after="60"/>
      </w:pPr>
      <w:r>
        <w:rPr>
          <w:b/>
          <w:color w:val="8A681B"/>
        </w:rPr>
        <w:t xml:space="preserve">[00:28:41] </w:t>
      </w:r>
      <w:r>
        <w:rPr>
          <w:rFonts w:ascii="Arial" w:hAnsi="Arial"/>
          <w:sz w:val="20"/>
        </w:rPr>
        <w:t>Nothing else that he says or does really matter until you have a need.</w:t>
      </w:r>
    </w:p>
    <w:p>
      <w:pPr>
        <w:spacing w:after="60"/>
      </w:pPr>
      <w:r>
        <w:rPr>
          <w:b/>
          <w:color w:val="8A681B"/>
        </w:rPr>
        <w:t xml:space="preserve">[00:28:48] </w:t>
      </w:r>
      <w:r>
        <w:rPr>
          <w:rFonts w:ascii="Arial" w:hAnsi="Arial"/>
          <w:sz w:val="20"/>
        </w:rPr>
        <w:t>Ask somebody else. It's god's your past time.</w:t>
      </w:r>
    </w:p>
    <w:p>
      <w:pPr>
        <w:spacing w:after="60"/>
      </w:pPr>
      <w:r>
        <w:rPr>
          <w:b/>
          <w:color w:val="8A681B"/>
        </w:rPr>
        <w:t xml:space="preserve">[00:28:52] </w:t>
      </w:r>
      <w:r>
        <w:rPr>
          <w:rFonts w:ascii="Arial" w:hAnsi="Arial"/>
          <w:sz w:val="20"/>
        </w:rPr>
        <w:t>I mean you'll talk to him when you ain't got nothing else to do.</w:t>
      </w:r>
    </w:p>
    <w:p>
      <w:pPr>
        <w:spacing w:after="60"/>
      </w:pPr>
      <w:r>
        <w:rPr>
          <w:b/>
          <w:color w:val="8A681B"/>
        </w:rPr>
        <w:t xml:space="preserve">[00:28:55] </w:t>
      </w:r>
      <w:r>
        <w:rPr>
          <w:rFonts w:ascii="Arial" w:hAnsi="Arial"/>
          <w:sz w:val="20"/>
        </w:rPr>
        <w:t>You'll come to church when you ain't got nothing else to do, you know.</w:t>
      </w:r>
    </w:p>
    <w:p>
      <w:pPr>
        <w:spacing w:after="60"/>
      </w:pPr>
      <w:r>
        <w:rPr>
          <w:b/>
          <w:color w:val="8A681B"/>
        </w:rPr>
        <w:t xml:space="preserve">[00:28:58] </w:t>
      </w:r>
      <w:r>
        <w:rPr>
          <w:rFonts w:ascii="Arial" w:hAnsi="Arial"/>
          <w:sz w:val="20"/>
        </w:rPr>
        <w:t>If you're bored, you'll go with them, but you ain't if I ain't got if I got something to do, right?</w:t>
      </w:r>
    </w:p>
    <w:p>
      <w:pPr>
        <w:spacing w:after="60"/>
      </w:pPr>
      <w:r>
        <w:rPr>
          <w:b/>
          <w:color w:val="8A681B"/>
        </w:rPr>
        <w:t xml:space="preserve">[00:29:03] </w:t>
      </w:r>
      <w:r>
        <w:rPr>
          <w:rFonts w:ascii="Arial" w:hAnsi="Arial"/>
          <w:sz w:val="20"/>
        </w:rPr>
        <w:t>Just say don't let God be your pastime.</w:t>
      </w:r>
    </w:p>
    <w:p>
      <w:pPr>
        <w:spacing w:after="60"/>
      </w:pPr>
      <w:r>
        <w:rPr>
          <w:b/>
          <w:color w:val="8A681B"/>
        </w:rPr>
        <w:t xml:space="preserve">[00:29:08] </w:t>
      </w:r>
      <w:r>
        <w:rPr>
          <w:rFonts w:ascii="Arial" w:hAnsi="Arial"/>
          <w:sz w:val="20"/>
        </w:rPr>
        <w:t>Because in this season it'll close that door. It'll allow it'll give the devil enough time to close your doors.</w:t>
      </w:r>
    </w:p>
    <w:p>
      <w:pPr>
        <w:spacing w:after="60"/>
      </w:pPr>
      <w:r>
        <w:rPr>
          <w:b/>
          <w:color w:val="8A681B"/>
        </w:rPr>
        <w:t xml:space="preserve">[00:29:15] </w:t>
      </w:r>
      <w:r>
        <w:rPr>
          <w:rFonts w:ascii="Arial" w:hAnsi="Arial"/>
          <w:sz w:val="20"/>
        </w:rPr>
        <w:t>And you got to be active in this season.</w:t>
      </w:r>
    </w:p>
    <w:p>
      <w:pPr>
        <w:spacing w:after="60"/>
      </w:pPr>
      <w:r>
        <w:rPr>
          <w:b/>
          <w:color w:val="8A681B"/>
        </w:rPr>
        <w:t xml:space="preserve">[00:29:18] </w:t>
      </w:r>
      <w:r>
        <w:rPr>
          <w:rFonts w:ascii="Arial" w:hAnsi="Arial"/>
          <w:sz w:val="20"/>
        </w:rPr>
        <w:t>Hannah.</w:t>
      </w:r>
    </w:p>
    <w:p>
      <w:pPr>
        <w:spacing w:after="60"/>
      </w:pPr>
      <w:r>
        <w:rPr>
          <w:b/>
          <w:color w:val="8A681B"/>
        </w:rPr>
        <w:t xml:space="preserve">[00:29:22] </w:t>
      </w:r>
      <w:r>
        <w:rPr>
          <w:rFonts w:ascii="Arial" w:hAnsi="Arial"/>
          <w:sz w:val="20"/>
        </w:rPr>
        <w:t>Was a person that.</w:t>
      </w:r>
    </w:p>
    <w:p>
      <w:pPr>
        <w:spacing w:after="60"/>
      </w:pPr>
      <w:r>
        <w:rPr>
          <w:b/>
          <w:color w:val="8A681B"/>
        </w:rPr>
        <w:t xml:space="preserve">[00:29:24] </w:t>
      </w:r>
      <w:r>
        <w:rPr>
          <w:rFonts w:ascii="Arial" w:hAnsi="Arial"/>
          <w:sz w:val="20"/>
        </w:rPr>
        <w:t>Refused to be denied. You know that story.</w:t>
      </w:r>
    </w:p>
    <w:p>
      <w:pPr>
        <w:spacing w:after="60"/>
      </w:pPr>
      <w:r>
        <w:rPr>
          <w:b/>
          <w:color w:val="8A681B"/>
        </w:rPr>
        <w:t xml:space="preserve">[00:29:28] </w:t>
      </w:r>
      <w:r>
        <w:rPr>
          <w:rFonts w:ascii="Arial" w:hAnsi="Arial"/>
          <w:sz w:val="20"/>
        </w:rPr>
        <w:t>Where here she is.</w:t>
      </w:r>
    </w:p>
    <w:p>
      <w:pPr>
        <w:spacing w:after="60"/>
      </w:pPr>
      <w:r>
        <w:rPr>
          <w:b/>
          <w:color w:val="8A681B"/>
        </w:rPr>
        <w:t xml:space="preserve">[00:29:30] </w:t>
      </w:r>
      <w:r>
        <w:rPr>
          <w:rFonts w:ascii="Arial" w:hAnsi="Arial"/>
          <w:sz w:val="20"/>
        </w:rPr>
        <w:t>She is barren.</w:t>
      </w:r>
    </w:p>
    <w:p>
      <w:pPr>
        <w:spacing w:after="60"/>
      </w:pPr>
      <w:r>
        <w:rPr>
          <w:b/>
          <w:color w:val="8A681B"/>
        </w:rPr>
        <w:t xml:space="preserve">[00:29:33] </w:t>
      </w:r>
      <w:r>
        <w:rPr>
          <w:rFonts w:ascii="Arial" w:hAnsi="Arial"/>
          <w:sz w:val="20"/>
        </w:rPr>
        <w:t>We're talking about God trying to open up doors to get you in a place where you can produce again.</w:t>
      </w:r>
    </w:p>
    <w:p>
      <w:pPr>
        <w:spacing w:after="60"/>
      </w:pPr>
      <w:r>
        <w:rPr>
          <w:b/>
          <w:color w:val="8A681B"/>
        </w:rPr>
        <w:t xml:space="preserve">[00:29:38] </w:t>
      </w:r>
      <w:r>
        <w:rPr>
          <w:rFonts w:ascii="Arial" w:hAnsi="Arial"/>
          <w:sz w:val="20"/>
        </w:rPr>
        <w:t>Where you can thrive again where you can come up. You understand?</w:t>
      </w:r>
    </w:p>
    <w:p>
      <w:pPr>
        <w:spacing w:after="60"/>
      </w:pPr>
      <w:r>
        <w:rPr>
          <w:b/>
          <w:color w:val="8A681B"/>
        </w:rPr>
        <w:t xml:space="preserve">[00:29:42] </w:t>
      </w:r>
      <w:r>
        <w:rPr>
          <w:rFonts w:ascii="Arial" w:hAnsi="Arial"/>
          <w:sz w:val="20"/>
        </w:rPr>
        <w:t>Christians shouldn't be down all christians get knocked down.</w:t>
      </w:r>
    </w:p>
    <w:p>
      <w:pPr>
        <w:spacing w:after="60"/>
      </w:pPr>
      <w:r>
        <w:rPr>
          <w:b/>
          <w:color w:val="8A681B"/>
        </w:rPr>
        <w:t xml:space="preserve">[00:29:45] </w:t>
      </w:r>
      <w:r>
        <w:rPr>
          <w:rFonts w:ascii="Arial" w:hAnsi="Arial"/>
          <w:sz w:val="20"/>
        </w:rPr>
        <w:t>But even when you're down you got enough to look up you got enough spiritual sense to look up.</w:t>
      </w:r>
    </w:p>
    <w:p>
      <w:pPr>
        <w:spacing w:after="60"/>
      </w:pPr>
      <w:r>
        <w:rPr>
          <w:b/>
          <w:color w:val="8A681B"/>
        </w:rPr>
        <w:t xml:space="preserve">[00:29:50] </w:t>
      </w:r>
      <w:r>
        <w:rPr>
          <w:rFonts w:ascii="Arial" w:hAnsi="Arial"/>
          <w:sz w:val="20"/>
        </w:rPr>
        <w:t>That it definitely if I'm in a worship spirit.</w:t>
      </w:r>
    </w:p>
    <w:p>
      <w:pPr>
        <w:spacing w:after="60"/>
      </w:pPr>
      <w:r>
        <w:rPr>
          <w:b/>
          <w:color w:val="8A681B"/>
        </w:rPr>
        <w:t xml:space="preserve">[00:29:53] </w:t>
      </w:r>
      <w:r>
        <w:rPr>
          <w:rFonts w:ascii="Arial" w:hAnsi="Arial"/>
          <w:sz w:val="20"/>
        </w:rPr>
        <w:t>Worship setting I'm not going to let me be and knock down.</w:t>
      </w:r>
    </w:p>
    <w:p>
      <w:pPr>
        <w:spacing w:after="60"/>
      </w:pPr>
      <w:r>
        <w:rPr>
          <w:b/>
          <w:color w:val="8A681B"/>
        </w:rPr>
        <w:t xml:space="preserve">[00:29:56] </w:t>
      </w:r>
      <w:r>
        <w:rPr>
          <w:rFonts w:ascii="Arial" w:hAnsi="Arial"/>
          <w:sz w:val="20"/>
        </w:rPr>
        <w:t>Keep me from giving God what's due unto him even though I'm down I'm in a worship service.</w:t>
      </w:r>
    </w:p>
    <w:p>
      <w:pPr>
        <w:spacing w:after="60"/>
      </w:pPr>
      <w:r>
        <w:rPr>
          <w:b/>
          <w:color w:val="8A681B"/>
        </w:rPr>
        <w:t xml:space="preserve">[00:30:02] </w:t>
      </w:r>
      <w:r>
        <w:rPr>
          <w:rFonts w:ascii="Arial" w:hAnsi="Arial"/>
          <w:sz w:val="20"/>
        </w:rPr>
        <w:t>So I know I can look up and I can find him.</w:t>
      </w:r>
    </w:p>
    <w:p>
      <w:pPr>
        <w:spacing w:after="60"/>
      </w:pPr>
      <w:r>
        <w:rPr>
          <w:b/>
          <w:color w:val="8A681B"/>
        </w:rPr>
        <w:t xml:space="preserve">[00:30:04] </w:t>
      </w:r>
      <w:r>
        <w:rPr>
          <w:rFonts w:ascii="Arial" w:hAnsi="Arial"/>
          <w:sz w:val="20"/>
        </w:rPr>
        <w:t>Tell your neighbor say look up three times look up look up.</w:t>
      </w:r>
    </w:p>
    <w:p>
      <w:pPr>
        <w:spacing w:after="60"/>
      </w:pPr>
      <w:r>
        <w:rPr>
          <w:b/>
          <w:color w:val="8A681B"/>
        </w:rPr>
        <w:t xml:space="preserve">[00:30:07] </w:t>
      </w:r>
      <w:r>
        <w:rPr>
          <w:rFonts w:ascii="Arial" w:hAnsi="Arial"/>
          <w:sz w:val="20"/>
        </w:rPr>
        <w:t>Even if you're knocked down you got to be able to look up and here she is in a season of her life.</w:t>
      </w:r>
    </w:p>
    <w:p>
      <w:pPr>
        <w:spacing w:after="60"/>
      </w:pPr>
      <w:r>
        <w:rPr>
          <w:b/>
          <w:color w:val="8A681B"/>
        </w:rPr>
        <w:t xml:space="preserve">[00:30:12] </w:t>
      </w:r>
      <w:r>
        <w:rPr>
          <w:rFonts w:ascii="Arial" w:hAnsi="Arial"/>
          <w:sz w:val="20"/>
        </w:rPr>
        <w:t>That she is barren, but she would not accept that as her final story.</w:t>
      </w:r>
    </w:p>
    <w:p>
      <w:pPr>
        <w:spacing w:after="60"/>
      </w:pPr>
      <w:r>
        <w:rPr>
          <w:b/>
          <w:color w:val="8A681B"/>
        </w:rPr>
        <w:t xml:space="preserve">[00:30:17] </w:t>
      </w:r>
      <w:r>
        <w:rPr>
          <w:rFonts w:ascii="Arial" w:hAnsi="Arial"/>
          <w:sz w:val="20"/>
        </w:rPr>
        <w:t>And the bible says that she went into intense prayer.</w:t>
      </w:r>
    </w:p>
    <w:p>
      <w:pPr>
        <w:spacing w:after="60"/>
      </w:pPr>
      <w:r>
        <w:rPr>
          <w:b/>
          <w:color w:val="8A681B"/>
        </w:rPr>
        <w:t xml:space="preserve">[00:30:21] </w:t>
      </w:r>
      <w:r>
        <w:rPr>
          <w:rFonts w:ascii="Arial" w:hAnsi="Arial"/>
          <w:sz w:val="20"/>
        </w:rPr>
        <w:t>So much so that the onlookers thought that what she was drunk, but she wasn't drunk.</w:t>
      </w:r>
    </w:p>
    <w:p>
      <w:pPr>
        <w:spacing w:after="60"/>
      </w:pPr>
      <w:r>
        <w:rPr>
          <w:b/>
          <w:color w:val="8A681B"/>
        </w:rPr>
        <w:t xml:space="preserve">[00:30:26] </w:t>
      </w:r>
      <w:r>
        <w:rPr>
          <w:rFonts w:ascii="Arial" w:hAnsi="Arial"/>
          <w:sz w:val="20"/>
        </w:rPr>
        <w:t>She'd untapped into the spirit. You ever seen a person really get drunk in the spirit.</w:t>
      </w:r>
    </w:p>
    <w:p>
      <w:pPr>
        <w:spacing w:after="60"/>
      </w:pPr>
      <w:r>
        <w:rPr>
          <w:b/>
          <w:color w:val="8A681B"/>
        </w:rPr>
        <w:t xml:space="preserve">[00:30:30] </w:t>
      </w:r>
      <w:r>
        <w:rPr>
          <w:rFonts w:ascii="Arial" w:hAnsi="Arial"/>
          <w:sz w:val="20"/>
        </w:rPr>
        <w:t>Some of us say because we we don't we don't we don't really know how to respect we don't recognize.</w:t>
      </w:r>
    </w:p>
    <w:p>
      <w:pPr>
        <w:spacing w:after="60"/>
      </w:pPr>
      <w:r>
        <w:rPr>
          <w:b/>
          <w:color w:val="8A681B"/>
        </w:rPr>
        <w:t xml:space="preserve">[00:30:35] </w:t>
      </w:r>
      <w:r>
        <w:rPr>
          <w:rFonts w:ascii="Arial" w:hAnsi="Arial"/>
          <w:sz w:val="20"/>
        </w:rPr>
        <w:t>How the spirit moves we have been trained by entertainment.</w:t>
      </w:r>
    </w:p>
    <w:p>
      <w:pPr>
        <w:spacing w:after="60"/>
      </w:pPr>
      <w:r>
        <w:rPr>
          <w:b/>
          <w:color w:val="8A681B"/>
        </w:rPr>
        <w:t xml:space="preserve">[00:30:39] </w:t>
      </w:r>
      <w:r>
        <w:rPr>
          <w:rFonts w:ascii="Arial" w:hAnsi="Arial"/>
          <w:sz w:val="20"/>
        </w:rPr>
        <w:t>But there is a time when a person can literally be drunk in the spirit where they they they give.</w:t>
      </w:r>
    </w:p>
    <w:p>
      <w:pPr>
        <w:spacing w:after="60"/>
      </w:pPr>
      <w:r>
        <w:rPr>
          <w:b/>
          <w:color w:val="8A681B"/>
        </w:rPr>
        <w:t xml:space="preserve">[00:30:45] </w:t>
      </w:r>
      <w:r>
        <w:rPr>
          <w:rFonts w:ascii="Arial" w:hAnsi="Arial"/>
          <w:sz w:val="20"/>
        </w:rPr>
        <w:t>Resemblance of because their body is overwhelmed.</w:t>
      </w:r>
    </w:p>
    <w:p>
      <w:pPr>
        <w:spacing w:after="60"/>
      </w:pPr>
      <w:r>
        <w:rPr>
          <w:b/>
          <w:color w:val="8A681B"/>
        </w:rPr>
        <w:t xml:space="preserve">[00:30:49] </w:t>
      </w:r>
      <w:r>
        <w:rPr>
          <w:rFonts w:ascii="Arial" w:hAnsi="Arial"/>
          <w:sz w:val="20"/>
        </w:rPr>
        <w:t>But she was not going to be denied her breakthrough and she kept going after God until guess what her room opened up.</w:t>
      </w:r>
    </w:p>
    <w:p>
      <w:pPr>
        <w:spacing w:after="60"/>
      </w:pPr>
      <w:r>
        <w:rPr>
          <w:b/>
          <w:color w:val="8A681B"/>
        </w:rPr>
        <w:t xml:space="preserve">[00:30:58] </w:t>
      </w:r>
      <w:r>
        <w:rPr>
          <w:rFonts w:ascii="Arial" w:hAnsi="Arial"/>
          <w:sz w:val="20"/>
        </w:rPr>
        <w:t>I'm trying to tell somebody else keep going after God until your room opened up.</w:t>
      </w:r>
    </w:p>
    <w:p>
      <w:pPr>
        <w:spacing w:after="60"/>
      </w:pPr>
      <w:r>
        <w:rPr>
          <w:b/>
          <w:color w:val="8A681B"/>
        </w:rPr>
        <w:t xml:space="preserve">[00:31:03] </w:t>
      </w:r>
      <w:r>
        <w:rPr>
          <w:rFonts w:ascii="Arial" w:hAnsi="Arial"/>
          <w:sz w:val="20"/>
        </w:rPr>
        <w:t>Keep going after God until the door opens up.</w:t>
      </w:r>
    </w:p>
    <w:p>
      <w:pPr>
        <w:spacing w:after="60"/>
      </w:pPr>
      <w:r>
        <w:rPr>
          <w:b/>
          <w:color w:val="8A681B"/>
        </w:rPr>
        <w:t xml:space="preserve">[00:31:07] </w:t>
      </w:r>
      <w:r>
        <w:rPr>
          <w:rFonts w:ascii="Arial" w:hAnsi="Arial"/>
          <w:sz w:val="20"/>
        </w:rPr>
        <w:t>But you have to start off where you're going to start brother in intense prayer.</w:t>
      </w:r>
    </w:p>
    <w:p>
      <w:pPr>
        <w:spacing w:after="60"/>
      </w:pPr>
      <w:r>
        <w:rPr>
          <w:b/>
          <w:color w:val="8A681B"/>
        </w:rPr>
        <w:t xml:space="preserve">[00:31:12] </w:t>
      </w:r>
      <w:r>
        <w:rPr>
          <w:rFonts w:ascii="Arial" w:hAnsi="Arial"/>
          <w:sz w:val="20"/>
        </w:rPr>
        <w:t>Just you and your prayer closet you and God not somebody come can you come pray with me today?</w:t>
      </w:r>
    </w:p>
    <w:p>
      <w:pPr>
        <w:spacing w:after="60"/>
      </w:pPr>
      <w:r>
        <w:rPr>
          <w:b/>
          <w:color w:val="8A681B"/>
        </w:rPr>
        <w:t xml:space="preserve">[00:31:19] </w:t>
      </w:r>
      <w:r>
        <w:rPr>
          <w:rFonts w:ascii="Arial" w:hAnsi="Arial"/>
          <w:sz w:val="20"/>
        </w:rPr>
        <w:t>No, no, no, no, no the things you want to share with god. You don't want to talk about around people.</w:t>
      </w:r>
    </w:p>
    <w:p>
      <w:pPr>
        <w:spacing w:after="60"/>
      </w:pPr>
      <w:r>
        <w:rPr>
          <w:b/>
          <w:color w:val="8A681B"/>
        </w:rPr>
        <w:t xml:space="preserve">[00:31:25] </w:t>
      </w:r>
      <w:r>
        <w:rPr>
          <w:rFonts w:ascii="Arial" w:hAnsi="Arial"/>
          <w:sz w:val="20"/>
        </w:rPr>
        <w:t>Say go on your own prayer closet.</w:t>
      </w:r>
    </w:p>
    <w:p>
      <w:pPr>
        <w:spacing w:after="60"/>
      </w:pPr>
      <w:r>
        <w:rPr>
          <w:b/>
          <w:color w:val="8A681B"/>
        </w:rPr>
        <w:t xml:space="preserve">[00:31:26] </w:t>
      </w:r>
      <w:r>
        <w:rPr>
          <w:rFonts w:ascii="Arial" w:hAnsi="Arial"/>
          <w:sz w:val="20"/>
        </w:rPr>
        <w:t>I'm talking about the stuff that you don't want nobody to know your little secret stuff.</w:t>
      </w:r>
    </w:p>
    <w:p>
      <w:pPr>
        <w:spacing w:after="60"/>
      </w:pPr>
      <w:r>
        <w:rPr>
          <w:b/>
          <w:color w:val="8A681B"/>
        </w:rPr>
        <w:t xml:space="preserve">[00:31:30] </w:t>
      </w:r>
      <w:r>
        <w:rPr>
          <w:rFonts w:ascii="Arial" w:hAnsi="Arial"/>
          <w:sz w:val="20"/>
        </w:rPr>
        <w:t>You don't want to talk about that in no open set you want to go before the father and you want to go in intently.</w:t>
      </w:r>
    </w:p>
    <w:p>
      <w:pPr>
        <w:spacing w:after="60"/>
      </w:pPr>
      <w:r>
        <w:rPr>
          <w:b/>
          <w:color w:val="8A681B"/>
        </w:rPr>
        <w:t xml:space="preserve">[00:31:37] </w:t>
      </w:r>
      <w:r>
        <w:rPr>
          <w:rFonts w:ascii="Arial" w:hAnsi="Arial"/>
          <w:sz w:val="20"/>
        </w:rPr>
        <w:t>Until you get your turn around tell somebody say your turn around is right here.</w:t>
      </w:r>
    </w:p>
    <w:p>
      <w:pPr>
        <w:spacing w:after="60"/>
      </w:pPr>
      <w:r>
        <w:rPr>
          <w:b/>
          <w:color w:val="8A681B"/>
        </w:rPr>
        <w:t xml:space="preserve">[00:31:42] </w:t>
      </w:r>
      <w:r>
        <w:rPr>
          <w:rFonts w:ascii="Arial" w:hAnsi="Arial"/>
          <w:sz w:val="20"/>
        </w:rPr>
        <w:t>Refuse to be denied.</w:t>
      </w:r>
    </w:p>
    <w:p>
      <w:pPr>
        <w:spacing w:after="60"/>
      </w:pPr>
      <w:r>
        <w:rPr>
          <w:b/>
          <w:color w:val="8A681B"/>
        </w:rPr>
        <w:t xml:space="preserve">[00:31:45] </w:t>
      </w:r>
      <w:r>
        <w:rPr>
          <w:rFonts w:ascii="Arial" w:hAnsi="Arial"/>
          <w:sz w:val="20"/>
        </w:rPr>
        <w:t>Because the enemy is going to attack your open door.</w:t>
      </w:r>
    </w:p>
    <w:p>
      <w:pPr>
        <w:spacing w:after="60"/>
      </w:pPr>
      <w:r>
        <w:rPr>
          <w:b/>
          <w:color w:val="8A681B"/>
        </w:rPr>
        <w:t xml:space="preserve">[00:31:50] </w:t>
      </w:r>
      <w:r>
        <w:rPr>
          <w:rFonts w:ascii="Arial" w:hAnsi="Arial"/>
          <w:sz w:val="20"/>
        </w:rPr>
        <w:t>How does he attack open doors?</w:t>
      </w:r>
    </w:p>
    <w:p>
      <w:pPr>
        <w:spacing w:after="60"/>
      </w:pPr>
      <w:r>
        <w:rPr>
          <w:b/>
          <w:color w:val="8A681B"/>
        </w:rPr>
        <w:t xml:space="preserve">[00:31:55] </w:t>
      </w:r>
      <w:r>
        <w:rPr>
          <w:rFonts w:ascii="Arial" w:hAnsi="Arial"/>
          <w:sz w:val="20"/>
        </w:rPr>
        <w:t>If the door is christ.</w:t>
      </w:r>
    </w:p>
    <w:p>
      <w:pPr>
        <w:spacing w:after="60"/>
      </w:pPr>
      <w:r>
        <w:rPr>
          <w:b/>
          <w:color w:val="8A681B"/>
        </w:rPr>
        <w:t xml:space="preserve">[00:31:57] </w:t>
      </w:r>
      <w:r>
        <w:rPr>
          <w:rFonts w:ascii="Arial" w:hAnsi="Arial"/>
          <w:sz w:val="20"/>
        </w:rPr>
        <w:t>He ain't attacking christ.</w:t>
      </w:r>
    </w:p>
    <w:p>
      <w:pPr>
        <w:spacing w:after="60"/>
      </w:pPr>
      <w:r>
        <w:rPr>
          <w:b/>
          <w:color w:val="8A681B"/>
        </w:rPr>
        <w:t xml:space="preserve">[00:32:03] </w:t>
      </w:r>
      <w:r>
        <w:rPr>
          <w:rFonts w:ascii="Arial" w:hAnsi="Arial"/>
          <w:sz w:val="20"/>
        </w:rPr>
        <w:t>He only attacked jesus because jesus had a body.</w:t>
      </w:r>
    </w:p>
    <w:p>
      <w:pPr>
        <w:spacing w:after="60"/>
      </w:pPr>
      <w:r>
        <w:rPr>
          <w:b/>
          <w:color w:val="8A681B"/>
        </w:rPr>
        <w:t xml:space="preserve">[00:32:08] </w:t>
      </w:r>
      <w:r>
        <w:rPr>
          <w:rFonts w:ascii="Arial" w:hAnsi="Arial"/>
          <w:sz w:val="20"/>
        </w:rPr>
        <w:t>You let that sink in he only attacked jesus God manifested in the flesh.</w:t>
      </w:r>
    </w:p>
    <w:p>
      <w:pPr>
        <w:spacing w:after="60"/>
      </w:pPr>
      <w:r>
        <w:rPr>
          <w:b/>
          <w:color w:val="8A681B"/>
        </w:rPr>
        <w:t xml:space="preserve">[00:32:17] </w:t>
      </w:r>
      <w:r>
        <w:rPr>
          <w:rFonts w:ascii="Arial" w:hAnsi="Arial"/>
          <w:sz w:val="20"/>
        </w:rPr>
        <w:t>Because he is now in a body.</w:t>
      </w:r>
    </w:p>
    <w:p>
      <w:pPr>
        <w:spacing w:after="60"/>
      </w:pPr>
      <w:r>
        <w:rPr>
          <w:b/>
          <w:color w:val="8A681B"/>
        </w:rPr>
        <w:t xml:space="preserve">[00:32:21] </w:t>
      </w:r>
      <w:r>
        <w:rPr>
          <w:rFonts w:ascii="Arial" w:hAnsi="Arial"/>
          <w:sz w:val="20"/>
        </w:rPr>
        <w:t>But jesus is in every book of the bible. You don't see him attacking jesus.</w:t>
      </w:r>
    </w:p>
    <w:p>
      <w:pPr>
        <w:spacing w:after="60"/>
      </w:pPr>
      <w:r>
        <w:rPr>
          <w:b/>
          <w:color w:val="8A681B"/>
        </w:rPr>
        <w:t xml:space="preserve">[00:32:26] </w:t>
      </w:r>
      <w:r>
        <w:rPr>
          <w:rFonts w:ascii="Arial" w:hAnsi="Arial"/>
          <w:sz w:val="20"/>
        </w:rPr>
        <w:t>You don't see him attacking you don't see him going into heaven and and causing warfare with God.</w:t>
      </w:r>
    </w:p>
    <w:p>
      <w:pPr>
        <w:spacing w:after="60"/>
      </w:pPr>
      <w:r>
        <w:rPr>
          <w:b/>
          <w:color w:val="8A681B"/>
        </w:rPr>
        <w:t xml:space="preserve">[00:32:33] </w:t>
      </w:r>
      <w:r>
        <w:rPr>
          <w:rFonts w:ascii="Arial" w:hAnsi="Arial"/>
          <w:sz w:val="20"/>
        </w:rPr>
        <w:t>Maybe angels and maybe you know, uh mica and they came to get most but but you don't never see him personally attacking God.</w:t>
      </w:r>
    </w:p>
    <w:p>
      <w:pPr>
        <w:spacing w:after="60"/>
      </w:pPr>
      <w:r>
        <w:rPr>
          <w:b/>
          <w:color w:val="8A681B"/>
        </w:rPr>
        <w:t xml:space="preserve">[00:32:42] </w:t>
      </w:r>
      <w:r>
        <w:rPr>
          <w:rFonts w:ascii="Arial" w:hAnsi="Arial"/>
          <w:sz w:val="20"/>
        </w:rPr>
        <w:t>Because the bible says that God can deal with satan by the finger of god. He ain't even comparable.</w:t>
      </w:r>
    </w:p>
    <w:p>
      <w:pPr>
        <w:spacing w:after="60"/>
      </w:pPr>
      <w:r>
        <w:rPr>
          <w:b/>
          <w:color w:val="8A681B"/>
        </w:rPr>
        <w:t xml:space="preserve">[00:32:48] </w:t>
      </w:r>
      <w:r>
        <w:rPr>
          <w:rFonts w:ascii="Arial" w:hAnsi="Arial"/>
          <w:sz w:val="20"/>
        </w:rPr>
        <w:t>Amen to this he ain't even comfortable to attack God.</w:t>
      </w:r>
    </w:p>
    <w:p>
      <w:pPr>
        <w:spacing w:after="60"/>
      </w:pPr>
      <w:r>
        <w:rPr>
          <w:b/>
          <w:color w:val="8A681B"/>
        </w:rPr>
        <w:t xml:space="preserve">[00:32:53] </w:t>
      </w:r>
      <w:r>
        <w:rPr>
          <w:rFonts w:ascii="Arial" w:hAnsi="Arial"/>
          <w:sz w:val="20"/>
        </w:rPr>
        <w:t>He attacked he didn't he didn't attack jesus christ.</w:t>
      </w:r>
    </w:p>
    <w:p>
      <w:pPr>
        <w:spacing w:after="60"/>
      </w:pPr>
      <w:r>
        <w:rPr>
          <w:b/>
          <w:color w:val="8A681B"/>
        </w:rPr>
        <w:t xml:space="preserve">[00:32:57] </w:t>
      </w:r>
      <w:r>
        <w:rPr>
          <w:rFonts w:ascii="Arial" w:hAnsi="Arial"/>
          <w:sz w:val="20"/>
        </w:rPr>
        <w:t>He attacked jesus the man.</w:t>
      </w:r>
    </w:p>
    <w:p>
      <w:pPr>
        <w:spacing w:after="60"/>
      </w:pPr>
      <w:r>
        <w:rPr>
          <w:b/>
          <w:color w:val="8A681B"/>
        </w:rPr>
        <w:t xml:space="preserve">[00:33:00] </w:t>
      </w:r>
      <w:r>
        <w:rPr>
          <w:rFonts w:ascii="Arial" w:hAnsi="Arial"/>
          <w:sz w:val="20"/>
        </w:rPr>
        <w:t>You better hear what I'm saying.</w:t>
      </w:r>
    </w:p>
    <w:p>
      <w:pPr>
        <w:spacing w:after="60"/>
      </w:pPr>
      <w:r>
        <w:rPr>
          <w:b/>
          <w:color w:val="8A681B"/>
        </w:rPr>
        <w:t xml:space="preserve">[00:33:02] </w:t>
      </w:r>
      <w:r>
        <w:rPr>
          <w:rFonts w:ascii="Arial" w:hAnsi="Arial"/>
          <w:sz w:val="20"/>
        </w:rPr>
        <w:t>So when he if jesus is the door john 10 and God says i've opened the door.</w:t>
      </w:r>
    </w:p>
    <w:p>
      <w:pPr>
        <w:spacing w:after="60"/>
      </w:pPr>
      <w:r>
        <w:rPr>
          <w:b/>
          <w:color w:val="8A681B"/>
        </w:rPr>
        <w:t xml:space="preserve">[00:33:09] </w:t>
      </w:r>
      <w:r>
        <w:rPr>
          <w:rFonts w:ascii="Arial" w:hAnsi="Arial"/>
          <w:sz w:val="20"/>
        </w:rPr>
        <w:t>And if you come through me your opportunities are there. Do you think that the enemy is going to attack the door?</w:t>
      </w:r>
    </w:p>
    <w:p>
      <w:pPr>
        <w:spacing w:after="60"/>
      </w:pPr>
      <w:r>
        <w:rPr>
          <w:b/>
          <w:color w:val="8A681B"/>
        </w:rPr>
        <w:t xml:space="preserve">[00:33:15] </w:t>
      </w:r>
      <w:r>
        <w:rPr>
          <w:rFonts w:ascii="Arial" w:hAnsi="Arial"/>
          <w:sz w:val="20"/>
        </w:rPr>
        <w:t>No, he he no he can't win.</w:t>
      </w:r>
    </w:p>
    <w:p>
      <w:pPr>
        <w:spacing w:after="60"/>
      </w:pPr>
      <w:r>
        <w:rPr>
          <w:b/>
          <w:color w:val="8A681B"/>
        </w:rPr>
        <w:t xml:space="preserve">[00:33:19] </w:t>
      </w:r>
      <w:r>
        <w:rPr>
          <w:rFonts w:ascii="Arial" w:hAnsi="Arial"/>
          <w:sz w:val="20"/>
        </w:rPr>
        <w:t>So how does he attack us mainly?</w:t>
      </w:r>
    </w:p>
    <w:p>
      <w:pPr>
        <w:spacing w:after="60"/>
      </w:pPr>
      <w:r>
        <w:rPr>
          <w:b/>
          <w:color w:val="8A681B"/>
        </w:rPr>
        <w:t xml:space="preserve">[00:33:23] </w:t>
      </w:r>
      <w:r>
        <w:rPr>
          <w:rFonts w:ascii="Arial" w:hAnsi="Arial"/>
          <w:sz w:val="20"/>
        </w:rPr>
        <w:t>He attacks humanity.</w:t>
      </w:r>
    </w:p>
    <w:p>
      <w:pPr>
        <w:spacing w:after="60"/>
      </w:pPr>
      <w:r>
        <w:rPr>
          <w:b/>
          <w:color w:val="8A681B"/>
        </w:rPr>
        <w:t xml:space="preserve">[00:33:25] </w:t>
      </w:r>
      <w:r>
        <w:rPr>
          <w:rFonts w:ascii="Arial" w:hAnsi="Arial"/>
          <w:sz w:val="20"/>
        </w:rPr>
        <w:t>Sis mainly through the mind.</w:t>
      </w:r>
    </w:p>
    <w:p>
      <w:pPr>
        <w:spacing w:after="60"/>
      </w:pPr>
      <w:r>
        <w:rPr>
          <w:b/>
          <w:color w:val="8A681B"/>
        </w:rPr>
        <w:t xml:space="preserve">[00:33:30] </w:t>
      </w:r>
      <w:r>
        <w:rPr>
          <w:rFonts w:ascii="Arial" w:hAnsi="Arial"/>
          <w:sz w:val="20"/>
        </w:rPr>
        <w:t>Deception.</w:t>
      </w:r>
    </w:p>
    <w:p>
      <w:pPr>
        <w:spacing w:after="60"/>
      </w:pPr>
      <w:r>
        <w:rPr>
          <w:b/>
          <w:color w:val="8A681B"/>
        </w:rPr>
        <w:t xml:space="preserve">[00:33:33] </w:t>
      </w:r>
      <w:r>
        <w:rPr>
          <w:rFonts w:ascii="Arial" w:hAnsi="Arial"/>
          <w:sz w:val="20"/>
        </w:rPr>
        <w:t>He attacks people.</w:t>
      </w:r>
    </w:p>
    <w:p>
      <w:pPr>
        <w:spacing w:after="60"/>
      </w:pPr>
      <w:r>
        <w:rPr>
          <w:b/>
          <w:color w:val="8A681B"/>
        </w:rPr>
        <w:t xml:space="preserve">[00:33:35] </w:t>
      </w:r>
      <w:r>
        <w:rPr>
          <w:rFonts w:ascii="Arial" w:hAnsi="Arial"/>
          <w:sz w:val="20"/>
        </w:rPr>
        <w:t>Through the mind. I'm I'm going to go here, but let's let's go here for a minute.</w:t>
      </w:r>
    </w:p>
    <w:p>
      <w:pPr>
        <w:spacing w:after="60"/>
      </w:pPr>
      <w:r>
        <w:rPr>
          <w:b/>
          <w:color w:val="8A681B"/>
        </w:rPr>
        <w:t xml:space="preserve">[00:33:38] </w:t>
      </w:r>
      <w:r>
        <w:rPr>
          <w:rFonts w:ascii="Arial" w:hAnsi="Arial"/>
          <w:sz w:val="20"/>
        </w:rPr>
        <w:t>Can you go you want can you take a little bit today?</w:t>
      </w:r>
    </w:p>
    <w:p>
      <w:pPr>
        <w:spacing w:after="60"/>
      </w:pPr>
      <w:r>
        <w:rPr>
          <w:b/>
          <w:color w:val="8A681B"/>
        </w:rPr>
        <w:t xml:space="preserve">[00:33:41] </w:t>
      </w:r>
      <w:r>
        <w:rPr>
          <w:rFonts w:ascii="Arial" w:hAnsi="Arial"/>
          <w:sz w:val="20"/>
        </w:rPr>
        <w:t>Let's go through some scriptures grab your bible and and go to.</w:t>
      </w:r>
    </w:p>
    <w:p>
      <w:pPr>
        <w:spacing w:after="60"/>
      </w:pPr>
      <w:r>
        <w:rPr>
          <w:b/>
          <w:color w:val="8A681B"/>
        </w:rPr>
        <w:t xml:space="preserve">[00:33:46] </w:t>
      </w:r>
      <w:r>
        <w:rPr>
          <w:rFonts w:ascii="Arial" w:hAnsi="Arial"/>
          <w:sz w:val="20"/>
        </w:rPr>
        <w:t>Go through uh, I want to start go to second correnthes and then we'll go back up.</w:t>
      </w:r>
    </w:p>
    <w:p>
      <w:pPr>
        <w:spacing w:after="60"/>
      </w:pPr>
      <w:r>
        <w:rPr>
          <w:b/>
          <w:color w:val="8A681B"/>
        </w:rPr>
        <w:t xml:space="preserve">[00:33:51] </w:t>
      </w:r>
      <w:r>
        <w:rPr>
          <w:rFonts w:ascii="Arial" w:hAnsi="Arial"/>
          <w:sz w:val="20"/>
        </w:rPr>
        <w:t>Go to second correnthes 10.</w:t>
      </w:r>
    </w:p>
    <w:p>
      <w:pPr>
        <w:spacing w:after="60"/>
      </w:pPr>
      <w:r>
        <w:rPr>
          <w:b/>
          <w:color w:val="8A681B"/>
        </w:rPr>
        <w:t xml:space="preserve">[00:33:53] </w:t>
      </w:r>
      <w:r>
        <w:rPr>
          <w:rFonts w:ascii="Arial" w:hAnsi="Arial"/>
          <w:sz w:val="20"/>
        </w:rPr>
        <w:t>He attacks people.</w:t>
      </w:r>
    </w:p>
    <w:p>
      <w:pPr>
        <w:spacing w:after="60"/>
      </w:pPr>
      <w:r>
        <w:rPr>
          <w:b/>
          <w:color w:val="8A681B"/>
        </w:rPr>
        <w:t xml:space="preserve">[00:33:55] </w:t>
      </w:r>
      <w:r>
        <w:rPr>
          <w:rFonts w:ascii="Arial" w:hAnsi="Arial"/>
          <w:sz w:val="20"/>
        </w:rPr>
        <w:t>Through their mind.</w:t>
      </w:r>
    </w:p>
    <w:p>
      <w:pPr>
        <w:spacing w:after="60"/>
      </w:pPr>
      <w:r>
        <w:rPr>
          <w:b/>
          <w:color w:val="8A681B"/>
        </w:rPr>
        <w:t xml:space="preserve">[00:33:58] </w:t>
      </w:r>
      <w:r>
        <w:rPr>
          <w:rFonts w:ascii="Arial" w:hAnsi="Arial"/>
          <w:sz w:val="20"/>
        </w:rPr>
        <w:t>Um, because we have this ability and I'm gonna go back to it. So you'll hear me repeat this again.</w:t>
      </w:r>
    </w:p>
    <w:p>
      <w:pPr>
        <w:spacing w:after="60"/>
      </w:pPr>
      <w:r>
        <w:rPr>
          <w:b/>
          <w:color w:val="8A681B"/>
        </w:rPr>
        <w:t xml:space="preserve">[00:34:05] </w:t>
      </w:r>
      <w:r>
        <w:rPr>
          <w:rFonts w:ascii="Arial" w:hAnsi="Arial"/>
          <w:sz w:val="20"/>
        </w:rPr>
        <w:t>To shut down demonic attacks.</w:t>
      </w:r>
    </w:p>
    <w:p>
      <w:pPr>
        <w:spacing w:after="60"/>
      </w:pPr>
      <w:r>
        <w:rPr>
          <w:b/>
          <w:color w:val="8A681B"/>
        </w:rPr>
        <w:t xml:space="preserve">[00:34:08] </w:t>
      </w:r>
      <w:r>
        <w:rPr>
          <w:rFonts w:ascii="Arial" w:hAnsi="Arial"/>
          <w:sz w:val="20"/>
        </w:rPr>
        <w:t>Everybody say shut it down.</w:t>
      </w:r>
    </w:p>
    <w:p>
      <w:pPr>
        <w:spacing w:after="60"/>
      </w:pPr>
      <w:r>
        <w:rPr>
          <w:b/>
          <w:color w:val="8A681B"/>
        </w:rPr>
        <w:t xml:space="preserve">[00:34:11] </w:t>
      </w:r>
      <w:r>
        <w:rPr>
          <w:rFonts w:ascii="Arial" w:hAnsi="Arial"/>
          <w:sz w:val="20"/>
        </w:rPr>
        <w:t>You don't have to be afraid of devils and demons.</w:t>
      </w:r>
    </w:p>
    <w:p>
      <w:pPr>
        <w:spacing w:after="60"/>
      </w:pPr>
      <w:r>
        <w:rPr>
          <w:b/>
          <w:color w:val="8A681B"/>
        </w:rPr>
        <w:t xml:space="preserve">[00:34:15] </w:t>
      </w:r>
      <w:r>
        <w:rPr>
          <w:rFonts w:ascii="Arial" w:hAnsi="Arial"/>
          <w:sz w:val="20"/>
        </w:rPr>
        <w:t>You can shut them. Are you born again? Let me see your hands if you're born again.</w:t>
      </w:r>
    </w:p>
    <w:p>
      <w:pPr>
        <w:spacing w:after="60"/>
      </w:pPr>
      <w:r>
        <w:rPr>
          <w:b/>
          <w:color w:val="8A681B"/>
        </w:rPr>
        <w:t xml:space="preserve">[00:34:19] </w:t>
      </w:r>
      <w:r>
        <w:rPr>
          <w:rFonts w:ascii="Arial" w:hAnsi="Arial"/>
          <w:sz w:val="20"/>
        </w:rPr>
        <w:t>Thank you for the people who told the truth.</w:t>
      </w:r>
    </w:p>
    <w:p>
      <w:pPr>
        <w:spacing w:after="60"/>
      </w:pPr>
      <w:r>
        <w:rPr>
          <w:b/>
          <w:color w:val="8A681B"/>
        </w:rPr>
        <w:t xml:space="preserve">[00:34:21] </w:t>
      </w:r>
      <w:r>
        <w:rPr>
          <w:rFonts w:ascii="Arial" w:hAnsi="Arial"/>
          <w:sz w:val="20"/>
        </w:rPr>
        <w:t>Amen. I appreciate that get saved today though.</w:t>
      </w:r>
    </w:p>
    <w:p>
      <w:pPr>
        <w:spacing w:after="60"/>
      </w:pPr>
      <w:r>
        <w:rPr>
          <w:b/>
          <w:color w:val="8A681B"/>
        </w:rPr>
        <w:t xml:space="preserve">[00:34:24] </w:t>
      </w:r>
      <w:r>
        <w:rPr>
          <w:rFonts w:ascii="Arial" w:hAnsi="Arial"/>
          <w:sz w:val="20"/>
        </w:rPr>
        <w:t>But as a born again believer you can shut it down.</w:t>
      </w:r>
    </w:p>
    <w:p>
      <w:pPr>
        <w:spacing w:after="60"/>
      </w:pPr>
      <w:r>
        <w:rPr>
          <w:b/>
          <w:color w:val="8A681B"/>
        </w:rPr>
        <w:t xml:space="preserve">[00:34:31] </w:t>
      </w:r>
      <w:r>
        <w:rPr>
          <w:rFonts w:ascii="Arial" w:hAnsi="Arial"/>
          <w:sz w:val="20"/>
        </w:rPr>
        <w:t>I i've never understood personally in my life.</w:t>
      </w:r>
    </w:p>
    <w:p>
      <w:pPr>
        <w:spacing w:after="60"/>
      </w:pPr>
      <w:r>
        <w:rPr>
          <w:b/>
          <w:color w:val="8A681B"/>
        </w:rPr>
        <w:t xml:space="preserve">[00:34:35] </w:t>
      </w:r>
      <w:r>
        <w:rPr>
          <w:rFonts w:ascii="Arial" w:hAnsi="Arial"/>
          <w:sz w:val="20"/>
        </w:rPr>
        <w:t>How people know they're under demonic attacks or warfare any type warfare?</w:t>
      </w:r>
    </w:p>
    <w:p>
      <w:pPr>
        <w:spacing w:after="60"/>
      </w:pPr>
      <w:r>
        <w:rPr>
          <w:b/>
          <w:color w:val="8A681B"/>
        </w:rPr>
        <w:t xml:space="preserve">[00:34:40] </w:t>
      </w:r>
      <w:r>
        <w:rPr>
          <w:rFonts w:ascii="Arial" w:hAnsi="Arial"/>
          <w:sz w:val="20"/>
        </w:rPr>
        <w:t>And they just take it.</w:t>
      </w:r>
    </w:p>
    <w:p>
      <w:pPr>
        <w:spacing w:after="60"/>
      </w:pPr>
      <w:r>
        <w:rPr>
          <w:b/>
          <w:color w:val="8A681B"/>
        </w:rPr>
        <w:t xml:space="preserve">[00:34:44] </w:t>
      </w:r>
      <w:r>
        <w:rPr>
          <w:rFonts w:ascii="Arial" w:hAnsi="Arial"/>
          <w:sz w:val="20"/>
        </w:rPr>
        <w:t>I I don't I don't understand how people stay and I know, you know.</w:t>
      </w:r>
    </w:p>
    <w:p>
      <w:pPr>
        <w:spacing w:after="60"/>
      </w:pPr>
      <w:r>
        <w:rPr>
          <w:b/>
          <w:color w:val="8A681B"/>
        </w:rPr>
        <w:t xml:space="preserve">[00:34:48] </w:t>
      </w:r>
      <w:r>
        <w:rPr>
          <w:rFonts w:ascii="Arial" w:hAnsi="Arial"/>
          <w:sz w:val="20"/>
        </w:rPr>
        <w:t>You know people have their own reason. I don't know how people can stay in abusive relationships.</w:t>
      </w:r>
    </w:p>
    <w:p>
      <w:pPr>
        <w:spacing w:after="60"/>
      </w:pPr>
      <w:r>
        <w:rPr>
          <w:b/>
          <w:color w:val="8A681B"/>
        </w:rPr>
        <w:t xml:space="preserve">[00:34:54] </w:t>
      </w:r>
      <w:r>
        <w:rPr>
          <w:rFonts w:ascii="Arial" w:hAnsi="Arial"/>
          <w:sz w:val="20"/>
        </w:rPr>
        <w:t>I don't know how you can just sit there and let them beat you up.</w:t>
      </w:r>
    </w:p>
    <w:p>
      <w:pPr>
        <w:spacing w:after="60"/>
      </w:pPr>
      <w:r>
        <w:rPr>
          <w:b/>
          <w:color w:val="8A681B"/>
        </w:rPr>
        <w:t xml:space="preserve">[00:35:00] </w:t>
      </w:r>
      <w:r>
        <w:rPr>
          <w:rFonts w:ascii="Arial" w:hAnsi="Arial"/>
          <w:sz w:val="20"/>
        </w:rPr>
        <w:t>I'd risk the escape and death rather than sit there and let you beat me up every day.</w:t>
      </w:r>
    </w:p>
    <w:p>
      <w:pPr>
        <w:spacing w:after="60"/>
      </w:pPr>
      <w:r>
        <w:rPr>
          <w:b/>
          <w:color w:val="8A681B"/>
        </w:rPr>
        <w:t xml:space="preserve">[00:35:05] </w:t>
      </w:r>
      <w:r>
        <w:rPr>
          <w:rFonts w:ascii="Arial" w:hAnsi="Arial"/>
          <w:sz w:val="20"/>
        </w:rPr>
        <w:t>Amen to this.</w:t>
      </w:r>
    </w:p>
    <w:p>
      <w:pPr>
        <w:spacing w:after="60"/>
      </w:pPr>
      <w:r>
        <w:rPr>
          <w:b/>
          <w:color w:val="8A681B"/>
        </w:rPr>
        <w:t xml:space="preserve">[00:35:06] </w:t>
      </w:r>
      <w:r>
        <w:rPr>
          <w:rFonts w:ascii="Arial" w:hAnsi="Arial"/>
          <w:sz w:val="20"/>
        </w:rPr>
        <w:t>But I'm not gonna let you just a prisoner war I'm not just I know if I stay here as a prisoner war if you're.</w:t>
      </w:r>
    </w:p>
    <w:p>
      <w:pPr>
        <w:spacing w:after="60"/>
      </w:pPr>
      <w:r>
        <w:rPr>
          <w:b/>
          <w:color w:val="8A681B"/>
        </w:rPr>
        <w:t xml:space="preserve">[00:35:12] </w:t>
      </w:r>
      <w:r>
        <w:rPr>
          <w:rFonts w:ascii="Arial" w:hAnsi="Arial"/>
          <w:sz w:val="20"/>
        </w:rPr>
        <w:t>In war that you if the longer you stay there the more chances you stand to them killing you.</w:t>
      </w:r>
    </w:p>
    <w:p>
      <w:pPr>
        <w:spacing w:after="60"/>
      </w:pPr>
      <w:r>
        <w:rPr>
          <w:b/>
          <w:color w:val="8A681B"/>
        </w:rPr>
        <w:t xml:space="preserve">[00:35:17] </w:t>
      </w:r>
      <w:r>
        <w:rPr>
          <w:rFonts w:ascii="Arial" w:hAnsi="Arial"/>
          <w:sz w:val="20"/>
        </w:rPr>
        <w:t>Guess what? They won I'm trying to escape.</w:t>
      </w:r>
    </w:p>
    <w:p>
      <w:pPr>
        <w:spacing w:after="60"/>
      </w:pPr>
      <w:r>
        <w:rPr>
          <w:b/>
          <w:color w:val="8A681B"/>
        </w:rPr>
        <w:t xml:space="preserve">[00:35:21] </w:t>
      </w:r>
      <w:r>
        <w:rPr>
          <w:rFonts w:ascii="Arial" w:hAnsi="Arial"/>
          <w:sz w:val="20"/>
        </w:rPr>
        <w:t>They're like you got to dig a bunch of deep holes for this one and put him in because he gonna he gonna climb out.</w:t>
      </w:r>
    </w:p>
    <w:p>
      <w:pPr>
        <w:spacing w:after="60"/>
      </w:pPr>
      <w:r>
        <w:rPr>
          <w:b/>
          <w:color w:val="8A681B"/>
        </w:rPr>
        <w:t xml:space="preserve">[00:35:26] </w:t>
      </w:r>
      <w:r>
        <w:rPr>
          <w:rFonts w:ascii="Arial" w:hAnsi="Arial"/>
          <w:sz w:val="20"/>
        </w:rPr>
        <w:t>Tell somebody you should keep trying to climb out, but I'm not gonna let the devil just keep abusing me.</w:t>
      </w:r>
    </w:p>
    <w:p>
      <w:pPr>
        <w:spacing w:after="60"/>
      </w:pPr>
      <w:r>
        <w:rPr>
          <w:b/>
          <w:color w:val="8A681B"/>
        </w:rPr>
        <w:t xml:space="preserve">[00:35:31] </w:t>
      </w:r>
      <w:r>
        <w:rPr>
          <w:rFonts w:ascii="Arial" w:hAnsi="Arial"/>
          <w:sz w:val="20"/>
        </w:rPr>
        <w:t>How do you do that?</w:t>
      </w:r>
    </w:p>
    <w:p>
      <w:pPr>
        <w:spacing w:after="60"/>
      </w:pPr>
      <w:r>
        <w:rPr>
          <w:b/>
          <w:color w:val="8A681B"/>
        </w:rPr>
        <w:t xml:space="preserve">[00:35:35] </w:t>
      </w:r>
      <w:r>
        <w:rPr>
          <w:rFonts w:ascii="Arial" w:hAnsi="Arial"/>
          <w:sz w:val="20"/>
        </w:rPr>
        <w:t>Psychologically you have to buy into what I don't know why I'm going this way this morning psychologically you have to buy into it.</w:t>
      </w:r>
    </w:p>
    <w:p>
      <w:pPr>
        <w:spacing w:after="60"/>
      </w:pPr>
      <w:r>
        <w:rPr>
          <w:b/>
          <w:color w:val="8A681B"/>
        </w:rPr>
        <w:t xml:space="preserve">[00:35:43] </w:t>
      </w:r>
      <w:r>
        <w:rPr>
          <w:rFonts w:ascii="Arial" w:hAnsi="Arial"/>
          <w:sz w:val="20"/>
        </w:rPr>
        <w:t>You you almost have to start believing that you belong there.</w:t>
      </w:r>
    </w:p>
    <w:p>
      <w:pPr>
        <w:spacing w:after="60"/>
      </w:pPr>
      <w:r>
        <w:rPr>
          <w:b/>
          <w:color w:val="8A681B"/>
        </w:rPr>
        <w:t xml:space="preserve">[00:35:48] </w:t>
      </w:r>
      <w:r>
        <w:rPr>
          <w:rFonts w:ascii="Arial" w:hAnsi="Arial"/>
          <w:sz w:val="20"/>
        </w:rPr>
        <w:t>And that there's no way out.</w:t>
      </w:r>
    </w:p>
    <w:p>
      <w:pPr>
        <w:spacing w:after="60"/>
      </w:pPr>
      <w:r>
        <w:rPr>
          <w:b/>
          <w:color w:val="8A681B"/>
        </w:rPr>
        <w:t xml:space="preserve">[00:35:50] </w:t>
      </w:r>
      <w:r>
        <w:rPr>
          <w:rFonts w:ascii="Arial" w:hAnsi="Arial"/>
          <w:sz w:val="20"/>
        </w:rPr>
        <w:t>But if you can make it to the door.</w:t>
      </w:r>
    </w:p>
    <w:p>
      <w:pPr>
        <w:spacing w:after="60"/>
      </w:pPr>
      <w:r>
        <w:rPr>
          <w:b/>
          <w:color w:val="8A681B"/>
        </w:rPr>
        <w:t xml:space="preserve">[00:35:52] </w:t>
      </w:r>
      <w:r>
        <w:rPr>
          <w:rFonts w:ascii="Arial" w:hAnsi="Arial"/>
          <w:sz w:val="20"/>
        </w:rPr>
        <w:t>If you can get to jesus you can get out.</w:t>
      </w:r>
    </w:p>
    <w:p>
      <w:pPr>
        <w:spacing w:after="60"/>
      </w:pPr>
      <w:r>
        <w:rPr>
          <w:b/>
          <w:color w:val="8A681B"/>
        </w:rPr>
        <w:t xml:space="preserve">[00:35:56] </w:t>
      </w:r>
      <w:r>
        <w:rPr>
          <w:rFonts w:ascii="Arial" w:hAnsi="Arial"/>
          <w:sz w:val="20"/>
        </w:rPr>
        <w:t>But when you talk about second corinthians.</w:t>
      </w:r>
    </w:p>
    <w:p>
      <w:pPr>
        <w:spacing w:after="60"/>
      </w:pPr>
      <w:r>
        <w:rPr>
          <w:b/>
          <w:color w:val="8A681B"/>
        </w:rPr>
        <w:t xml:space="preserve">[00:35:59] </w:t>
      </w:r>
      <w:r>
        <w:rPr>
          <w:rFonts w:ascii="Arial" w:hAnsi="Arial"/>
          <w:sz w:val="20"/>
        </w:rPr>
        <w:t>10 let's read maybe four and five when you there say I am there.</w:t>
      </w:r>
    </w:p>
    <w:p>
      <w:pPr>
        <w:spacing w:after="60"/>
      </w:pPr>
      <w:r>
        <w:rPr>
          <w:b/>
          <w:color w:val="8A681B"/>
        </w:rPr>
        <w:t xml:space="preserve">[00:36:05] </w:t>
      </w:r>
      <w:r>
        <w:rPr>
          <w:rFonts w:ascii="Arial" w:hAnsi="Arial"/>
          <w:sz w:val="20"/>
        </w:rPr>
        <w:t>Let's start at verse number three. He says for though. We walk in the flesh. You don't fight with the flesh.</w:t>
      </w:r>
    </w:p>
    <w:p>
      <w:pPr>
        <w:spacing w:after="60"/>
      </w:pPr>
      <w:r>
        <w:rPr>
          <w:b/>
          <w:color w:val="8A681B"/>
        </w:rPr>
        <w:t xml:space="preserve">[00:36:12] </w:t>
      </w:r>
      <w:r>
        <w:rPr>
          <w:rFonts w:ascii="Arial" w:hAnsi="Arial"/>
          <w:sz w:val="20"/>
        </w:rPr>
        <w:t>You don't fight with the flesh.</w:t>
      </w:r>
    </w:p>
    <w:p>
      <w:pPr>
        <w:spacing w:after="60"/>
      </w:pPr>
      <w:r>
        <w:rPr>
          <w:b/>
          <w:color w:val="8A681B"/>
        </w:rPr>
        <w:t xml:space="preserve">[00:36:15] </w:t>
      </w:r>
      <w:r>
        <w:rPr>
          <w:rFonts w:ascii="Arial" w:hAnsi="Arial"/>
          <w:sz w:val="20"/>
        </w:rPr>
        <w:t>There are times where you have to fight but there you don't when you're talking about spiritual things you don't fight with the flesh.</w:t>
      </w:r>
    </w:p>
    <w:p>
      <w:pPr>
        <w:spacing w:after="60"/>
      </w:pPr>
      <w:r>
        <w:rPr>
          <w:b/>
          <w:color w:val="8A681B"/>
        </w:rPr>
        <w:t xml:space="preserve">[00:36:23] </w:t>
      </w:r>
      <w:r>
        <w:rPr>
          <w:rFonts w:ascii="Arial" w:hAnsi="Arial"/>
          <w:sz w:val="20"/>
        </w:rPr>
        <w:t>He goes on to say he says for the weapons of your warfare the stuff you got to use in warfare.</w:t>
      </w:r>
    </w:p>
    <w:p>
      <w:pPr>
        <w:spacing w:after="60"/>
      </w:pPr>
      <w:r>
        <w:rPr>
          <w:b/>
          <w:color w:val="8A681B"/>
        </w:rPr>
        <w:t xml:space="preserve">[00:36:29] </w:t>
      </w:r>
      <w:r>
        <w:rPr>
          <w:rFonts w:ascii="Arial" w:hAnsi="Arial"/>
          <w:sz w:val="20"/>
        </w:rPr>
        <w:t>He said they are not carnal.</w:t>
      </w:r>
    </w:p>
    <w:p>
      <w:pPr>
        <w:spacing w:after="60"/>
      </w:pPr>
      <w:r>
        <w:rPr>
          <w:b/>
          <w:color w:val="8A681B"/>
        </w:rPr>
        <w:t xml:space="preserve">[00:36:33] </w:t>
      </w:r>
      <w:r>
        <w:rPr>
          <w:rFonts w:ascii="Arial" w:hAnsi="Arial"/>
          <w:sz w:val="20"/>
        </w:rPr>
        <w:t>Now this won't make a lot of sense to people because people don't try to learn.</w:t>
      </w:r>
    </w:p>
    <w:p>
      <w:pPr>
        <w:spacing w:after="60"/>
      </w:pPr>
      <w:r>
        <w:rPr>
          <w:b/>
          <w:color w:val="8A681B"/>
        </w:rPr>
        <w:t xml:space="preserve">[00:36:37] </w:t>
      </w:r>
      <w:r>
        <w:rPr>
          <w:rFonts w:ascii="Arial" w:hAnsi="Arial"/>
          <w:sz w:val="20"/>
        </w:rPr>
        <w:t>They don't try to learn how to do it themselves. They always look for somebody to do it for them.</w:t>
      </w:r>
    </w:p>
    <w:p>
      <w:pPr>
        <w:spacing w:after="60"/>
      </w:pPr>
      <w:r>
        <w:rPr>
          <w:b/>
          <w:color w:val="8A681B"/>
        </w:rPr>
        <w:t xml:space="preserve">[00:36:42] </w:t>
      </w:r>
      <w:r>
        <w:rPr>
          <w:rFonts w:ascii="Arial" w:hAnsi="Arial"/>
          <w:sz w:val="20"/>
        </w:rPr>
        <w:t>But we're in a season now where you got to fight to get through that door.</w:t>
      </w:r>
    </w:p>
    <w:p>
      <w:pPr>
        <w:spacing w:after="60"/>
      </w:pPr>
      <w:r>
        <w:rPr>
          <w:b/>
          <w:color w:val="8A681B"/>
        </w:rPr>
        <w:t xml:space="preserve">[00:36:46] </w:t>
      </w:r>
      <w:r>
        <w:rPr>
          <w:rFonts w:ascii="Arial" w:hAnsi="Arial"/>
          <w:sz w:val="20"/>
        </w:rPr>
        <w:t>Amen to this.</w:t>
      </w:r>
    </w:p>
    <w:p>
      <w:pPr>
        <w:spacing w:after="60"/>
      </w:pPr>
      <w:r>
        <w:rPr>
          <w:b/>
          <w:color w:val="8A681B"/>
        </w:rPr>
        <w:t xml:space="preserve">[00:36:48] </w:t>
      </w:r>
      <w:r>
        <w:rPr>
          <w:rFonts w:ascii="Arial" w:hAnsi="Arial"/>
          <w:sz w:val="20"/>
        </w:rPr>
        <w:t>He says it is it's it's it's not carnal.</w:t>
      </w:r>
    </w:p>
    <w:p>
      <w:pPr>
        <w:spacing w:after="60"/>
      </w:pPr>
      <w:r>
        <w:rPr>
          <w:b/>
          <w:color w:val="8A681B"/>
        </w:rPr>
        <w:t xml:space="preserve">[00:36:51] </w:t>
      </w:r>
      <w:r>
        <w:rPr>
          <w:rFonts w:ascii="Arial" w:hAnsi="Arial"/>
          <w:sz w:val="20"/>
        </w:rPr>
        <w:t>He says but it is mighty to God to the pulling down of strongholds. Everybody say strongholds three times.</w:t>
      </w:r>
    </w:p>
    <w:p>
      <w:pPr>
        <w:spacing w:after="60"/>
      </w:pPr>
      <w:r>
        <w:rPr>
          <w:b/>
          <w:color w:val="8A681B"/>
        </w:rPr>
        <w:t xml:space="preserve">[00:36:59] </w:t>
      </w:r>
      <w:r>
        <w:rPr>
          <w:rFonts w:ascii="Arial" w:hAnsi="Arial"/>
          <w:sz w:val="20"/>
        </w:rPr>
        <w:t>Casting down.</w:t>
      </w:r>
    </w:p>
    <w:p>
      <w:pPr>
        <w:spacing w:after="60"/>
      </w:pPr>
      <w:r>
        <w:rPr>
          <w:b/>
          <w:color w:val="8A681B"/>
        </w:rPr>
        <w:t xml:space="preserve">[00:37:00] </w:t>
      </w:r>
      <w:r>
        <w:rPr>
          <w:rFonts w:ascii="Arial" w:hAnsi="Arial"/>
          <w:sz w:val="20"/>
        </w:rPr>
        <w:t>Imaginations everything to do what.</w:t>
      </w:r>
    </w:p>
    <w:p>
      <w:pPr>
        <w:spacing w:after="60"/>
      </w:pPr>
      <w:r>
        <w:rPr>
          <w:b/>
          <w:color w:val="8A681B"/>
        </w:rPr>
        <w:t xml:space="preserve">[00:37:03] </w:t>
      </w:r>
      <w:r>
        <w:rPr>
          <w:rFonts w:ascii="Arial" w:hAnsi="Arial"/>
          <w:sz w:val="20"/>
        </w:rPr>
        <w:t>Exalted self gets who the knowledge of what you know about God.</w:t>
      </w:r>
    </w:p>
    <w:p>
      <w:pPr>
        <w:spacing w:after="60"/>
      </w:pPr>
      <w:r>
        <w:rPr>
          <w:b/>
          <w:color w:val="8A681B"/>
        </w:rPr>
        <w:t xml:space="preserve">[00:37:08] </w:t>
      </w:r>
      <w:r>
        <w:rPr>
          <w:rFonts w:ascii="Arial" w:hAnsi="Arial"/>
          <w:sz w:val="20"/>
        </w:rPr>
        <w:t>As a truth.</w:t>
      </w:r>
    </w:p>
    <w:p>
      <w:pPr>
        <w:spacing w:after="60"/>
      </w:pPr>
      <w:r>
        <w:rPr>
          <w:b/>
          <w:color w:val="8A681B"/>
        </w:rPr>
        <w:t xml:space="preserve">[00:37:09] </w:t>
      </w:r>
      <w:r>
        <w:rPr>
          <w:rFonts w:ascii="Arial" w:hAnsi="Arial"/>
          <w:sz w:val="20"/>
        </w:rPr>
        <w:t>He comes to.</w:t>
      </w:r>
    </w:p>
    <w:p>
      <w:pPr>
        <w:spacing w:after="60"/>
      </w:pPr>
      <w:r>
        <w:rPr>
          <w:b/>
          <w:color w:val="8A681B"/>
        </w:rPr>
        <w:t xml:space="preserve">[00:37:11] </w:t>
      </w:r>
      <w:r>
        <w:rPr>
          <w:rFonts w:ascii="Arial" w:hAnsi="Arial"/>
          <w:sz w:val="20"/>
        </w:rPr>
        <w:t>Exalt himself above that he must get you to believe.</w:t>
      </w:r>
    </w:p>
    <w:p>
      <w:pPr>
        <w:spacing w:after="60"/>
      </w:pPr>
      <w:r>
        <w:rPr>
          <w:b/>
          <w:color w:val="8A681B"/>
        </w:rPr>
        <w:t xml:space="preserve">[00:37:16] </w:t>
      </w:r>
      <w:r>
        <w:rPr>
          <w:rFonts w:ascii="Arial" w:hAnsi="Arial"/>
          <w:sz w:val="20"/>
        </w:rPr>
        <w:t>Through accusations.</w:t>
      </w:r>
    </w:p>
    <w:p>
      <w:pPr>
        <w:spacing w:after="60"/>
      </w:pPr>
      <w:r>
        <w:rPr>
          <w:b/>
          <w:color w:val="8A681B"/>
        </w:rPr>
        <w:t xml:space="preserve">[00:37:19] </w:t>
      </w:r>
      <w:r>
        <w:rPr>
          <w:rFonts w:ascii="Arial" w:hAnsi="Arial"/>
          <w:sz w:val="20"/>
        </w:rPr>
        <w:t>Through through through these these these things that he says about you.</w:t>
      </w:r>
    </w:p>
    <w:p>
      <w:pPr>
        <w:spacing w:after="60"/>
      </w:pPr>
      <w:r>
        <w:rPr>
          <w:b/>
          <w:color w:val="8A681B"/>
        </w:rPr>
        <w:t xml:space="preserve">[00:37:24] </w:t>
      </w:r>
      <w:r>
        <w:rPr>
          <w:rFonts w:ascii="Arial" w:hAnsi="Arial"/>
          <w:sz w:val="20"/>
        </w:rPr>
        <w:t>He must get you to believe it as a matter of fact the I think the hebrew word when you interpret the word.</w:t>
      </w:r>
    </w:p>
    <w:p>
      <w:pPr>
        <w:spacing w:after="60"/>
      </w:pPr>
      <w:r>
        <w:rPr>
          <w:b/>
          <w:color w:val="8A681B"/>
        </w:rPr>
        <w:t xml:space="preserve">[00:37:30] </w:t>
      </w:r>
      <w:r>
        <w:rPr>
          <w:rFonts w:ascii="Arial" w:hAnsi="Arial"/>
          <w:sz w:val="20"/>
        </w:rPr>
        <w:t>Satan it means accuser.</w:t>
      </w:r>
    </w:p>
    <w:p>
      <w:pPr>
        <w:spacing w:after="60"/>
      </w:pPr>
      <w:r>
        <w:rPr>
          <w:b/>
          <w:color w:val="8A681B"/>
        </w:rPr>
        <w:t xml:space="preserve">[00:37:34] </w:t>
      </w:r>
      <w:r>
        <w:rPr>
          <w:rFonts w:ascii="Arial" w:hAnsi="Arial"/>
          <w:sz w:val="20"/>
        </w:rPr>
        <w:t>His name means accuser.</w:t>
      </w:r>
    </w:p>
    <w:p>
      <w:pPr>
        <w:spacing w:after="60"/>
      </w:pPr>
      <w:r>
        <w:rPr>
          <w:b/>
          <w:color w:val="8A681B"/>
        </w:rPr>
        <w:t xml:space="preserve">[00:37:37] </w:t>
      </w:r>
      <w:r>
        <w:rPr>
          <w:rFonts w:ascii="Arial" w:hAnsi="Arial"/>
          <w:sz w:val="20"/>
        </w:rPr>
        <w:t>So he'll accuse you of things. He'll talk crazy to you.</w:t>
      </w:r>
    </w:p>
    <w:p>
      <w:pPr>
        <w:spacing w:after="60"/>
      </w:pPr>
      <w:r>
        <w:rPr>
          <w:b/>
          <w:color w:val="8A681B"/>
        </w:rPr>
        <w:t xml:space="preserve">[00:37:40] </w:t>
      </w:r>
      <w:r>
        <w:rPr>
          <w:rFonts w:ascii="Arial" w:hAnsi="Arial"/>
          <w:sz w:val="20"/>
        </w:rPr>
        <w:t>He'll put you down and you have to believe that but most of the things that we think that are real in our lives.</w:t>
      </w:r>
    </w:p>
    <w:p>
      <w:pPr>
        <w:spacing w:after="60"/>
      </w:pPr>
      <w:r>
        <w:rPr>
          <w:b/>
          <w:color w:val="8A681B"/>
        </w:rPr>
        <w:t xml:space="preserve">[00:37:47] </w:t>
      </w:r>
      <w:r>
        <w:rPr>
          <w:rFonts w:ascii="Arial" w:hAnsi="Arial"/>
          <w:sz w:val="20"/>
        </w:rPr>
        <w:t>They are really imaginations.</w:t>
      </w:r>
    </w:p>
    <w:p>
      <w:pPr>
        <w:spacing w:after="60"/>
      </w:pPr>
      <w:r>
        <w:rPr>
          <w:b/>
          <w:color w:val="8A681B"/>
        </w:rPr>
        <w:t xml:space="preserve">[00:37:51] </w:t>
      </w:r>
      <w:r>
        <w:rPr>
          <w:rFonts w:ascii="Arial" w:hAnsi="Arial"/>
          <w:sz w:val="20"/>
        </w:rPr>
        <w:t>So you're not dumb. You was told you was dumb.</w:t>
      </w:r>
    </w:p>
    <w:p>
      <w:pPr>
        <w:spacing w:after="60"/>
      </w:pPr>
      <w:r>
        <w:rPr>
          <w:b/>
          <w:color w:val="8A681B"/>
        </w:rPr>
        <w:t xml:space="preserve">[00:37:55] </w:t>
      </w:r>
      <w:r>
        <w:rPr>
          <w:rFonts w:ascii="Arial" w:hAnsi="Arial"/>
          <w:sz w:val="20"/>
        </w:rPr>
        <w:t>And you.</w:t>
      </w:r>
    </w:p>
    <w:p>
      <w:pPr>
        <w:spacing w:after="60"/>
      </w:pPr>
      <w:r>
        <w:rPr>
          <w:b/>
          <w:color w:val="8A681B"/>
        </w:rPr>
        <w:t xml:space="preserve">[00:37:58] </w:t>
      </w:r>
      <w:r>
        <w:rPr>
          <w:rFonts w:ascii="Arial" w:hAnsi="Arial"/>
          <w:sz w:val="20"/>
        </w:rPr>
        <w:t>God has your expiration date already planned, but somebody been telling you you're gonna die early say I'm still here.</w:t>
      </w:r>
    </w:p>
    <w:p>
      <w:pPr>
        <w:spacing w:after="60"/>
      </w:pPr>
      <w:r>
        <w:rPr>
          <w:b/>
          <w:color w:val="8A681B"/>
        </w:rPr>
        <w:t xml:space="preserve">[00:38:08] </w:t>
      </w:r>
      <w:r>
        <w:rPr>
          <w:rFonts w:ascii="Arial" w:hAnsi="Arial"/>
          <w:sz w:val="20"/>
        </w:rPr>
        <w:t>Because he'll put these imaginations in your mind to make you think that what God has said about you.</w:t>
      </w:r>
    </w:p>
    <w:p>
      <w:pPr>
        <w:spacing w:after="60"/>
      </w:pPr>
      <w:r>
        <w:rPr>
          <w:b/>
          <w:color w:val="8A681B"/>
        </w:rPr>
        <w:t xml:space="preserve">[00:38:14] </w:t>
      </w:r>
      <w:r>
        <w:rPr>
          <w:rFonts w:ascii="Arial" w:hAnsi="Arial"/>
          <w:sz w:val="20"/>
        </w:rPr>
        <w:t>Can never come to pass sister baker and it's all lies.</w:t>
      </w:r>
    </w:p>
    <w:p>
      <w:pPr>
        <w:spacing w:after="60"/>
      </w:pPr>
      <w:r>
        <w:rPr>
          <w:b/>
          <w:color w:val="8A681B"/>
        </w:rPr>
        <w:t xml:space="preserve">[00:38:20] </w:t>
      </w:r>
      <w:r>
        <w:rPr>
          <w:rFonts w:ascii="Arial" w:hAnsi="Arial"/>
          <w:sz w:val="20"/>
        </w:rPr>
        <w:t>We can have the best husband the best wife and the and the whole time the devil be telling you they don't love you.</w:t>
      </w:r>
    </w:p>
    <w:p>
      <w:pPr>
        <w:spacing w:after="60"/>
      </w:pPr>
      <w:r>
        <w:rPr>
          <w:b/>
          <w:color w:val="8A681B"/>
        </w:rPr>
        <w:t xml:space="preserve">[00:38:28] </w:t>
      </w:r>
      <w:r>
        <w:rPr>
          <w:rFonts w:ascii="Arial" w:hAnsi="Arial"/>
          <w:sz w:val="20"/>
        </w:rPr>
        <w:t>No, not in a bad season in a season where they're good to you.</w:t>
      </w:r>
    </w:p>
    <w:p>
      <w:pPr>
        <w:spacing w:after="60"/>
      </w:pPr>
      <w:r>
        <w:rPr>
          <w:b/>
          <w:color w:val="8A681B"/>
        </w:rPr>
        <w:t xml:space="preserve">[00:38:32] </w:t>
      </w:r>
      <w:r>
        <w:rPr>
          <w:rFonts w:ascii="Arial" w:hAnsi="Arial"/>
          <w:sz w:val="20"/>
        </w:rPr>
        <w:t>And they're kind to you and they're providing for you and they're doing things for the kids and we're we're praying together.</w:t>
      </w:r>
    </w:p>
    <w:p>
      <w:pPr>
        <w:spacing w:after="60"/>
      </w:pPr>
      <w:r>
        <w:rPr>
          <w:b/>
          <w:color w:val="8A681B"/>
        </w:rPr>
        <w:t xml:space="preserve">[00:38:39] </w:t>
      </w:r>
      <w:r>
        <w:rPr>
          <w:rFonts w:ascii="Arial" w:hAnsi="Arial"/>
          <w:sz w:val="20"/>
        </w:rPr>
        <w:t>And then all of a sudden you got you all of a sudden you talk about do you love me?</w:t>
      </w:r>
    </w:p>
    <w:p>
      <w:pPr>
        <w:spacing w:after="60"/>
      </w:pPr>
      <w:r>
        <w:rPr>
          <w:b/>
          <w:color w:val="8A681B"/>
        </w:rPr>
        <w:t xml:space="preserve">[00:38:44] </w:t>
      </w:r>
      <w:r>
        <w:rPr>
          <w:rFonts w:ascii="Arial" w:hAnsi="Arial"/>
          <w:sz w:val="20"/>
        </w:rPr>
        <w:t>I feel like I feel like you don't love me and the whole time it's nothing but a demonic deception.</w:t>
      </w:r>
    </w:p>
    <w:p>
      <w:pPr>
        <w:spacing w:after="60"/>
      </w:pPr>
      <w:r>
        <w:rPr>
          <w:b/>
          <w:color w:val="8A681B"/>
        </w:rPr>
        <w:t xml:space="preserve">[00:38:53] </w:t>
      </w:r>
      <w:r>
        <w:rPr>
          <w:rFonts w:ascii="Arial" w:hAnsi="Arial"/>
          <w:sz w:val="20"/>
        </w:rPr>
        <w:t>He ain't interested. She not interested in no other man.</w:t>
      </w:r>
    </w:p>
    <w:p>
      <w:pPr>
        <w:spacing w:after="60"/>
      </w:pPr>
      <w:r>
        <w:rPr>
          <w:b/>
          <w:color w:val="8A681B"/>
        </w:rPr>
        <w:t xml:space="preserve">[00:38:57] </w:t>
      </w:r>
      <w:r>
        <w:rPr>
          <w:rFonts w:ascii="Arial" w:hAnsi="Arial"/>
          <w:sz w:val="20"/>
        </w:rPr>
        <w:t>The only person that got the eyes are you but just because they saw somebody or acknowledged somebody you think it's all deception.</w:t>
      </w:r>
    </w:p>
    <w:p>
      <w:pPr>
        <w:spacing w:after="60"/>
      </w:pPr>
      <w:r>
        <w:rPr>
          <w:b/>
          <w:color w:val="8A681B"/>
        </w:rPr>
        <w:t xml:space="preserve">[00:39:05] </w:t>
      </w:r>
      <w:r>
        <w:rPr>
          <w:rFonts w:ascii="Arial" w:hAnsi="Arial"/>
          <w:sz w:val="20"/>
        </w:rPr>
        <w:t>It's all lies.</w:t>
      </w:r>
    </w:p>
    <w:p>
      <w:pPr>
        <w:spacing w:after="60"/>
      </w:pPr>
      <w:r>
        <w:rPr>
          <w:b/>
          <w:color w:val="8A681B"/>
        </w:rPr>
        <w:t xml:space="preserve">[00:39:09] </w:t>
      </w:r>
      <w:r>
        <w:rPr>
          <w:rFonts w:ascii="Arial" w:hAnsi="Arial"/>
          <w:sz w:val="20"/>
        </w:rPr>
        <w:t>Now watch this.</w:t>
      </w:r>
    </w:p>
    <w:p>
      <w:pPr>
        <w:spacing w:after="60"/>
      </w:pPr>
      <w:r>
        <w:rPr>
          <w:b/>
          <w:color w:val="8A681B"/>
        </w:rPr>
        <w:t xml:space="preserve">[00:39:11] </w:t>
      </w:r>
      <w:r>
        <w:rPr>
          <w:rFonts w:ascii="Arial" w:hAnsi="Arial"/>
          <w:sz w:val="20"/>
        </w:rPr>
        <w:t>Because if he deceives you good enough.</w:t>
      </w:r>
    </w:p>
    <w:p>
      <w:pPr>
        <w:spacing w:after="60"/>
      </w:pPr>
      <w:r>
        <w:rPr>
          <w:b/>
          <w:color w:val="8A681B"/>
        </w:rPr>
        <w:t xml:space="preserve">[00:39:15] </w:t>
      </w:r>
      <w:r>
        <w:rPr>
          <w:rFonts w:ascii="Arial" w:hAnsi="Arial"/>
          <w:sz w:val="20"/>
        </w:rPr>
        <w:t>You will speak stuff over yourself and it'll manifest.</w:t>
      </w:r>
    </w:p>
    <w:p>
      <w:pPr>
        <w:spacing w:after="60"/>
      </w:pPr>
      <w:r>
        <w:rPr>
          <w:b/>
          <w:color w:val="8A681B"/>
        </w:rPr>
        <w:t xml:space="preserve">[00:39:20] </w:t>
      </w:r>
      <w:r>
        <w:rPr>
          <w:rFonts w:ascii="Arial" w:hAnsi="Arial"/>
          <w:sz w:val="20"/>
        </w:rPr>
        <w:t>I feel like there's a lump. I feel like there's a lump. I feel like there's a lump.</w:t>
      </w:r>
    </w:p>
    <w:p>
      <w:pPr>
        <w:spacing w:after="60"/>
      </w:pPr>
      <w:r>
        <w:rPr>
          <w:b/>
          <w:color w:val="8A681B"/>
        </w:rPr>
        <w:t xml:space="preserve">[00:39:24] </w:t>
      </w:r>
      <w:r>
        <w:rPr>
          <w:rFonts w:ascii="Arial" w:hAnsi="Arial"/>
          <w:sz w:val="20"/>
        </w:rPr>
        <w:t>I feel like there's a lump. I feel like something wrong with my kidney go to the doctor. Nothing wrong with your kidneys.</w:t>
      </w:r>
    </w:p>
    <w:p>
      <w:pPr>
        <w:spacing w:after="60"/>
      </w:pPr>
      <w:r>
        <w:rPr>
          <w:b/>
          <w:color w:val="8A681B"/>
        </w:rPr>
        <w:t xml:space="preserve">[00:39:28] </w:t>
      </w:r>
      <w:r>
        <w:rPr>
          <w:rFonts w:ascii="Arial" w:hAnsi="Arial"/>
          <w:sz w:val="20"/>
        </w:rPr>
        <w:t>No lump go to the keep going. You keep going to doctor. No lump. I know my back because they say this dumb stuff.</w:t>
      </w:r>
    </w:p>
    <w:p>
      <w:pPr>
        <w:spacing w:after="60"/>
      </w:pPr>
      <w:r>
        <w:rPr>
          <w:b/>
          <w:color w:val="8A681B"/>
        </w:rPr>
        <w:t xml:space="preserve">[00:39:34] </w:t>
      </w:r>
      <w:r>
        <w:rPr>
          <w:rFonts w:ascii="Arial" w:hAnsi="Arial"/>
          <w:sz w:val="20"/>
        </w:rPr>
        <w:t>Like I know my body that the man that put you on the screen.</w:t>
      </w:r>
    </w:p>
    <w:p>
      <w:pPr>
        <w:spacing w:after="60"/>
      </w:pPr>
      <w:r>
        <w:rPr>
          <w:b/>
          <w:color w:val="8A681B"/>
        </w:rPr>
        <w:t xml:space="preserve">[00:39:43] </w:t>
      </w:r>
      <w:r>
        <w:rPr>
          <w:rFonts w:ascii="Arial" w:hAnsi="Arial"/>
          <w:sz w:val="20"/>
        </w:rPr>
        <w:t>But I know my body. I know my body.</w:t>
      </w:r>
    </w:p>
    <w:p>
      <w:pPr>
        <w:spacing w:after="60"/>
      </w:pPr>
      <w:r>
        <w:rPr>
          <w:b/>
          <w:color w:val="8A681B"/>
        </w:rPr>
        <w:t xml:space="preserve">[00:39:49] </w:t>
      </w:r>
      <w:r>
        <w:rPr>
          <w:rFonts w:ascii="Arial" w:hAnsi="Arial"/>
          <w:sz w:val="20"/>
        </w:rPr>
        <w:t>I'm thinking you go back home. It's on my honey. I think there's a lump here.</w:t>
      </w:r>
    </w:p>
    <w:p>
      <w:pPr>
        <w:spacing w:after="60"/>
      </w:pPr>
      <w:r>
        <w:rPr>
          <w:b/>
          <w:color w:val="8A681B"/>
        </w:rPr>
        <w:t xml:space="preserve">[00:39:52] </w:t>
      </w:r>
      <w:r>
        <w:rPr>
          <w:rFonts w:ascii="Arial" w:hAnsi="Arial"/>
          <w:sz w:val="20"/>
        </w:rPr>
        <w:t>I think there's a lump here.</w:t>
      </w:r>
    </w:p>
    <w:p>
      <w:pPr>
        <w:spacing w:after="60"/>
      </w:pPr>
      <w:r>
        <w:rPr>
          <w:b/>
          <w:color w:val="8A681B"/>
        </w:rPr>
        <w:t xml:space="preserve">[00:39:58] </w:t>
      </w:r>
      <w:r>
        <w:rPr>
          <w:rFonts w:ascii="Arial" w:hAnsi="Arial"/>
          <w:sz w:val="20"/>
        </w:rPr>
        <w:t>I think there's a lump here.</w:t>
      </w:r>
    </w:p>
    <w:p>
      <w:pPr>
        <w:spacing w:after="60"/>
      </w:pPr>
      <w:r>
        <w:rPr>
          <w:b/>
          <w:color w:val="8A681B"/>
        </w:rPr>
        <w:t xml:space="preserve">[00:40:01] </w:t>
      </w:r>
      <w:r>
        <w:rPr>
          <w:rFonts w:ascii="Arial" w:hAnsi="Arial"/>
          <w:sz w:val="20"/>
        </w:rPr>
        <w:t>And then you go back to the doctor.</w:t>
      </w:r>
    </w:p>
    <w:p>
      <w:pPr>
        <w:spacing w:after="60"/>
      </w:pPr>
      <w:r>
        <w:rPr>
          <w:b/>
          <w:color w:val="8A681B"/>
        </w:rPr>
        <w:t xml:space="preserve">[00:40:03] </w:t>
      </w:r>
      <w:r>
        <w:rPr>
          <w:rFonts w:ascii="Arial" w:hAnsi="Arial"/>
          <w:sz w:val="20"/>
        </w:rPr>
        <w:t>And after.</w:t>
      </w:r>
    </w:p>
    <w:p>
      <w:pPr>
        <w:spacing w:after="60"/>
      </w:pPr>
      <w:r>
        <w:rPr>
          <w:b/>
          <w:color w:val="8A681B"/>
        </w:rPr>
        <w:t xml:space="preserve">[00:40:05] </w:t>
      </w:r>
      <w:r>
        <w:rPr>
          <w:rFonts w:ascii="Arial" w:hAnsi="Arial"/>
          <w:sz w:val="20"/>
        </w:rPr>
        <w:t>15 exams where there was no lump now there's a lump because his deception calls you to speak against yourself.</w:t>
      </w:r>
    </w:p>
    <w:p>
      <w:pPr>
        <w:spacing w:after="60"/>
      </w:pPr>
      <w:r>
        <w:rPr>
          <w:b/>
          <w:color w:val="8A681B"/>
        </w:rPr>
        <w:t xml:space="preserve">[00:40:13] </w:t>
      </w:r>
      <w:r>
        <w:rPr>
          <w:rFonts w:ascii="Arial" w:hAnsi="Arial"/>
          <w:sz w:val="20"/>
        </w:rPr>
        <w:t>And because you created in god's image.</w:t>
      </w:r>
    </w:p>
    <w:p>
      <w:pPr>
        <w:spacing w:after="60"/>
      </w:pPr>
      <w:r>
        <w:rPr>
          <w:b/>
          <w:color w:val="8A681B"/>
        </w:rPr>
        <w:t xml:space="preserve">[00:40:17] </w:t>
      </w:r>
      <w:r>
        <w:rPr>
          <w:rFonts w:ascii="Arial" w:hAnsi="Arial"/>
          <w:sz w:val="20"/>
        </w:rPr>
        <w:t>What you said you have what you say now.</w:t>
      </w:r>
    </w:p>
    <w:p>
      <w:pPr>
        <w:spacing w:after="60"/>
      </w:pPr>
      <w:r>
        <w:rPr>
          <w:b/>
          <w:color w:val="8A681B"/>
        </w:rPr>
        <w:t xml:space="preserve">[00:40:21] </w:t>
      </w:r>
      <w:r>
        <w:rPr>
          <w:rFonts w:ascii="Arial" w:hAnsi="Arial"/>
          <w:sz w:val="20"/>
        </w:rPr>
        <w:t>But we root up every negative word that you said about your own self.</w:t>
      </w:r>
    </w:p>
    <w:p>
      <w:pPr>
        <w:spacing w:after="60"/>
      </w:pPr>
      <w:r>
        <w:rPr>
          <w:b/>
          <w:color w:val="8A681B"/>
        </w:rPr>
        <w:t xml:space="preserve">[00:40:26] </w:t>
      </w:r>
      <w:r>
        <w:rPr>
          <w:rFonts w:ascii="Arial" w:hAnsi="Arial"/>
          <w:sz w:val="20"/>
        </w:rPr>
        <w:t>Whatever you have prophesied over your body even after God has not only told you the truth through his word.</w:t>
      </w:r>
    </w:p>
    <w:p>
      <w:pPr>
        <w:spacing w:after="60"/>
      </w:pPr>
      <w:r>
        <w:rPr>
          <w:b/>
          <w:color w:val="8A681B"/>
        </w:rPr>
        <w:t xml:space="preserve">[00:40:32] </w:t>
      </w:r>
      <w:r>
        <w:rPr>
          <w:rFonts w:ascii="Arial" w:hAnsi="Arial"/>
          <w:sz w:val="20"/>
        </w:rPr>
        <w:t>But allowed to doctor to reveal you the truth.</w:t>
      </w:r>
    </w:p>
    <w:p>
      <w:pPr>
        <w:spacing w:after="60"/>
      </w:pPr>
      <w:r>
        <w:rPr>
          <w:b/>
          <w:color w:val="8A681B"/>
        </w:rPr>
        <w:t xml:space="preserve">[00:40:35] </w:t>
      </w:r>
      <w:r>
        <w:rPr>
          <w:rFonts w:ascii="Arial" w:hAnsi="Arial"/>
          <w:sz w:val="20"/>
        </w:rPr>
        <w:t>That your body come in line with your divine healing right now in the name of jesus shout.</w:t>
      </w:r>
    </w:p>
    <w:p>
      <w:pPr>
        <w:spacing w:after="60"/>
      </w:pPr>
      <w:r>
        <w:rPr>
          <w:b/>
          <w:color w:val="8A681B"/>
        </w:rPr>
        <w:t xml:space="preserve">[00:40:41] </w:t>
      </w:r>
      <w:r>
        <w:rPr>
          <w:rFonts w:ascii="Arial" w:hAnsi="Arial"/>
          <w:sz w:val="20"/>
        </w:rPr>
        <w:t>There's nothing wrong with me three times.</w:t>
      </w:r>
    </w:p>
    <w:p>
      <w:pPr>
        <w:spacing w:after="60"/>
      </w:pPr>
      <w:r>
        <w:rPr>
          <w:b/>
          <w:color w:val="8A681B"/>
        </w:rPr>
        <w:t xml:space="preserve">[00:40:47] </w:t>
      </w:r>
      <w:r>
        <w:rPr>
          <w:rFonts w:ascii="Arial" w:hAnsi="Arial"/>
          <w:sz w:val="20"/>
        </w:rPr>
        <w:t>So the devil.</w:t>
      </w:r>
    </w:p>
    <w:p>
      <w:pPr>
        <w:spacing w:after="60"/>
      </w:pPr>
      <w:r>
        <w:rPr>
          <w:b/>
          <w:color w:val="8A681B"/>
        </w:rPr>
        <w:t xml:space="preserve">[00:40:49] </w:t>
      </w:r>
      <w:r>
        <w:rPr>
          <w:rFonts w:ascii="Arial" w:hAnsi="Arial"/>
          <w:sz w:val="20"/>
        </w:rPr>
        <w:t>These these these strongholds that he talks about watch this.</w:t>
      </w:r>
    </w:p>
    <w:p>
      <w:pPr>
        <w:spacing w:after="60"/>
      </w:pPr>
      <w:r>
        <w:rPr>
          <w:b/>
          <w:color w:val="8A681B"/>
        </w:rPr>
        <w:t xml:space="preserve">[00:40:53] </w:t>
      </w:r>
      <w:r>
        <w:rPr>
          <w:rFonts w:ascii="Arial" w:hAnsi="Arial"/>
          <w:sz w:val="20"/>
        </w:rPr>
        <w:t>They mental patterns.</w:t>
      </w:r>
    </w:p>
    <w:p>
      <w:pPr>
        <w:spacing w:after="60"/>
      </w:pPr>
      <w:r>
        <w:rPr>
          <w:b/>
          <w:color w:val="8A681B"/>
        </w:rPr>
        <w:t xml:space="preserve">[00:40:58] </w:t>
      </w:r>
      <w:r>
        <w:rPr>
          <w:rFonts w:ascii="Arial" w:hAnsi="Arial"/>
          <w:sz w:val="20"/>
        </w:rPr>
        <w:t>Everybody say a stronghold.</w:t>
      </w:r>
    </w:p>
    <w:p>
      <w:pPr>
        <w:spacing w:after="60"/>
      </w:pPr>
      <w:r>
        <w:rPr>
          <w:b/>
          <w:color w:val="8A681B"/>
        </w:rPr>
        <w:t xml:space="preserve">[00:41:00] </w:t>
      </w:r>
      <w:r>
        <w:rPr>
          <w:rFonts w:ascii="Arial" w:hAnsi="Arial"/>
          <w:sz w:val="20"/>
        </w:rPr>
        <w:t>Is a mental pattern.</w:t>
      </w:r>
    </w:p>
    <w:p>
      <w:pPr>
        <w:spacing w:after="60"/>
      </w:pPr>
      <w:r>
        <w:rPr>
          <w:b/>
          <w:color w:val="8A681B"/>
        </w:rPr>
        <w:t xml:space="preserve">[00:41:05] </w:t>
      </w:r>
      <w:r>
        <w:rPr>
          <w:rFonts w:ascii="Arial" w:hAnsi="Arial"/>
          <w:sz w:val="20"/>
        </w:rPr>
        <w:t>I'll try and give y'all some positive day, but y'all would let me.</w:t>
      </w:r>
    </w:p>
    <w:p>
      <w:pPr>
        <w:spacing w:after="60"/>
      </w:pPr>
      <w:r>
        <w:rPr>
          <w:b/>
          <w:color w:val="8A681B"/>
        </w:rPr>
        <w:t xml:space="preserve">[00:41:09] </w:t>
      </w:r>
      <w:r>
        <w:rPr>
          <w:rFonts w:ascii="Arial" w:hAnsi="Arial"/>
          <w:sz w:val="20"/>
        </w:rPr>
        <w:t>This deal positive though.</w:t>
      </w:r>
    </w:p>
    <w:p>
      <w:pPr>
        <w:spacing w:after="60"/>
      </w:pPr>
      <w:r>
        <w:rPr>
          <w:b/>
          <w:color w:val="8A681B"/>
        </w:rPr>
        <w:t xml:space="preserve">[00:41:13] </w:t>
      </w:r>
      <w:r>
        <w:rPr>
          <w:rFonts w:ascii="Arial" w:hAnsi="Arial"/>
          <w:sz w:val="20"/>
        </w:rPr>
        <w:t>It'll create a mental pattern.</w:t>
      </w:r>
    </w:p>
    <w:p>
      <w:pPr>
        <w:spacing w:after="60"/>
      </w:pPr>
      <w:r>
        <w:rPr>
          <w:b/>
          <w:color w:val="8A681B"/>
        </w:rPr>
        <w:t xml:space="preserve">[00:41:16] </w:t>
      </w:r>
      <w:r>
        <w:rPr>
          <w:rFonts w:ascii="Arial" w:hAnsi="Arial"/>
          <w:sz w:val="20"/>
        </w:rPr>
        <w:t>In you that can watch this it can birth.</w:t>
      </w:r>
    </w:p>
    <w:p>
      <w:pPr>
        <w:spacing w:after="60"/>
      </w:pPr>
      <w:r>
        <w:rPr>
          <w:b/>
          <w:color w:val="8A681B"/>
        </w:rPr>
        <w:t xml:space="preserve">[00:41:23] </w:t>
      </w:r>
      <w:r>
        <w:rPr>
          <w:rFonts w:ascii="Arial" w:hAnsi="Arial"/>
          <w:sz w:val="20"/>
        </w:rPr>
        <w:t>It can birth things in you that really wasn't so in essence.</w:t>
      </w:r>
    </w:p>
    <w:p>
      <w:pPr>
        <w:spacing w:after="60"/>
      </w:pPr>
      <w:r>
        <w:rPr>
          <w:b/>
          <w:color w:val="8A681B"/>
        </w:rPr>
        <w:t xml:space="preserve">[00:41:30] </w:t>
      </w:r>
      <w:r>
        <w:rPr>
          <w:rFonts w:ascii="Arial" w:hAnsi="Arial"/>
          <w:sz w:val="20"/>
        </w:rPr>
        <w:t>Demons hide in mental patterns.</w:t>
      </w:r>
    </w:p>
    <w:p>
      <w:pPr>
        <w:spacing w:after="60"/>
      </w:pPr>
      <w:r>
        <w:rPr>
          <w:b/>
          <w:color w:val="8A681B"/>
        </w:rPr>
        <w:t xml:space="preserve">[00:41:33] </w:t>
      </w:r>
      <w:r>
        <w:rPr>
          <w:rFonts w:ascii="Arial" w:hAnsi="Arial"/>
          <w:sz w:val="20"/>
        </w:rPr>
        <w:t>Who are we?</w:t>
      </w:r>
    </w:p>
    <w:p>
      <w:pPr>
        <w:spacing w:after="60"/>
      </w:pPr>
      <w:r>
        <w:rPr>
          <w:b/>
          <w:color w:val="8A681B"/>
        </w:rPr>
        <w:t xml:space="preserve">[00:41:38] </w:t>
      </w:r>
      <w:r>
        <w:rPr>
          <w:rFonts w:ascii="Arial" w:hAnsi="Arial"/>
          <w:sz w:val="20"/>
        </w:rPr>
        <w:t>They hide in thoughts.</w:t>
      </w:r>
    </w:p>
    <w:p>
      <w:pPr>
        <w:spacing w:after="60"/>
      </w:pPr>
      <w:r>
        <w:rPr>
          <w:b/>
          <w:color w:val="8A681B"/>
        </w:rPr>
        <w:t xml:space="preserve">[00:41:42] </w:t>
      </w:r>
      <w:r>
        <w:rPr>
          <w:rFonts w:ascii="Arial" w:hAnsi="Arial"/>
          <w:sz w:val="20"/>
        </w:rPr>
        <w:t>Because they're not creative, but you are.</w:t>
      </w:r>
    </w:p>
    <w:p>
      <w:pPr>
        <w:spacing w:after="60"/>
      </w:pPr>
      <w:r>
        <w:rPr>
          <w:b/>
          <w:color w:val="8A681B"/>
        </w:rPr>
        <w:t xml:space="preserve">[00:41:47] </w:t>
      </w:r>
      <w:r>
        <w:rPr>
          <w:rFonts w:ascii="Arial" w:hAnsi="Arial"/>
          <w:sz w:val="20"/>
        </w:rPr>
        <w:t>Amen.</w:t>
      </w:r>
    </w:p>
    <w:p>
      <w:pPr>
        <w:spacing w:after="60"/>
      </w:pPr>
      <w:r>
        <w:rPr>
          <w:b/>
          <w:color w:val="8A681B"/>
        </w:rPr>
        <w:t xml:space="preserve">[00:41:49] </w:t>
      </w:r>
      <w:r>
        <w:rPr>
          <w:rFonts w:ascii="Arial" w:hAnsi="Arial"/>
          <w:sz w:val="20"/>
        </w:rPr>
        <w:t>So they'll start hiding in your thinking and and you done came to the altar.</w:t>
      </w:r>
    </w:p>
    <w:p>
      <w:pPr>
        <w:spacing w:after="60"/>
      </w:pPr>
      <w:r>
        <w:rPr>
          <w:b/>
          <w:color w:val="8A681B"/>
        </w:rPr>
        <w:t xml:space="preserve">[00:41:55] </w:t>
      </w:r>
      <w:r>
        <w:rPr>
          <w:rFonts w:ascii="Arial" w:hAnsi="Arial"/>
          <w:sz w:val="20"/>
        </w:rPr>
        <w:t>And you you've gotten delivered.</w:t>
      </w:r>
    </w:p>
    <w:p>
      <w:pPr>
        <w:spacing w:after="60"/>
      </w:pPr>
      <w:r>
        <w:rPr>
          <w:b/>
          <w:color w:val="8A681B"/>
        </w:rPr>
        <w:t xml:space="preserve">[00:41:58] </w:t>
      </w:r>
      <w:r>
        <w:rPr>
          <w:rFonts w:ascii="Arial" w:hAnsi="Arial"/>
          <w:sz w:val="20"/>
        </w:rPr>
        <w:t>From whatever was there.</w:t>
      </w:r>
    </w:p>
    <w:p>
      <w:pPr>
        <w:spacing w:after="60"/>
      </w:pPr>
      <w:r>
        <w:rPr>
          <w:b/>
          <w:color w:val="8A681B"/>
        </w:rPr>
        <w:t xml:space="preserve">[00:42:02] </w:t>
      </w:r>
      <w:r>
        <w:rPr>
          <w:rFonts w:ascii="Arial" w:hAnsi="Arial"/>
          <w:sz w:val="20"/>
        </w:rPr>
        <w:t>But then you get up the next morning and you still got the same desire to do what you.</w:t>
      </w:r>
    </w:p>
    <w:p>
      <w:pPr>
        <w:spacing w:after="60"/>
      </w:pPr>
      <w:r>
        <w:rPr>
          <w:b/>
          <w:color w:val="8A681B"/>
        </w:rPr>
        <w:t xml:space="preserve">[00:42:08] </w:t>
      </w:r>
      <w:r>
        <w:rPr>
          <w:rFonts w:ascii="Arial" w:hAnsi="Arial"/>
          <w:sz w:val="20"/>
        </w:rPr>
        <w:t>Were doing.</w:t>
      </w:r>
    </w:p>
    <w:p>
      <w:pPr>
        <w:spacing w:after="60"/>
      </w:pPr>
      <w:r>
        <w:rPr>
          <w:b/>
          <w:color w:val="8A681B"/>
        </w:rPr>
        <w:t xml:space="preserve">[00:42:10] </w:t>
      </w:r>
      <w:r>
        <w:rPr>
          <w:rFonts w:ascii="Arial" w:hAnsi="Arial"/>
          <w:sz w:val="20"/>
        </w:rPr>
        <w:t>Okay, is the word true or is it not?</w:t>
      </w:r>
    </w:p>
    <w:p>
      <w:pPr>
        <w:spacing w:after="60"/>
      </w:pPr>
      <w:r>
        <w:rPr>
          <w:b/>
          <w:color w:val="8A681B"/>
        </w:rPr>
        <w:t xml:space="preserve">[00:42:16] </w:t>
      </w:r>
      <w:r>
        <w:rPr>
          <w:rFonts w:ascii="Arial" w:hAnsi="Arial"/>
          <w:sz w:val="20"/>
        </w:rPr>
        <w:t>What's happening is the stronghold.</w:t>
      </w:r>
    </w:p>
    <w:p>
      <w:pPr>
        <w:spacing w:after="60"/>
      </w:pPr>
      <w:r>
        <w:rPr>
          <w:b/>
          <w:color w:val="8A681B"/>
        </w:rPr>
        <w:t xml:space="preserve">[00:42:21] </w:t>
      </w:r>
      <w:r>
        <w:rPr>
          <w:rFonts w:ascii="Arial" w:hAnsi="Arial"/>
          <w:sz w:val="20"/>
        </w:rPr>
        <w:t>Is.</w:t>
      </w:r>
    </w:p>
    <w:p>
      <w:pPr>
        <w:spacing w:after="60"/>
      </w:pPr>
      <w:r>
        <w:rPr>
          <w:b/>
          <w:color w:val="8A681B"/>
        </w:rPr>
        <w:t xml:space="preserve">[00:42:22] </w:t>
      </w:r>
      <w:r>
        <w:rPr>
          <w:rFonts w:ascii="Arial" w:hAnsi="Arial"/>
          <w:sz w:val="20"/>
        </w:rPr>
        <w:t>Embedded or they're hiding in your mind and you have to break the pattern by renewing your thinking.</w:t>
      </w:r>
    </w:p>
    <w:p>
      <w:pPr>
        <w:spacing w:after="60"/>
      </w:pPr>
      <w:r>
        <w:rPr>
          <w:b/>
          <w:color w:val="8A681B"/>
        </w:rPr>
        <w:t xml:space="preserve">[00:42:30] </w:t>
      </w:r>
      <w:r>
        <w:rPr>
          <w:rFonts w:ascii="Arial" w:hAnsi="Arial"/>
          <w:sz w:val="20"/>
        </w:rPr>
        <w:t>The transformed mind breaks the cycle or the pattern that he's hiding in your mind.</w:t>
      </w:r>
    </w:p>
    <w:p>
      <w:pPr>
        <w:spacing w:after="60"/>
      </w:pPr>
      <w:r>
        <w:rPr>
          <w:b/>
          <w:color w:val="8A681B"/>
        </w:rPr>
        <w:t xml:space="preserve">[00:42:38] </w:t>
      </w:r>
      <w:r>
        <w:rPr>
          <w:rFonts w:ascii="Arial" w:hAnsi="Arial"/>
          <w:sz w:val="20"/>
        </w:rPr>
        <w:t>So you think down about yourself you you start believing I'm like my mama I'm like my dad if it was if it's negative.</w:t>
      </w:r>
    </w:p>
    <w:p>
      <w:pPr>
        <w:spacing w:after="60"/>
      </w:pPr>
      <w:r>
        <w:rPr>
          <w:b/>
          <w:color w:val="8A681B"/>
        </w:rPr>
        <w:t xml:space="preserve">[00:42:45] </w:t>
      </w:r>
      <w:r>
        <w:rPr>
          <w:rFonts w:ascii="Arial" w:hAnsi="Arial"/>
          <w:sz w:val="20"/>
        </w:rPr>
        <w:t>But that's because he's hidden in a pattern.</w:t>
      </w:r>
    </w:p>
    <w:p>
      <w:pPr>
        <w:spacing w:after="60"/>
      </w:pPr>
      <w:r>
        <w:rPr>
          <w:b/>
          <w:color w:val="8A681B"/>
        </w:rPr>
        <w:t xml:space="preserve">[00:42:48] </w:t>
      </w:r>
      <w:r>
        <w:rPr>
          <w:rFonts w:ascii="Arial" w:hAnsi="Arial"/>
          <w:sz w:val="20"/>
        </w:rPr>
        <w:t>In your mind to make you think that whatever they had or didn't have or became.</w:t>
      </w:r>
    </w:p>
    <w:p>
      <w:pPr>
        <w:spacing w:after="60"/>
      </w:pPr>
      <w:r>
        <w:rPr>
          <w:b/>
          <w:color w:val="8A681B"/>
        </w:rPr>
        <w:t xml:space="preserve">[00:42:54] </w:t>
      </w:r>
      <w:r>
        <w:rPr>
          <w:rFonts w:ascii="Arial" w:hAnsi="Arial"/>
          <w:sz w:val="20"/>
        </w:rPr>
        <w:t>That that's the plot for your life and God say i've already told you what your plot was.</w:t>
      </w:r>
    </w:p>
    <w:p>
      <w:pPr>
        <w:spacing w:after="60"/>
      </w:pPr>
      <w:r>
        <w:rPr>
          <w:b/>
          <w:color w:val="8A681B"/>
        </w:rPr>
        <w:t xml:space="preserve">[00:42:58] </w:t>
      </w:r>
      <w:r>
        <w:rPr>
          <w:rFonts w:ascii="Arial" w:hAnsi="Arial"/>
          <w:sz w:val="20"/>
        </w:rPr>
        <w:t>But you won't renew your mind be transformed what by the renewing of your mind.</w:t>
      </w:r>
    </w:p>
    <w:p>
      <w:pPr>
        <w:spacing w:after="60"/>
      </w:pPr>
      <w:r>
        <w:rPr>
          <w:b/>
          <w:color w:val="8A681B"/>
        </w:rPr>
        <w:t xml:space="preserve">[00:43:05] </w:t>
      </w:r>
      <w:r>
        <w:rPr>
          <w:rFonts w:ascii="Arial" w:hAnsi="Arial"/>
          <w:sz w:val="20"/>
        </w:rPr>
        <w:t>That's what breaks the patterns the negative patterns.</w:t>
      </w:r>
    </w:p>
    <w:p>
      <w:pPr>
        <w:spacing w:after="60"/>
      </w:pPr>
      <w:r>
        <w:rPr>
          <w:b/>
          <w:color w:val="8A681B"/>
        </w:rPr>
        <w:t xml:space="preserve">[00:43:08] </w:t>
      </w:r>
      <w:r>
        <w:rPr>
          <w:rFonts w:ascii="Arial" w:hAnsi="Arial"/>
          <w:sz w:val="20"/>
        </w:rPr>
        <w:t>So you you'll keep doing the same thing the the drugs the alcohol the sex, but you are born again.</w:t>
      </w:r>
    </w:p>
    <w:p>
      <w:pPr>
        <w:spacing w:after="60"/>
      </w:pPr>
      <w:r>
        <w:rPr>
          <w:b/>
          <w:color w:val="8A681B"/>
        </w:rPr>
        <w:t xml:space="preserve">[00:43:14] </w:t>
      </w:r>
      <w:r>
        <w:rPr>
          <w:rFonts w:ascii="Arial" w:hAnsi="Arial"/>
          <w:sz w:val="20"/>
        </w:rPr>
        <w:t>Why why do I still want to do these things? Why do I still fuss and fight?</w:t>
      </w:r>
    </w:p>
    <w:p>
      <w:pPr>
        <w:spacing w:after="60"/>
      </w:pPr>
      <w:r>
        <w:rPr>
          <w:b/>
          <w:color w:val="8A681B"/>
        </w:rPr>
        <w:t xml:space="preserve">[00:43:19] </w:t>
      </w:r>
      <w:r>
        <w:rPr>
          <w:rFonts w:ascii="Arial" w:hAnsi="Arial"/>
          <w:sz w:val="20"/>
        </w:rPr>
        <w:t>Why can't I why can't why can't my marriage move through the door like other people marriage is moving through the door?</w:t>
      </w:r>
    </w:p>
    <w:p>
      <w:pPr>
        <w:spacing w:after="60"/>
      </w:pPr>
      <w:r>
        <w:rPr>
          <w:b/>
          <w:color w:val="8A681B"/>
        </w:rPr>
        <w:t xml:space="preserve">[00:43:26] </w:t>
      </w:r>
      <w:r>
        <w:rPr>
          <w:rFonts w:ascii="Arial" w:hAnsi="Arial"/>
          <w:sz w:val="20"/>
        </w:rPr>
        <w:t>Because you have not destroyed the pattern of thinking.</w:t>
      </w:r>
    </w:p>
    <w:p>
      <w:pPr>
        <w:spacing w:after="60"/>
      </w:pPr>
      <w:r>
        <w:rPr>
          <w:b/>
          <w:color w:val="8A681B"/>
        </w:rPr>
        <w:t xml:space="preserve">[00:43:29] </w:t>
      </w:r>
      <w:r>
        <w:rPr>
          <w:rFonts w:ascii="Arial" w:hAnsi="Arial"/>
          <w:sz w:val="20"/>
        </w:rPr>
        <w:t>That the enemy has hidden in because you will not renew your mind.</w:t>
      </w:r>
    </w:p>
    <w:p>
      <w:pPr>
        <w:spacing w:after="60"/>
      </w:pPr>
      <w:r>
        <w:rPr>
          <w:b/>
          <w:color w:val="8A681B"/>
        </w:rPr>
        <w:t xml:space="preserve">[00:43:34] </w:t>
      </w:r>
      <w:r>
        <w:rPr>
          <w:rFonts w:ascii="Arial" w:hAnsi="Arial"/>
          <w:sz w:val="20"/>
        </w:rPr>
        <w:t>Be ye transformed by the renewing of your mind and this is what gets devils and enemies.</w:t>
      </w:r>
    </w:p>
    <w:p>
      <w:pPr>
        <w:spacing w:after="60"/>
      </w:pPr>
      <w:r>
        <w:rPr>
          <w:b/>
          <w:color w:val="8A681B"/>
        </w:rPr>
        <w:t xml:space="preserve">[00:43:41] </w:t>
      </w:r>
      <w:r>
        <w:rPr>
          <w:rFonts w:ascii="Arial" w:hAnsi="Arial"/>
          <w:sz w:val="20"/>
        </w:rPr>
        <w:t>And out of your thinking out of your life and God is trying to deposit richly in you today.</w:t>
      </w:r>
    </w:p>
    <w:p>
      <w:pPr>
        <w:spacing w:after="60"/>
      </w:pPr>
      <w:r>
        <w:rPr>
          <w:b/>
          <w:color w:val="8A681B"/>
        </w:rPr>
        <w:t xml:space="preserve">[00:43:46] </w:t>
      </w:r>
      <w:r>
        <w:rPr>
          <w:rFonts w:ascii="Arial" w:hAnsi="Arial"/>
          <w:sz w:val="20"/>
        </w:rPr>
        <w:t>You should receive it. You are born again, but your mind has become contaminated. So wash my mind God.</w:t>
      </w:r>
    </w:p>
    <w:p>
      <w:pPr>
        <w:spacing w:after="60"/>
      </w:pPr>
      <w:r>
        <w:rPr>
          <w:b/>
          <w:color w:val="8A681B"/>
        </w:rPr>
        <w:t xml:space="preserve">[00:43:59] </w:t>
      </w:r>
      <w:r>
        <w:rPr>
          <w:rFonts w:ascii="Arial" w:hAnsi="Arial"/>
          <w:sz w:val="20"/>
        </w:rPr>
        <w:t>You didn't say with no conviction. Say wash my mind God.</w:t>
      </w:r>
    </w:p>
    <w:p>
      <w:pPr>
        <w:spacing w:after="60"/>
      </w:pPr>
      <w:r>
        <w:rPr>
          <w:b/>
          <w:color w:val="8A681B"/>
        </w:rPr>
        <w:t xml:space="preserve">[00:44:04] </w:t>
      </w:r>
      <w:r>
        <w:rPr>
          <w:rFonts w:ascii="Arial" w:hAnsi="Arial"/>
          <w:sz w:val="20"/>
        </w:rPr>
        <w:t>Some of y'all got some from some filthy thinking say washing my mind God that perversion comes from you.</w:t>
      </w:r>
    </w:p>
    <w:p>
      <w:pPr>
        <w:spacing w:after="60"/>
      </w:pPr>
      <w:r>
        <w:rPr>
          <w:b/>
          <w:color w:val="8A681B"/>
        </w:rPr>
        <w:t xml:space="preserve">[00:44:10] </w:t>
      </w:r>
      <w:r>
        <w:rPr>
          <w:rFonts w:ascii="Arial" w:hAnsi="Arial"/>
          <w:sz w:val="20"/>
        </w:rPr>
        <w:t>That perversion.</w:t>
      </w:r>
    </w:p>
    <w:p>
      <w:pPr>
        <w:spacing w:after="60"/>
      </w:pPr>
      <w:r>
        <w:rPr>
          <w:b/>
          <w:color w:val="8A681B"/>
        </w:rPr>
        <w:t xml:space="preserve">[00:44:12] </w:t>
      </w:r>
      <w:r>
        <w:rPr>
          <w:rFonts w:ascii="Arial" w:hAnsi="Arial"/>
          <w:sz w:val="20"/>
        </w:rPr>
        <w:t>This one.</w:t>
      </w:r>
    </w:p>
    <w:p>
      <w:pPr>
        <w:spacing w:after="60"/>
      </w:pPr>
      <w:r>
        <w:rPr>
          <w:b/>
          <w:color w:val="8A681B"/>
        </w:rPr>
        <w:t xml:space="preserve">[00:44:14] </w:t>
      </w:r>
      <w:r>
        <w:rPr>
          <w:rFonts w:ascii="Arial" w:hAnsi="Arial"/>
          <w:sz w:val="20"/>
        </w:rPr>
        <w:t>I'm not gonna look at nobody.</w:t>
      </w:r>
    </w:p>
    <w:p>
      <w:pPr>
        <w:spacing w:after="60"/>
      </w:pPr>
      <w:r>
        <w:rPr>
          <w:b/>
          <w:color w:val="8A681B"/>
        </w:rPr>
        <w:t xml:space="preserve">[00:44:15] </w:t>
      </w:r>
      <w:r>
        <w:rPr>
          <w:rFonts w:ascii="Arial" w:hAnsi="Arial"/>
          <w:sz w:val="20"/>
        </w:rPr>
        <w:t>But this is why you almost had a nervous breakdown because you really saved.</w:t>
      </w:r>
    </w:p>
    <w:p>
      <w:pPr>
        <w:spacing w:after="60"/>
      </w:pPr>
      <w:r>
        <w:rPr>
          <w:b/>
          <w:color w:val="8A681B"/>
        </w:rPr>
        <w:t xml:space="preserve">[00:44:19] </w:t>
      </w:r>
      <w:r>
        <w:rPr>
          <w:rFonts w:ascii="Arial" w:hAnsi="Arial"/>
          <w:sz w:val="20"/>
        </w:rPr>
        <w:t>This is why you almost had a nervous breakdown because you really saved and you would not pluck that stuff out your mind.</w:t>
      </w:r>
    </w:p>
    <w:p>
      <w:pPr>
        <w:spacing w:after="60"/>
      </w:pPr>
      <w:r>
        <w:rPr>
          <w:b/>
          <w:color w:val="8A681B"/>
        </w:rPr>
        <w:t xml:space="preserve">[00:44:34] </w:t>
      </w:r>
      <w:r>
        <w:rPr>
          <w:rFonts w:ascii="Arial" w:hAnsi="Arial"/>
          <w:sz w:val="20"/>
        </w:rPr>
        <w:t>You would not transform your mind.</w:t>
      </w:r>
    </w:p>
    <w:p>
      <w:pPr>
        <w:spacing w:after="60"/>
      </w:pPr>
      <w:r>
        <w:rPr>
          <w:b/>
          <w:color w:val="8A681B"/>
        </w:rPr>
        <w:t xml:space="preserve">[00:44:39] </w:t>
      </w:r>
      <w:r>
        <w:rPr>
          <w:rFonts w:ascii="Arial" w:hAnsi="Arial"/>
          <w:sz w:val="20"/>
        </w:rPr>
        <w:t>So you feel like there's a contradictory of spirit happening in you.</w:t>
      </w:r>
    </w:p>
    <w:p>
      <w:pPr>
        <w:spacing w:after="60"/>
      </w:pPr>
      <w:r>
        <w:rPr>
          <w:b/>
          <w:color w:val="8A681B"/>
        </w:rPr>
        <w:t xml:space="preserve">[00:44:43] </w:t>
      </w:r>
      <w:r>
        <w:rPr>
          <w:rFonts w:ascii="Arial" w:hAnsi="Arial"/>
          <w:sz w:val="20"/>
        </w:rPr>
        <w:t>You feel like you possess you not possess you saved you can't be possessed you born again.</w:t>
      </w:r>
    </w:p>
    <w:p>
      <w:pPr>
        <w:spacing w:after="60"/>
      </w:pPr>
      <w:r>
        <w:rPr>
          <w:b/>
          <w:color w:val="8A681B"/>
        </w:rPr>
        <w:t xml:space="preserve">[00:44:51] </w:t>
      </w:r>
      <w:r>
        <w:rPr>
          <w:rFonts w:ascii="Arial" w:hAnsi="Arial"/>
          <w:sz w:val="20"/>
        </w:rPr>
        <w:t>Who am I talking? But your mind has allowed stuff to hide in it.</w:t>
      </w:r>
    </w:p>
    <w:p>
      <w:pPr>
        <w:spacing w:after="60"/>
      </w:pPr>
      <w:r>
        <w:rPr>
          <w:b/>
          <w:color w:val="8A681B"/>
        </w:rPr>
        <w:t xml:space="preserve">[00:44:56] </w:t>
      </w:r>
      <w:r>
        <w:rPr>
          <w:rFonts w:ascii="Arial" w:hAnsi="Arial"/>
          <w:sz w:val="20"/>
        </w:rPr>
        <w:t>So you want you want to go back to the drinking and stuff like that. I close off every access door.</w:t>
      </w:r>
    </w:p>
    <w:p>
      <w:pPr>
        <w:spacing w:after="60"/>
      </w:pPr>
      <w:r>
        <w:rPr>
          <w:b/>
          <w:color w:val="8A681B"/>
        </w:rPr>
        <w:t xml:space="preserve">[00:45:10] </w:t>
      </w:r>
      <w:r>
        <w:rPr>
          <w:rFonts w:ascii="Arial" w:hAnsi="Arial"/>
          <w:sz w:val="20"/>
        </w:rPr>
        <w:t>Some of them.</w:t>
      </w:r>
    </w:p>
    <w:p>
      <w:pPr>
        <w:spacing w:after="60"/>
      </w:pPr>
      <w:r>
        <w:rPr>
          <w:b/>
          <w:color w:val="8A681B"/>
        </w:rPr>
        <w:t xml:space="preserve">[00:45:11] </w:t>
      </w:r>
      <w:r>
        <w:rPr>
          <w:rFonts w:ascii="Arial" w:hAnsi="Arial"/>
          <w:sz w:val="20"/>
        </w:rPr>
        <w:t>God gonna blow up some of your relationships.</w:t>
      </w:r>
    </w:p>
    <w:p>
      <w:pPr>
        <w:spacing w:after="60"/>
      </w:pPr>
      <w:r>
        <w:rPr>
          <w:b/>
          <w:color w:val="8A681B"/>
        </w:rPr>
        <w:t xml:space="preserve">[00:45:15] </w:t>
      </w:r>
      <w:r>
        <w:rPr>
          <w:rFonts w:ascii="Arial" w:hAnsi="Arial"/>
          <w:sz w:val="20"/>
        </w:rPr>
        <w:t>Because you ain't got the guts I don't know who this is for you have not had the guts to stand up.</w:t>
      </w:r>
    </w:p>
    <w:p>
      <w:pPr>
        <w:spacing w:after="60"/>
      </w:pPr>
      <w:r>
        <w:rPr>
          <w:b/>
          <w:color w:val="8A681B"/>
        </w:rPr>
        <w:t xml:space="preserve">[00:45:21] </w:t>
      </w:r>
      <w:r>
        <w:rPr>
          <w:rFonts w:ascii="Arial" w:hAnsi="Arial"/>
          <w:sz w:val="20"/>
        </w:rPr>
        <w:t>To the enemy in certain crowds.</w:t>
      </w:r>
    </w:p>
    <w:p>
      <w:pPr>
        <w:spacing w:after="60"/>
      </w:pPr>
      <w:r>
        <w:rPr>
          <w:b/>
          <w:color w:val="8A681B"/>
        </w:rPr>
        <w:t xml:space="preserve">[00:45:25] </w:t>
      </w:r>
      <w:r>
        <w:rPr>
          <w:rFonts w:ascii="Arial" w:hAnsi="Arial"/>
          <w:sz w:val="20"/>
        </w:rPr>
        <w:t>So the enemy ensure that you stay surrounded by these people so he can keep embedding himself.</w:t>
      </w:r>
    </w:p>
    <w:p>
      <w:pPr>
        <w:spacing w:after="60"/>
      </w:pPr>
      <w:r>
        <w:rPr>
          <w:b/>
          <w:color w:val="8A681B"/>
        </w:rPr>
        <w:t xml:space="preserve">[00:45:33] </w:t>
      </w:r>
      <w:r>
        <w:rPr>
          <w:rFonts w:ascii="Arial" w:hAnsi="Arial"/>
          <w:sz w:val="20"/>
        </w:rPr>
        <w:t>But shout out three times.</w:t>
      </w:r>
    </w:p>
    <w:p>
      <w:pPr>
        <w:spacing w:after="60"/>
      </w:pPr>
      <w:r>
        <w:rPr>
          <w:b/>
          <w:color w:val="8A681B"/>
        </w:rPr>
        <w:t xml:space="preserve">[00:45:38] </w:t>
      </w:r>
      <w:r>
        <w:rPr>
          <w:rFonts w:ascii="Arial" w:hAnsi="Arial"/>
          <w:sz w:val="20"/>
        </w:rPr>
        <w:t>This is how he's been controlling you.</w:t>
      </w:r>
    </w:p>
    <w:p>
      <w:pPr>
        <w:spacing w:after="60"/>
      </w:pPr>
      <w:r>
        <w:rPr>
          <w:b/>
          <w:color w:val="8A681B"/>
        </w:rPr>
        <w:t xml:space="preserve">[00:45:43] </w:t>
      </w:r>
      <w:r>
        <w:rPr>
          <w:rFonts w:ascii="Arial" w:hAnsi="Arial"/>
          <w:sz w:val="20"/>
        </w:rPr>
        <w:t>This is why this.</w:t>
      </w:r>
    </w:p>
    <w:p>
      <w:pPr>
        <w:spacing w:after="60"/>
      </w:pPr>
      <w:r>
        <w:rPr>
          <w:b/>
          <w:color w:val="8A681B"/>
        </w:rPr>
        <w:t xml:space="preserve">[00:45:44] </w:t>
      </w:r>
      <w:r>
        <w:rPr>
          <w:rFonts w:ascii="Arial" w:hAnsi="Arial"/>
          <w:sz w:val="20"/>
        </w:rPr>
        <w:t>Can I just can I just go?</w:t>
      </w:r>
    </w:p>
    <w:p>
      <w:pPr>
        <w:spacing w:after="60"/>
      </w:pPr>
      <w:r>
        <w:rPr>
          <w:b/>
          <w:color w:val="8A681B"/>
        </w:rPr>
        <w:t xml:space="preserve">[00:45:48] </w:t>
      </w:r>
      <w:r>
        <w:rPr>
          <w:rFonts w:ascii="Arial" w:hAnsi="Arial"/>
          <w:sz w:val="20"/>
        </w:rPr>
        <w:t>This is this is why you feel like you don't love him no more.</w:t>
      </w:r>
    </w:p>
    <w:p>
      <w:pPr>
        <w:spacing w:after="60"/>
      </w:pPr>
      <w:r>
        <w:rPr>
          <w:b/>
          <w:color w:val="8A681B"/>
        </w:rPr>
        <w:t xml:space="preserve">[00:45:53] </w:t>
      </w:r>
      <w:r>
        <w:rPr>
          <w:rFonts w:ascii="Arial" w:hAnsi="Arial"/>
          <w:sz w:val="20"/>
        </w:rPr>
        <w:t>The same person you couldn't live without.</w:t>
      </w:r>
    </w:p>
    <w:p>
      <w:pPr>
        <w:spacing w:after="60"/>
      </w:pPr>
      <w:r>
        <w:rPr>
          <w:b/>
          <w:color w:val="8A681B"/>
        </w:rPr>
        <w:t xml:space="preserve">[00:45:58] </w:t>
      </w:r>
      <w:r>
        <w:rPr>
          <w:rFonts w:ascii="Arial" w:hAnsi="Arial"/>
          <w:sz w:val="20"/>
        </w:rPr>
        <w:t>Because you've allowed this stuff to keep coming back. Even when you clean it, you know the house even if it's swept and garnished.</w:t>
      </w:r>
    </w:p>
    <w:p>
      <w:pPr>
        <w:spacing w:after="60"/>
      </w:pPr>
      <w:r>
        <w:rPr>
          <w:b/>
          <w:color w:val="8A681B"/>
        </w:rPr>
        <w:t xml:space="preserve">[00:46:05] </w:t>
      </w:r>
      <w:r>
        <w:rPr>
          <w:rFonts w:ascii="Arial" w:hAnsi="Arial"/>
          <w:sz w:val="20"/>
        </w:rPr>
        <w:t>If you don't put the word of God in it the enemy come and fill it with the same junk again.</w:t>
      </w:r>
    </w:p>
    <w:p>
      <w:pPr>
        <w:spacing w:after="60"/>
      </w:pPr>
      <w:r>
        <w:rPr>
          <w:b/>
          <w:color w:val="8A681B"/>
        </w:rPr>
        <w:t xml:space="preserve">[00:46:09] </w:t>
      </w:r>
      <w:r>
        <w:rPr>
          <w:rFonts w:ascii="Arial" w:hAnsi="Arial"/>
          <w:sz w:val="20"/>
        </w:rPr>
        <w:t>How many times God got to deliver you?</w:t>
      </w:r>
    </w:p>
    <w:p>
      <w:pPr>
        <w:spacing w:after="60"/>
      </w:pPr>
      <w:r>
        <w:rPr>
          <w:b/>
          <w:color w:val="8A681B"/>
        </w:rPr>
        <w:t xml:space="preserve">[00:46:13] </w:t>
      </w:r>
      <w:r>
        <w:rPr>
          <w:rFonts w:ascii="Arial" w:hAnsi="Arial"/>
          <w:sz w:val="20"/>
        </w:rPr>
        <w:t>He'll do it a hundred million times if you have to but the question to you is how many times does God have to deliver you?</w:t>
      </w:r>
    </w:p>
    <w:p>
      <w:pPr>
        <w:spacing w:after="60"/>
      </w:pPr>
      <w:r>
        <w:rPr>
          <w:b/>
          <w:color w:val="8A681B"/>
        </w:rPr>
        <w:t xml:space="preserve">[00:46:22] </w:t>
      </w:r>
      <w:r>
        <w:rPr>
          <w:rFonts w:ascii="Arial" w:hAnsi="Arial"/>
          <w:sz w:val="20"/>
        </w:rPr>
        <w:t>Before you deposit something else in there richly to keep that thinking out of you.</w:t>
      </w:r>
    </w:p>
    <w:p>
      <w:pPr>
        <w:spacing w:after="60"/>
      </w:pPr>
      <w:r>
        <w:rPr>
          <w:b/>
          <w:color w:val="8A681B"/>
        </w:rPr>
        <w:t xml:space="preserve">[00:46:28] </w:t>
      </w:r>
      <w:r>
        <w:rPr>
          <w:rFonts w:ascii="Arial" w:hAnsi="Arial"/>
          <w:sz w:val="20"/>
        </w:rPr>
        <w:t>But God is renewing your mind today.</w:t>
      </w:r>
    </w:p>
    <w:p>
      <w:pPr>
        <w:spacing w:after="60"/>
      </w:pPr>
      <w:r>
        <w:rPr>
          <w:b/>
          <w:color w:val="8A681B"/>
        </w:rPr>
        <w:t xml:space="preserve">[00:46:31] </w:t>
      </w:r>
      <w:r>
        <w:rPr>
          <w:rFonts w:ascii="Arial" w:hAnsi="Arial"/>
          <w:sz w:val="20"/>
        </w:rPr>
        <w:t>I say God is renewing your mind today.</w:t>
      </w:r>
    </w:p>
    <w:p>
      <w:pPr>
        <w:spacing w:after="60"/>
      </w:pPr>
      <w:r>
        <w:rPr>
          <w:b/>
          <w:color w:val="8A681B"/>
        </w:rPr>
        <w:t xml:space="preserve">[00:46:34] </w:t>
      </w:r>
      <w:r>
        <w:rPr>
          <w:rFonts w:ascii="Arial" w:hAnsi="Arial"/>
          <w:sz w:val="20"/>
        </w:rPr>
        <w:t>And why is this important because when you have open doors deception would tell you that it's closed.</w:t>
      </w:r>
    </w:p>
    <w:p>
      <w:pPr>
        <w:spacing w:after="60"/>
      </w:pPr>
      <w:r>
        <w:rPr>
          <w:b/>
          <w:color w:val="8A681B"/>
        </w:rPr>
        <w:t xml:space="preserve">[00:46:43] </w:t>
      </w:r>
      <w:r>
        <w:rPr>
          <w:rFonts w:ascii="Arial" w:hAnsi="Arial"/>
          <w:sz w:val="20"/>
        </w:rPr>
        <w:t>Deception tells you that.</w:t>
      </w:r>
    </w:p>
    <w:p>
      <w:pPr>
        <w:spacing w:after="60"/>
      </w:pPr>
      <w:r>
        <w:rPr>
          <w:b/>
          <w:color w:val="8A681B"/>
        </w:rPr>
        <w:t xml:space="preserve">[00:46:46] </w:t>
      </w:r>
      <w:r>
        <w:rPr>
          <w:rFonts w:ascii="Arial" w:hAnsi="Arial"/>
          <w:sz w:val="20"/>
        </w:rPr>
        <w:t>Deception says you not qualified. This must really be hitting home because people.</w:t>
      </w:r>
    </w:p>
    <w:p>
      <w:pPr>
        <w:spacing w:after="60"/>
      </w:pPr>
      <w:r>
        <w:rPr>
          <w:b/>
          <w:color w:val="8A681B"/>
        </w:rPr>
        <w:t xml:space="preserve">[00:46:51] </w:t>
      </w:r>
      <w:r>
        <w:rPr>
          <w:rFonts w:ascii="Arial" w:hAnsi="Arial"/>
          <w:sz w:val="20"/>
        </w:rPr>
        <w:t>Quiet as a mouse.</w:t>
      </w:r>
    </w:p>
    <w:p>
      <w:pPr>
        <w:spacing w:after="60"/>
      </w:pPr>
      <w:r>
        <w:rPr>
          <w:b/>
          <w:color w:val="8A681B"/>
        </w:rPr>
        <w:t xml:space="preserve">[00:46:54] </w:t>
      </w:r>
      <w:r>
        <w:rPr>
          <w:rFonts w:ascii="Arial" w:hAnsi="Arial"/>
          <w:sz w:val="20"/>
        </w:rPr>
        <w:t>And I like it.</w:t>
      </w:r>
    </w:p>
    <w:p>
      <w:pPr>
        <w:spacing w:after="60"/>
      </w:pPr>
      <w:r>
        <w:rPr>
          <w:b/>
          <w:color w:val="8A681B"/>
        </w:rPr>
        <w:t xml:space="preserve">[00:46:56] </w:t>
      </w:r>
      <w:r>
        <w:rPr>
          <w:rFonts w:ascii="Arial" w:hAnsi="Arial"/>
          <w:sz w:val="20"/>
        </w:rPr>
        <w:t>Sometimes we need to shut up in church so that the spirit can deposit in us.</w:t>
      </w:r>
    </w:p>
    <w:p>
      <w:pPr>
        <w:spacing w:after="60"/>
      </w:pPr>
      <w:r>
        <w:rPr>
          <w:b/>
          <w:color w:val="8A681B"/>
        </w:rPr>
        <w:t xml:space="preserve">[00:47:01] </w:t>
      </w:r>
      <w:r>
        <w:rPr>
          <w:rFonts w:ascii="Arial" w:hAnsi="Arial"/>
          <w:sz w:val="20"/>
        </w:rPr>
        <w:t>And preachers feel some kind of way of people ain't shouting because they think they ain't receiving they ain't receiving them.</w:t>
      </w:r>
    </w:p>
    <w:p>
      <w:pPr>
        <w:spacing w:after="60"/>
      </w:pPr>
      <w:r>
        <w:rPr>
          <w:b/>
          <w:color w:val="8A681B"/>
        </w:rPr>
        <w:t xml:space="preserve">[00:47:07] </w:t>
      </w:r>
      <w:r>
        <w:rPr>
          <w:rFonts w:ascii="Arial" w:hAnsi="Arial"/>
          <w:sz w:val="20"/>
        </w:rPr>
        <w:t>They're trying to receive the spirit.</w:t>
      </w:r>
    </w:p>
    <w:p>
      <w:pPr>
        <w:spacing w:after="60"/>
      </w:pPr>
      <w:r>
        <w:rPr>
          <w:b/>
          <w:color w:val="8A681B"/>
        </w:rPr>
        <w:t xml:space="preserve">[00:47:13] </w:t>
      </w:r>
      <w:r>
        <w:rPr>
          <w:rFonts w:ascii="Arial" w:hAnsi="Arial"/>
          <w:sz w:val="20"/>
        </w:rPr>
        <w:t>So he'll deceive you and tell you that it's closed.</w:t>
      </w:r>
    </w:p>
    <w:p>
      <w:pPr>
        <w:spacing w:after="60"/>
      </w:pPr>
      <w:r>
        <w:rPr>
          <w:b/>
          <w:color w:val="8A681B"/>
        </w:rPr>
        <w:t xml:space="preserve">[00:47:16] </w:t>
      </w:r>
      <w:r>
        <w:rPr>
          <w:rFonts w:ascii="Arial" w:hAnsi="Arial"/>
          <w:sz w:val="20"/>
        </w:rPr>
        <w:t>He's telling some of you God said last week that the door's open and the enemy tell you ain't nothing available to you.</w:t>
      </w:r>
    </w:p>
    <w:p>
      <w:pPr>
        <w:spacing w:after="60"/>
      </w:pPr>
      <w:r>
        <w:rPr>
          <w:b/>
          <w:color w:val="8A681B"/>
        </w:rPr>
        <w:t xml:space="preserve">[00:47:23] </w:t>
      </w:r>
      <w:r>
        <w:rPr>
          <w:rFonts w:ascii="Arial" w:hAnsi="Arial"/>
          <w:sz w:val="20"/>
        </w:rPr>
        <w:t>Ain't nothing better for you. Shout. That's a lie.</w:t>
      </w:r>
    </w:p>
    <w:p>
      <w:pPr>
        <w:spacing w:after="60"/>
      </w:pPr>
      <w:r>
        <w:rPr>
          <w:b/>
          <w:color w:val="8A681B"/>
        </w:rPr>
        <w:t xml:space="preserve">[00:47:28] </w:t>
      </w:r>
      <w:r>
        <w:rPr>
          <w:rFonts w:ascii="Arial" w:hAnsi="Arial"/>
          <w:sz w:val="20"/>
        </w:rPr>
        <w:t>Some some of us have I just hear the lord so clearly.</w:t>
      </w:r>
    </w:p>
    <w:p>
      <w:pPr>
        <w:spacing w:after="60"/>
      </w:pPr>
      <w:r>
        <w:rPr>
          <w:b/>
          <w:color w:val="8A681B"/>
        </w:rPr>
        <w:t xml:space="preserve">[00:47:31] </w:t>
      </w:r>
      <w:r>
        <w:rPr>
          <w:rFonts w:ascii="Arial" w:hAnsi="Arial"/>
          <w:sz w:val="20"/>
        </w:rPr>
        <w:t>You've already predetermined in your in your mind that this is how you have to live all the way out the door.</w:t>
      </w:r>
    </w:p>
    <w:p>
      <w:pPr>
        <w:spacing w:after="60"/>
      </w:pPr>
      <w:r>
        <w:rPr>
          <w:b/>
          <w:color w:val="8A681B"/>
        </w:rPr>
        <w:t xml:space="preserve">[00:47:37] </w:t>
      </w:r>
      <w:r>
        <w:rPr>
          <w:rFonts w:ascii="Arial" w:hAnsi="Arial"/>
          <w:sz w:val="20"/>
        </w:rPr>
        <w:t>But God is saying that's a lie.</w:t>
      </w:r>
    </w:p>
    <w:p>
      <w:pPr>
        <w:spacing w:after="60"/>
      </w:pPr>
      <w:r>
        <w:rPr>
          <w:b/>
          <w:color w:val="8A681B"/>
        </w:rPr>
        <w:t xml:space="preserve">[00:47:40] </w:t>
      </w:r>
      <w:r>
        <w:rPr>
          <w:rFonts w:ascii="Arial" w:hAnsi="Arial"/>
          <w:sz w:val="20"/>
        </w:rPr>
        <w:t>That he has better for you.</w:t>
      </w:r>
    </w:p>
    <w:p>
      <w:pPr>
        <w:spacing w:after="60"/>
      </w:pPr>
      <w:r>
        <w:rPr>
          <w:b/>
          <w:color w:val="8A681B"/>
        </w:rPr>
        <w:t xml:space="preserve">[00:47:43] </w:t>
      </w:r>
      <w:r>
        <w:rPr>
          <w:rFonts w:ascii="Arial" w:hAnsi="Arial"/>
          <w:sz w:val="20"/>
        </w:rPr>
        <w:t>And if you don't come in the lines with it then the enemy will start winning in your life.</w:t>
      </w:r>
    </w:p>
    <w:p>
      <w:pPr>
        <w:spacing w:after="60"/>
      </w:pPr>
      <w:r>
        <w:rPr>
          <w:b/>
          <w:color w:val="8A681B"/>
        </w:rPr>
        <w:t xml:space="preserve">[00:47:47] </w:t>
      </w:r>
      <w:r>
        <w:rPr>
          <w:rFonts w:ascii="Arial" w:hAnsi="Arial"/>
          <w:sz w:val="20"/>
        </w:rPr>
        <w:t>That door that you've been tapping on for years.</w:t>
      </w:r>
    </w:p>
    <w:p>
      <w:pPr>
        <w:spacing w:after="60"/>
      </w:pPr>
      <w:r>
        <w:rPr>
          <w:b/>
          <w:color w:val="8A681B"/>
        </w:rPr>
        <w:t xml:space="preserve">[00:47:50] </w:t>
      </w:r>
      <w:r>
        <w:rPr>
          <w:rFonts w:ascii="Arial" w:hAnsi="Arial"/>
          <w:sz w:val="20"/>
        </w:rPr>
        <w:t>You never invited God in now God is in and you think that it's permanently sealed and God says it's not permanently sealed.</w:t>
      </w:r>
    </w:p>
    <w:p>
      <w:pPr>
        <w:spacing w:after="60"/>
      </w:pPr>
      <w:r>
        <w:rPr>
          <w:b/>
          <w:color w:val="8A681B"/>
        </w:rPr>
        <w:t xml:space="preserve">[00:47:57] </w:t>
      </w:r>
      <w:r>
        <w:rPr>
          <w:rFonts w:ascii="Arial" w:hAnsi="Arial"/>
          <w:sz w:val="20"/>
        </w:rPr>
        <w:t>Tell somebody to say try one more time.</w:t>
      </w:r>
    </w:p>
    <w:p>
      <w:pPr>
        <w:spacing w:after="60"/>
      </w:pPr>
      <w:r>
        <w:rPr>
          <w:b/>
          <w:color w:val="8A681B"/>
        </w:rPr>
        <w:t xml:space="preserve">[00:47:59] </w:t>
      </w:r>
      <w:r>
        <w:rPr>
          <w:rFonts w:ascii="Arial" w:hAnsi="Arial"/>
          <w:sz w:val="20"/>
        </w:rPr>
        <w:t>Say turn the knob.</w:t>
      </w:r>
    </w:p>
    <w:p>
      <w:pPr>
        <w:spacing w:after="60"/>
      </w:pPr>
      <w:r>
        <w:rPr>
          <w:b/>
          <w:color w:val="8A681B"/>
        </w:rPr>
        <w:t xml:space="preserve">[00:48:06] </w:t>
      </w:r>
      <w:r>
        <w:rPr>
          <w:rFonts w:ascii="Arial" w:hAnsi="Arial"/>
          <w:sz w:val="20"/>
        </w:rPr>
        <w:t>Hardship, where does that come from misfortune? Where does that come from?</w:t>
      </w:r>
    </w:p>
    <w:p>
      <w:pPr>
        <w:spacing w:after="60"/>
      </w:pPr>
      <w:r>
        <w:rPr>
          <w:b/>
          <w:color w:val="8A681B"/>
        </w:rPr>
        <w:t xml:space="preserve">[00:48:13] </w:t>
      </w:r>
      <w:r>
        <w:rPr>
          <w:rFonts w:ascii="Arial" w:hAnsi="Arial"/>
          <w:sz w:val="20"/>
        </w:rPr>
        <w:t>It comes directly from the devil to make you feel like you've missed your fortune.</w:t>
      </w:r>
    </w:p>
    <w:p>
      <w:pPr>
        <w:spacing w:after="60"/>
      </w:pPr>
      <w:r>
        <w:rPr>
          <w:b/>
          <w:color w:val="8A681B"/>
        </w:rPr>
        <w:t xml:space="preserve">[00:48:20] </w:t>
      </w:r>
      <w:r>
        <w:rPr>
          <w:rFonts w:ascii="Arial" w:hAnsi="Arial"/>
          <w:sz w:val="20"/>
        </w:rPr>
        <w:t>Misfortune comes to make you feel like you've missed your fortune.</w:t>
      </w:r>
    </w:p>
    <w:p>
      <w:pPr>
        <w:spacing w:after="60"/>
      </w:pPr>
      <w:r>
        <w:rPr>
          <w:b/>
          <w:color w:val="8A681B"/>
        </w:rPr>
        <w:t xml:space="preserve">[00:48:25] </w:t>
      </w:r>
      <w:r>
        <w:rPr>
          <w:rFonts w:ascii="Arial" w:hAnsi="Arial"/>
          <w:sz w:val="20"/>
        </w:rPr>
        <w:t>Your future.</w:t>
      </w:r>
    </w:p>
    <w:p>
      <w:pPr>
        <w:spacing w:after="60"/>
      </w:pPr>
      <w:r>
        <w:rPr>
          <w:b/>
          <w:color w:val="8A681B"/>
        </w:rPr>
        <w:t xml:space="preserve">[00:48:27] </w:t>
      </w:r>
      <w:r>
        <w:rPr>
          <w:rFonts w:ascii="Arial" w:hAnsi="Arial"/>
          <w:sz w:val="20"/>
        </w:rPr>
        <w:t>In God and you ain't missed it.</w:t>
      </w:r>
    </w:p>
    <w:p>
      <w:pPr>
        <w:spacing w:after="60"/>
      </w:pPr>
      <w:r>
        <w:rPr>
          <w:b/>
          <w:color w:val="8A681B"/>
        </w:rPr>
        <w:t xml:space="preserve">[00:48:30] </w:t>
      </w:r>
      <w:r>
        <w:rPr>
          <w:rFonts w:ascii="Arial" w:hAnsi="Arial"/>
          <w:sz w:val="20"/>
        </w:rPr>
        <w:t>You 35 you you 25 you whatever.</w:t>
      </w:r>
    </w:p>
    <w:p>
      <w:pPr>
        <w:spacing w:after="60"/>
      </w:pPr>
      <w:r>
        <w:rPr>
          <w:b/>
          <w:color w:val="8A681B"/>
        </w:rPr>
        <w:t xml:space="preserve">[00:48:34] </w:t>
      </w:r>
      <w:r>
        <w:rPr>
          <w:rFonts w:ascii="Arial" w:hAnsi="Arial"/>
          <w:sz w:val="20"/>
        </w:rPr>
        <w:t>You got 50 more years ahead of you in the earth.</w:t>
      </w:r>
    </w:p>
    <w:p>
      <w:pPr>
        <w:spacing w:after="60"/>
      </w:pPr>
      <w:r>
        <w:rPr>
          <w:b/>
          <w:color w:val="8A681B"/>
        </w:rPr>
        <w:t xml:space="preserve">[00:48:40] </w:t>
      </w:r>
      <w:r>
        <w:rPr>
          <w:rFonts w:ascii="Arial" w:hAnsi="Arial"/>
          <w:sz w:val="20"/>
        </w:rPr>
        <w:t>How you gonna be done missed it?</w:t>
      </w:r>
    </w:p>
    <w:p>
      <w:pPr>
        <w:spacing w:after="60"/>
      </w:pPr>
      <w:r>
        <w:rPr>
          <w:b/>
          <w:color w:val="8A681B"/>
        </w:rPr>
        <w:t xml:space="preserve">[00:48:41] </w:t>
      </w:r>
      <w:r>
        <w:rPr>
          <w:rFonts w:ascii="Arial" w:hAnsi="Arial"/>
          <w:sz w:val="20"/>
        </w:rPr>
        <w:t>How why would God lock you out and then torment you for 50 more years down here and you can't get the door.</w:t>
      </w:r>
    </w:p>
    <w:p>
      <w:pPr>
        <w:spacing w:after="60"/>
      </w:pPr>
      <w:r>
        <w:rPr>
          <w:b/>
          <w:color w:val="8A681B"/>
        </w:rPr>
        <w:t xml:space="preserve">[00:48:47] </w:t>
      </w:r>
      <w:r>
        <w:rPr>
          <w:rFonts w:ascii="Arial" w:hAnsi="Arial"/>
          <w:sz w:val="20"/>
        </w:rPr>
        <w:t>You can't get through the door.</w:t>
      </w:r>
    </w:p>
    <w:p>
      <w:pPr>
        <w:spacing w:after="60"/>
      </w:pPr>
      <w:r>
        <w:rPr>
          <w:b/>
          <w:color w:val="8A681B"/>
        </w:rPr>
        <w:t xml:space="preserve">[00:48:49] </w:t>
      </w:r>
      <w:r>
        <w:rPr>
          <w:rFonts w:ascii="Arial" w:hAnsi="Arial"/>
          <w:sz w:val="20"/>
        </w:rPr>
        <w:t>I'm prophesying you'll get through the door this year.</w:t>
      </w:r>
    </w:p>
    <w:p>
      <w:pPr>
        <w:spacing w:after="60"/>
      </w:pPr>
      <w:r>
        <w:rPr>
          <w:b/>
          <w:color w:val="8A681B"/>
        </w:rPr>
        <w:t xml:space="preserve">[00:48:52] </w:t>
      </w:r>
      <w:r>
        <w:rPr>
          <w:rFonts w:ascii="Arial" w:hAnsi="Arial"/>
          <w:sz w:val="20"/>
        </w:rPr>
        <w:t>You need to get to the other side of the door because you've almost lost hope in everything that God ever told you.</w:t>
      </w:r>
    </w:p>
    <w:p>
      <w:pPr>
        <w:spacing w:after="60"/>
      </w:pPr>
      <w:r>
        <w:rPr>
          <w:b/>
          <w:color w:val="8A681B"/>
        </w:rPr>
        <w:t xml:space="preserve">[00:48:59] </w:t>
      </w:r>
      <w:r>
        <w:rPr>
          <w:rFonts w:ascii="Arial" w:hAnsi="Arial"/>
          <w:sz w:val="20"/>
        </w:rPr>
        <w:t>You gotta get through the door you you your your survival in God.</w:t>
      </w:r>
    </w:p>
    <w:p>
      <w:pPr>
        <w:spacing w:after="60"/>
      </w:pPr>
      <w:r>
        <w:rPr>
          <w:b/>
          <w:color w:val="8A681B"/>
        </w:rPr>
        <w:t xml:space="preserve">[00:49:03] </w:t>
      </w:r>
      <w:r>
        <w:rPr>
          <w:rFonts w:ascii="Arial" w:hAnsi="Arial"/>
          <w:sz w:val="20"/>
        </w:rPr>
        <w:t>Some of us even sitting today you one week away from never coming back again and God is saying turn the knob again.</w:t>
      </w:r>
    </w:p>
    <w:p>
      <w:pPr>
        <w:spacing w:after="60"/>
      </w:pPr>
      <w:r>
        <w:rPr>
          <w:b/>
          <w:color w:val="8A681B"/>
        </w:rPr>
        <w:t xml:space="preserve">[00:49:12] </w:t>
      </w:r>
      <w:r>
        <w:rPr>
          <w:rFonts w:ascii="Arial" w:hAnsi="Arial"/>
          <w:sz w:val="20"/>
        </w:rPr>
        <w:t>You can get through the door turn it one more time.</w:t>
      </w:r>
    </w:p>
    <w:p>
      <w:pPr>
        <w:spacing w:after="60"/>
      </w:pPr>
      <w:r>
        <w:rPr>
          <w:b/>
          <w:color w:val="8A681B"/>
        </w:rPr>
        <w:t xml:space="preserve">[00:49:15] </w:t>
      </w:r>
      <w:r>
        <w:rPr>
          <w:rFonts w:ascii="Arial" w:hAnsi="Arial"/>
          <w:sz w:val="20"/>
        </w:rPr>
        <w:t>You was doing it in your own strength not by power not by might by my spirit turn it by my spirit this time.</w:t>
      </w:r>
    </w:p>
    <w:p>
      <w:pPr>
        <w:spacing w:after="60"/>
      </w:pPr>
      <w:r>
        <w:rPr>
          <w:b/>
          <w:color w:val="8A681B"/>
        </w:rPr>
        <w:t xml:space="preserve">[00:49:23] </w:t>
      </w:r>
      <w:r>
        <w:rPr>
          <w:rFonts w:ascii="Arial" w:hAnsi="Arial"/>
          <w:sz w:val="20"/>
        </w:rPr>
        <w:t>Go after go after the woman go after your husband one more time turn the knob again.</w:t>
      </w:r>
    </w:p>
    <w:p>
      <w:pPr>
        <w:spacing w:after="60"/>
      </w:pPr>
      <w:r>
        <w:rPr>
          <w:b/>
          <w:color w:val="8A681B"/>
        </w:rPr>
        <w:t xml:space="preserve">[00:49:30] </w:t>
      </w:r>
      <w:r>
        <w:rPr>
          <w:rFonts w:ascii="Arial" w:hAnsi="Arial"/>
          <w:sz w:val="20"/>
        </w:rPr>
        <w:t>They was in they feelings all that other time say go back one more time.</w:t>
      </w:r>
    </w:p>
    <w:p>
      <w:pPr>
        <w:spacing w:after="60"/>
      </w:pPr>
      <w:r>
        <w:rPr>
          <w:b/>
          <w:color w:val="8A681B"/>
        </w:rPr>
        <w:t xml:space="preserve">[00:49:35] </w:t>
      </w:r>
      <w:r>
        <w:rPr>
          <w:rFonts w:ascii="Arial" w:hAnsi="Arial"/>
          <w:sz w:val="20"/>
        </w:rPr>
        <w:t>So we're going through people going through.</w:t>
      </w:r>
    </w:p>
    <w:p>
      <w:pPr>
        <w:spacing w:after="60"/>
      </w:pPr>
      <w:r>
        <w:rPr>
          <w:b/>
          <w:color w:val="8A681B"/>
        </w:rPr>
        <w:t xml:space="preserve">[00:49:37] </w:t>
      </w:r>
      <w:r>
        <w:rPr>
          <w:rFonts w:ascii="Arial" w:hAnsi="Arial"/>
          <w:sz w:val="20"/>
        </w:rPr>
        <w:t>Even though they have a word why because every promise every prophecy anytime God promises you.</w:t>
      </w:r>
    </w:p>
    <w:p>
      <w:pPr>
        <w:spacing w:after="60"/>
      </w:pPr>
      <w:r>
        <w:rPr>
          <w:b/>
          <w:color w:val="8A681B"/>
        </w:rPr>
        <w:t xml:space="preserve">[00:49:44] </w:t>
      </w:r>
      <w:r>
        <w:rPr>
          <w:rFonts w:ascii="Arial" w:hAnsi="Arial"/>
          <w:sz w:val="20"/>
        </w:rPr>
        <w:t>Abundance provision you're going to be challenged for that. What is he challenging you for the end result?</w:t>
      </w:r>
    </w:p>
    <w:p>
      <w:pPr>
        <w:spacing w:after="60"/>
      </w:pPr>
      <w:r>
        <w:rPr>
          <w:b/>
          <w:color w:val="8A681B"/>
        </w:rPr>
        <w:t xml:space="preserve">[00:49:53] </w:t>
      </w:r>
      <w:r>
        <w:rPr>
          <w:rFonts w:ascii="Arial" w:hAnsi="Arial"/>
          <w:sz w:val="20"/>
        </w:rPr>
        <w:t>No.</w:t>
      </w:r>
    </w:p>
    <w:p>
      <w:pPr>
        <w:spacing w:after="60"/>
      </w:pPr>
      <w:r>
        <w:rPr>
          <w:b/>
          <w:color w:val="8A681B"/>
        </w:rPr>
        <w:t xml:space="preserve">[00:49:55] </w:t>
      </w:r>
      <w:r>
        <w:rPr>
          <w:rFonts w:ascii="Arial" w:hAnsi="Arial"/>
          <w:sz w:val="20"/>
        </w:rPr>
        <w:t>He challenging you for the word.</w:t>
      </w:r>
    </w:p>
    <w:p>
      <w:pPr>
        <w:spacing w:after="60"/>
      </w:pPr>
      <w:r>
        <w:rPr>
          <w:b/>
          <w:color w:val="8A681B"/>
        </w:rPr>
        <w:t xml:space="preserve">[00:49:58] </w:t>
      </w:r>
      <w:r>
        <w:rPr>
          <w:rFonts w:ascii="Arial" w:hAnsi="Arial"/>
          <w:sz w:val="20"/>
        </w:rPr>
        <w:t>Without the word you don't have an end result.</w:t>
      </w:r>
    </w:p>
    <w:p>
      <w:pPr>
        <w:spacing w:after="60"/>
      </w:pPr>
      <w:r>
        <w:rPr>
          <w:b/>
          <w:color w:val="8A681B"/>
        </w:rPr>
        <w:t xml:space="preserve">[00:50:02] </w:t>
      </w:r>
      <w:r>
        <w:rPr>
          <w:rFonts w:ascii="Arial" w:hAnsi="Arial"/>
          <w:sz w:val="20"/>
        </w:rPr>
        <w:t>Without the word you don't have a hope in the future.</w:t>
      </w:r>
    </w:p>
    <w:p>
      <w:pPr>
        <w:spacing w:after="60"/>
      </w:pPr>
      <w:r>
        <w:rPr>
          <w:b/>
          <w:color w:val="8A681B"/>
        </w:rPr>
        <w:t xml:space="preserve">[00:50:06] </w:t>
      </w:r>
      <w:r>
        <w:rPr>
          <w:rFonts w:ascii="Arial" w:hAnsi="Arial"/>
          <w:sz w:val="20"/>
        </w:rPr>
        <w:t>Your future is tied to some word.</w:t>
      </w:r>
    </w:p>
    <w:p>
      <w:pPr>
        <w:spacing w:after="60"/>
      </w:pPr>
      <w:r>
        <w:rPr>
          <w:b/>
          <w:color w:val="8A681B"/>
        </w:rPr>
        <w:t xml:space="preserve">[00:50:09] </w:t>
      </w:r>
      <w:r>
        <w:rPr>
          <w:rFonts w:ascii="Arial" w:hAnsi="Arial"/>
          <w:sz w:val="20"/>
        </w:rPr>
        <w:t>That healing manifest through your body.</w:t>
      </w:r>
    </w:p>
    <w:p>
      <w:pPr>
        <w:spacing w:after="60"/>
      </w:pPr>
      <w:r>
        <w:rPr>
          <w:b/>
          <w:color w:val="8A681B"/>
        </w:rPr>
        <w:t xml:space="preserve">[00:50:12] </w:t>
      </w:r>
      <w:r>
        <w:rPr>
          <w:rFonts w:ascii="Arial" w:hAnsi="Arial"/>
          <w:sz w:val="20"/>
        </w:rPr>
        <w:t>That goddess will raise you up and elevate you.</w:t>
      </w:r>
    </w:p>
    <w:p>
      <w:pPr>
        <w:spacing w:after="60"/>
      </w:pPr>
      <w:r>
        <w:rPr>
          <w:b/>
          <w:color w:val="8A681B"/>
        </w:rPr>
        <w:t xml:space="preserve">[00:50:15] </w:t>
      </w:r>
      <w:r>
        <w:rPr>
          <w:rFonts w:ascii="Arial" w:hAnsi="Arial"/>
          <w:sz w:val="20"/>
        </w:rPr>
        <w:t>And fill your mouth with his words that you would spit it out and pierce the hearts of people.</w:t>
      </w:r>
    </w:p>
    <w:p>
      <w:pPr>
        <w:spacing w:after="60"/>
      </w:pPr>
      <w:r>
        <w:rPr>
          <w:b/>
          <w:color w:val="8A681B"/>
        </w:rPr>
        <w:t xml:space="preserve">[00:50:20] </w:t>
      </w:r>
      <w:r>
        <w:rPr>
          <w:rFonts w:ascii="Arial" w:hAnsi="Arial"/>
          <w:sz w:val="20"/>
        </w:rPr>
        <w:t>That many would be what is he fighting you for he ain't fighting you for that once you once you receive the word.</w:t>
      </w:r>
    </w:p>
    <w:p>
      <w:pPr>
        <w:spacing w:after="60"/>
      </w:pPr>
      <w:r>
        <w:rPr>
          <w:b/>
          <w:color w:val="8A681B"/>
        </w:rPr>
        <w:t xml:space="preserve">[00:50:25] </w:t>
      </w:r>
      <w:r>
        <w:rPr>
          <w:rFonts w:ascii="Arial" w:hAnsi="Arial"/>
          <w:sz w:val="20"/>
        </w:rPr>
        <w:t>He'd know he can't stop it.</w:t>
      </w:r>
    </w:p>
    <w:p>
      <w:pPr>
        <w:spacing w:after="60"/>
      </w:pPr>
      <w:r>
        <w:rPr>
          <w:b/>
          <w:color w:val="8A681B"/>
        </w:rPr>
        <w:t xml:space="preserve">[00:50:27] </w:t>
      </w:r>
      <w:r>
        <w:rPr>
          <w:rFonts w:ascii="Arial" w:hAnsi="Arial"/>
          <w:sz w:val="20"/>
        </w:rPr>
        <w:t>Amen to this once you receive the word of god, he know he can't stop it.</w:t>
      </w:r>
    </w:p>
    <w:p>
      <w:pPr>
        <w:spacing w:after="60"/>
      </w:pPr>
      <w:r>
        <w:rPr>
          <w:b/>
          <w:color w:val="8A681B"/>
        </w:rPr>
        <w:t xml:space="preserve">[00:50:32] </w:t>
      </w:r>
      <w:r>
        <w:rPr>
          <w:rFonts w:ascii="Arial" w:hAnsi="Arial"/>
          <w:sz w:val="20"/>
        </w:rPr>
        <w:t>So he'll try to deceive you out of it say I would not function in deception.</w:t>
      </w:r>
    </w:p>
    <w:p>
      <w:pPr>
        <w:spacing w:after="60"/>
      </w:pPr>
      <w:r>
        <w:rPr>
          <w:b/>
          <w:color w:val="8A681B"/>
        </w:rPr>
        <w:t xml:space="preserve">[00:50:38] </w:t>
      </w:r>
      <w:r>
        <w:rPr>
          <w:rFonts w:ascii="Arial" w:hAnsi="Arial"/>
          <w:sz w:val="20"/>
        </w:rPr>
        <w:t>Say I would not function in deception.</w:t>
      </w:r>
    </w:p>
    <w:p>
      <w:pPr>
        <w:spacing w:after="60"/>
      </w:pPr>
      <w:r>
        <w:rPr>
          <w:b/>
          <w:color w:val="8A681B"/>
        </w:rPr>
        <w:t xml:space="preserve">[00:50:44] </w:t>
      </w:r>
      <w:r>
        <w:rPr>
          <w:rFonts w:ascii="Arial" w:hAnsi="Arial"/>
          <w:sz w:val="20"/>
        </w:rPr>
        <w:t>I've learned this.</w:t>
      </w:r>
    </w:p>
    <w:p>
      <w:pPr>
        <w:spacing w:after="60"/>
      </w:pPr>
      <w:r>
        <w:rPr>
          <w:b/>
          <w:color w:val="8A681B"/>
        </w:rPr>
        <w:t xml:space="preserve">[00:50:51] </w:t>
      </w:r>
      <w:r>
        <w:rPr>
          <w:rFonts w:ascii="Arial" w:hAnsi="Arial"/>
          <w:sz w:val="20"/>
        </w:rPr>
        <w:t>Almost everything that the enemy does to you.</w:t>
      </w:r>
    </w:p>
    <w:p>
      <w:pPr>
        <w:spacing w:after="60"/>
      </w:pPr>
      <w:r>
        <w:rPr>
          <w:b/>
          <w:color w:val="8A681B"/>
        </w:rPr>
        <w:t xml:space="preserve">[00:50:55] </w:t>
      </w:r>
      <w:r>
        <w:rPr>
          <w:rFonts w:ascii="Arial" w:hAnsi="Arial"/>
          <w:sz w:val="20"/>
        </w:rPr>
        <w:t>Is short-lived.</w:t>
      </w:r>
    </w:p>
    <w:p>
      <w:pPr>
        <w:spacing w:after="60"/>
      </w:pPr>
      <w:r>
        <w:rPr>
          <w:b/>
          <w:color w:val="8A681B"/>
        </w:rPr>
        <w:t xml:space="preserve">[00:50:57] </w:t>
      </w:r>
      <w:r>
        <w:rPr>
          <w:rFonts w:ascii="Arial" w:hAnsi="Arial"/>
          <w:sz w:val="20"/>
        </w:rPr>
        <w:t>Seem like forever.</w:t>
      </w:r>
    </w:p>
    <w:p>
      <w:pPr>
        <w:spacing w:after="60"/>
      </w:pPr>
      <w:r>
        <w:rPr>
          <w:b/>
          <w:color w:val="8A681B"/>
        </w:rPr>
        <w:t xml:space="preserve">[00:50:59] </w:t>
      </w:r>
      <w:r>
        <w:rPr>
          <w:rFonts w:ascii="Arial" w:hAnsi="Arial"/>
          <w:sz w:val="20"/>
        </w:rPr>
        <w:t>But it really ain't.</w:t>
      </w:r>
    </w:p>
    <w:p>
      <w:pPr>
        <w:spacing w:after="60"/>
      </w:pPr>
      <w:r>
        <w:rPr>
          <w:b/>
          <w:color w:val="8A681B"/>
        </w:rPr>
        <w:t xml:space="preserve">[00:51:01] </w:t>
      </w:r>
      <w:r>
        <w:rPr>
          <w:rFonts w:ascii="Arial" w:hAnsi="Arial"/>
          <w:sz w:val="20"/>
        </w:rPr>
        <w:t>It's short-lived.</w:t>
      </w:r>
    </w:p>
    <w:p>
      <w:pPr>
        <w:spacing w:after="60"/>
      </w:pPr>
      <w:r>
        <w:rPr>
          <w:b/>
          <w:color w:val="8A681B"/>
        </w:rPr>
        <w:t xml:space="preserve">[00:51:05] </w:t>
      </w:r>
      <w:r>
        <w:rPr>
          <w:rFonts w:ascii="Arial" w:hAnsi="Arial"/>
          <w:sz w:val="20"/>
        </w:rPr>
        <w:t>The more you see the aggression of the adversary.</w:t>
      </w:r>
    </w:p>
    <w:p>
      <w:pPr>
        <w:spacing w:after="60"/>
      </w:pPr>
      <w:r>
        <w:rPr>
          <w:b/>
          <w:color w:val="8A681B"/>
        </w:rPr>
        <w:t xml:space="preserve">[00:51:10] </w:t>
      </w:r>
      <w:r>
        <w:rPr>
          <w:rFonts w:ascii="Arial" w:hAnsi="Arial"/>
          <w:sz w:val="20"/>
        </w:rPr>
        <w:t>He understands that so watch this.</w:t>
      </w:r>
    </w:p>
    <w:p>
      <w:pPr>
        <w:spacing w:after="60"/>
      </w:pPr>
      <w:r>
        <w:rPr>
          <w:b/>
          <w:color w:val="8A681B"/>
        </w:rPr>
        <w:t xml:space="preserve">[00:51:13] </w:t>
      </w:r>
      <w:r>
        <w:rPr>
          <w:rFonts w:ascii="Arial" w:hAnsi="Arial"/>
          <w:sz w:val="20"/>
        </w:rPr>
        <w:t>Even when the enemy has permission to come up against you.</w:t>
      </w:r>
    </w:p>
    <w:p>
      <w:pPr>
        <w:spacing w:after="60"/>
      </w:pPr>
      <w:r>
        <w:rPr>
          <w:b/>
          <w:color w:val="8A681B"/>
        </w:rPr>
        <w:t xml:space="preserve">[00:51:18] </w:t>
      </w:r>
      <w:r>
        <w:rPr>
          <w:rFonts w:ascii="Arial" w:hAnsi="Arial"/>
          <w:sz w:val="20"/>
        </w:rPr>
        <w:t>It's only because God know.</w:t>
      </w:r>
    </w:p>
    <w:p>
      <w:pPr>
        <w:spacing w:after="60"/>
      </w:pPr>
      <w:r>
        <w:rPr>
          <w:b/>
          <w:color w:val="8A681B"/>
        </w:rPr>
        <w:t xml:space="preserve">[00:51:20] </w:t>
      </w:r>
      <w:r>
        <w:rPr>
          <w:rFonts w:ascii="Arial" w:hAnsi="Arial"/>
          <w:sz w:val="20"/>
        </w:rPr>
        <w:t>He's already giving you some type of victory that you can get to that you can use and come out of it.</w:t>
      </w:r>
    </w:p>
    <w:p>
      <w:pPr>
        <w:spacing w:after="60"/>
      </w:pPr>
      <w:r>
        <w:rPr>
          <w:b/>
          <w:color w:val="8A681B"/>
        </w:rPr>
        <w:t xml:space="preserve">[00:51:26] </w:t>
      </w:r>
      <w:r>
        <w:rPr>
          <w:rFonts w:ascii="Arial" w:hAnsi="Arial"/>
          <w:sz w:val="20"/>
        </w:rPr>
        <w:t>So God never puts you in a position where you're supposed to lose.</w:t>
      </w:r>
    </w:p>
    <w:p>
      <w:pPr>
        <w:spacing w:after="60"/>
      </w:pPr>
      <w:r>
        <w:rPr>
          <w:b/>
          <w:color w:val="8A681B"/>
        </w:rPr>
        <w:t xml:space="preserve">[00:51:29] </w:t>
      </w:r>
      <w:r>
        <w:rPr>
          <w:rFonts w:ascii="Arial" w:hAnsi="Arial"/>
          <w:sz w:val="20"/>
        </w:rPr>
        <w:t>He's just not not not with some attack. You don't do that.</w:t>
      </w:r>
    </w:p>
    <w:p>
      <w:pPr>
        <w:spacing w:after="60"/>
      </w:pPr>
      <w:r>
        <w:rPr>
          <w:b/>
          <w:color w:val="8A681B"/>
        </w:rPr>
        <w:t xml:space="preserve">[00:51:33] </w:t>
      </w:r>
      <w:r>
        <w:rPr>
          <w:rFonts w:ascii="Arial" w:hAnsi="Arial"/>
          <w:sz w:val="20"/>
        </w:rPr>
        <w:t>So like when when the when the enemy comes to.</w:t>
      </w:r>
    </w:p>
    <w:p>
      <w:pPr>
        <w:spacing w:after="60"/>
      </w:pPr>
      <w:r>
        <w:rPr>
          <w:b/>
          <w:color w:val="8A681B"/>
        </w:rPr>
        <w:t xml:space="preserve">[00:51:36] </w:t>
      </w:r>
      <w:r>
        <w:rPr>
          <w:rFonts w:ascii="Arial" w:hAnsi="Arial"/>
          <w:sz w:val="20"/>
        </w:rPr>
        <w:t>Uh, the uh answer when the angels and satan had to come before the council of heaven.</w:t>
      </w:r>
    </w:p>
    <w:p>
      <w:pPr>
        <w:spacing w:after="60"/>
      </w:pPr>
      <w:r>
        <w:rPr>
          <w:b/>
          <w:color w:val="8A681B"/>
        </w:rPr>
        <w:t xml:space="preserve">[00:51:41] </w:t>
      </w:r>
      <w:r>
        <w:rPr>
          <w:rFonts w:ascii="Arial" w:hAnsi="Arial"/>
          <w:sz w:val="20"/>
        </w:rPr>
        <w:t>He had to tell the truth.</w:t>
      </w:r>
    </w:p>
    <w:p>
      <w:pPr>
        <w:spacing w:after="60"/>
      </w:pPr>
      <w:r>
        <w:rPr>
          <w:b/>
          <w:color w:val="8A681B"/>
        </w:rPr>
        <w:t xml:space="preserve">[00:51:44] </w:t>
      </w:r>
      <w:r>
        <w:rPr>
          <w:rFonts w:ascii="Arial" w:hAnsi="Arial"/>
          <w:sz w:val="20"/>
        </w:rPr>
        <w:t>He had to tell God where you been I've been two and four throughout the earth you've been taking joe.</w:t>
      </w:r>
    </w:p>
    <w:p>
      <w:pPr>
        <w:spacing w:after="60"/>
      </w:pPr>
      <w:r>
        <w:rPr>
          <w:b/>
          <w:color w:val="8A681B"/>
        </w:rPr>
        <w:t xml:space="preserve">[00:51:49] </w:t>
      </w:r>
      <w:r>
        <w:rPr>
          <w:rFonts w:ascii="Arial" w:hAnsi="Arial"/>
          <w:sz w:val="20"/>
        </w:rPr>
        <w:t>Yeah, i've been attacking joe. Of course you've been.</w:t>
      </w:r>
    </w:p>
    <w:p>
      <w:pPr>
        <w:spacing w:after="60"/>
      </w:pPr>
      <w:r>
        <w:rPr>
          <w:b/>
          <w:color w:val="8A681B"/>
        </w:rPr>
        <w:t xml:space="preserve">[00:51:51] </w:t>
      </w:r>
      <w:r>
        <w:rPr>
          <w:rFonts w:ascii="Arial" w:hAnsi="Arial"/>
          <w:sz w:val="20"/>
        </w:rPr>
        <w:t>But God knows that he'd already given joe enough to win.</w:t>
      </w:r>
    </w:p>
    <w:p>
      <w:pPr>
        <w:spacing w:after="60"/>
      </w:pPr>
      <w:r>
        <w:rPr>
          <w:b/>
          <w:color w:val="8A681B"/>
        </w:rPr>
        <w:t xml:space="preserve">[00:51:57] </w:t>
      </w:r>
      <w:r>
        <w:rPr>
          <w:rFonts w:ascii="Arial" w:hAnsi="Arial"/>
          <w:sz w:val="20"/>
        </w:rPr>
        <w:t>He wasn't supposed to lose.</w:t>
      </w:r>
    </w:p>
    <w:p>
      <w:pPr>
        <w:spacing w:after="60"/>
      </w:pPr>
      <w:r>
        <w:rPr>
          <w:b/>
          <w:color w:val="8A681B"/>
        </w:rPr>
        <w:t xml:space="preserve">[00:51:59] </w:t>
      </w:r>
      <w:r>
        <w:rPr>
          <w:rFonts w:ascii="Arial" w:hAnsi="Arial"/>
          <w:sz w:val="20"/>
        </w:rPr>
        <w:t>So what the enemy does is that he'll start getting us to believe.</w:t>
      </w:r>
    </w:p>
    <w:p>
      <w:pPr>
        <w:spacing w:after="60"/>
      </w:pPr>
      <w:r>
        <w:rPr>
          <w:b/>
          <w:color w:val="8A681B"/>
        </w:rPr>
        <w:t xml:space="preserve">[00:52:04] </w:t>
      </w:r>
      <w:r>
        <w:rPr>
          <w:rFonts w:ascii="Arial" w:hAnsi="Arial"/>
          <w:sz w:val="20"/>
        </w:rPr>
        <w:t>That what he is doing with all this aggression.</w:t>
      </w:r>
    </w:p>
    <w:p>
      <w:pPr>
        <w:spacing w:after="60"/>
      </w:pPr>
      <w:r>
        <w:rPr>
          <w:b/>
          <w:color w:val="8A681B"/>
        </w:rPr>
        <w:t xml:space="preserve">[00:52:08] </w:t>
      </w:r>
      <w:r>
        <w:rPr>
          <w:rFonts w:ascii="Arial" w:hAnsi="Arial"/>
          <w:sz w:val="20"/>
        </w:rPr>
        <w:t>That somehow you're being overpowered.</w:t>
      </w:r>
    </w:p>
    <w:p>
      <w:pPr>
        <w:spacing w:after="60"/>
      </w:pPr>
      <w:r>
        <w:rPr>
          <w:b/>
          <w:color w:val="8A681B"/>
        </w:rPr>
        <w:t xml:space="preserve">[00:52:11] </w:t>
      </w:r>
      <w:r>
        <w:rPr>
          <w:rFonts w:ascii="Arial" w:hAnsi="Arial"/>
          <w:sz w:val="20"/>
        </w:rPr>
        <w:t>But what you're witnessing listen to me closely you're witnessing him realizing that his time in that attack is over.</w:t>
      </w:r>
    </w:p>
    <w:p>
      <w:pPr>
        <w:spacing w:after="60"/>
      </w:pPr>
      <w:r>
        <w:rPr>
          <w:b/>
          <w:color w:val="8A681B"/>
        </w:rPr>
        <w:t xml:space="preserve">[00:52:21] </w:t>
      </w:r>
      <w:r>
        <w:rPr>
          <w:rFonts w:ascii="Arial" w:hAnsi="Arial"/>
          <w:sz w:val="20"/>
        </w:rPr>
        <w:t>So his aggression is him panicking.</w:t>
      </w:r>
    </w:p>
    <w:p>
      <w:pPr>
        <w:spacing w:after="60"/>
      </w:pPr>
      <w:r>
        <w:rPr>
          <w:b/>
          <w:color w:val="8A681B"/>
        </w:rPr>
        <w:t xml:space="preserve">[00:52:25] </w:t>
      </w:r>
      <w:r>
        <w:rPr>
          <w:rFonts w:ascii="Arial" w:hAnsi="Arial"/>
          <w:sz w:val="20"/>
        </w:rPr>
        <w:t>Boy I'm preaching is real good.</w:t>
      </w:r>
    </w:p>
    <w:p>
      <w:pPr>
        <w:spacing w:after="60"/>
      </w:pPr>
      <w:r>
        <w:rPr>
          <w:b/>
          <w:color w:val="8A681B"/>
        </w:rPr>
        <w:t xml:space="preserve">[00:52:28] </w:t>
      </w:r>
      <w:r>
        <w:rPr>
          <w:rFonts w:ascii="Arial" w:hAnsi="Arial"/>
          <w:sz w:val="20"/>
        </w:rPr>
        <w:t>What you experiencing in your life that you feel like you're not going to survive.</w:t>
      </w:r>
    </w:p>
    <w:p>
      <w:pPr>
        <w:spacing w:after="60"/>
      </w:pPr>
      <w:r>
        <w:rPr>
          <w:b/>
          <w:color w:val="8A681B"/>
        </w:rPr>
        <w:t xml:space="preserve">[00:52:32] </w:t>
      </w:r>
      <w:r>
        <w:rPr>
          <w:rFonts w:ascii="Arial" w:hAnsi="Arial"/>
          <w:sz w:val="20"/>
        </w:rPr>
        <w:t>If you would come in agrees with God that you're going to survive and that you're going to make it to your.</w:t>
      </w:r>
    </w:p>
    <w:p>
      <w:pPr>
        <w:spacing w:after="60"/>
      </w:pPr>
      <w:r>
        <w:rPr>
          <w:b/>
          <w:color w:val="8A681B"/>
        </w:rPr>
        <w:t xml:space="preserve">[00:52:37] </w:t>
      </w:r>
      <w:r>
        <w:rPr>
          <w:rFonts w:ascii="Arial" w:hAnsi="Arial"/>
          <w:sz w:val="20"/>
        </w:rPr>
        <w:t>Expecting in the aggression will happen.</w:t>
      </w:r>
    </w:p>
    <w:p>
      <w:pPr>
        <w:spacing w:after="60"/>
      </w:pPr>
      <w:r>
        <w:rPr>
          <w:b/>
          <w:color w:val="8A681B"/>
        </w:rPr>
        <w:t xml:space="preserve">[00:52:42] </w:t>
      </w:r>
      <w:r>
        <w:rPr>
          <w:rFonts w:ascii="Arial" w:hAnsi="Arial"/>
          <w:sz w:val="20"/>
        </w:rPr>
        <w:t>But that's a panic move. That's your signal that is almost over.</w:t>
      </w:r>
    </w:p>
    <w:p>
      <w:pPr>
        <w:spacing w:after="60"/>
      </w:pPr>
      <w:r>
        <w:rPr>
          <w:b/>
          <w:color w:val="8A681B"/>
        </w:rPr>
        <w:t xml:space="preserve">[00:52:47] </w:t>
      </w:r>
      <w:r>
        <w:rPr>
          <w:rFonts w:ascii="Arial" w:hAnsi="Arial"/>
          <w:sz w:val="20"/>
        </w:rPr>
        <w:t>He hits you with the worst that he got.</w:t>
      </w:r>
    </w:p>
    <w:p>
      <w:pPr>
        <w:spacing w:after="60"/>
      </w:pPr>
      <w:r>
        <w:rPr>
          <w:b/>
          <w:color w:val="8A681B"/>
        </w:rPr>
        <w:t xml:space="preserve">[00:52:51] </w:t>
      </w:r>
      <w:r>
        <w:rPr>
          <w:rFonts w:ascii="Arial" w:hAnsi="Arial"/>
          <w:sz w:val="20"/>
        </w:rPr>
        <w:t>The most that he can do in the last session of the attack because he know that his time is running out.</w:t>
      </w:r>
    </w:p>
    <w:p>
      <w:pPr>
        <w:spacing w:after="60"/>
      </w:pPr>
      <w:r>
        <w:rPr>
          <w:b/>
          <w:color w:val="8A681B"/>
        </w:rPr>
        <w:t xml:space="preserve">[00:52:59] </w:t>
      </w:r>
      <w:r>
        <w:rPr>
          <w:rFonts w:ascii="Arial" w:hAnsi="Arial"/>
          <w:sz w:val="20"/>
        </w:rPr>
        <w:t>I'm telling somebody else whatever you've been dealing with that you think that you're going to cave up under you almost at the end of it.</w:t>
      </w:r>
    </w:p>
    <w:p>
      <w:pPr>
        <w:spacing w:after="60"/>
      </w:pPr>
      <w:r>
        <w:rPr>
          <w:b/>
          <w:color w:val="8A681B"/>
        </w:rPr>
        <w:t xml:space="preserve">[00:53:07] </w:t>
      </w:r>
      <w:r>
        <w:rPr>
          <w:rFonts w:ascii="Arial" w:hAnsi="Arial"/>
          <w:sz w:val="20"/>
        </w:rPr>
        <w:t>Keep moving towards your open door. It's almost over the devil is panicking.</w:t>
      </w:r>
    </w:p>
    <w:p>
      <w:pPr>
        <w:spacing w:after="60"/>
      </w:pPr>
      <w:r>
        <w:rPr>
          <w:b/>
          <w:color w:val="8A681B"/>
        </w:rPr>
        <w:t xml:space="preserve">[00:53:14] </w:t>
      </w:r>
      <w:r>
        <w:rPr>
          <w:rFonts w:ascii="Arial" w:hAnsi="Arial"/>
          <w:sz w:val="20"/>
        </w:rPr>
        <w:t>You survived the worst of everything he could do in your heart in your mind in your marriage in your mind.</w:t>
      </w:r>
    </w:p>
    <w:p>
      <w:pPr>
        <w:spacing w:after="60"/>
      </w:pPr>
      <w:r>
        <w:rPr>
          <w:b/>
          <w:color w:val="8A681B"/>
        </w:rPr>
        <w:t xml:space="preserve">[00:53:20] </w:t>
      </w:r>
      <w:r>
        <w:rPr>
          <w:rFonts w:ascii="Arial" w:hAnsi="Arial"/>
          <w:sz w:val="20"/>
        </w:rPr>
        <w:t>You survived the worst of it already because if he could have defeated you you wouldn't have been sitting in these seats this morning.</w:t>
      </w:r>
    </w:p>
    <w:p>
      <w:pPr>
        <w:spacing w:after="60"/>
      </w:pPr>
      <w:r>
        <w:rPr>
          <w:b/>
          <w:color w:val="8A681B"/>
        </w:rPr>
        <w:t xml:space="preserve">[00:53:27] </w:t>
      </w:r>
      <w:r>
        <w:rPr>
          <w:rFonts w:ascii="Arial" w:hAnsi="Arial"/>
          <w:sz w:val="20"/>
        </w:rPr>
        <w:t>The fact that you are sitting here.</w:t>
      </w:r>
    </w:p>
    <w:p>
      <w:pPr>
        <w:spacing w:after="60"/>
      </w:pPr>
      <w:r>
        <w:rPr>
          <w:b/>
          <w:color w:val="8A681B"/>
        </w:rPr>
        <w:t xml:space="preserve">[00:53:30] </w:t>
      </w:r>
      <w:r>
        <w:rPr>
          <w:rFonts w:ascii="Arial" w:hAnsi="Arial"/>
          <w:sz w:val="20"/>
        </w:rPr>
        <w:t>Meaning you got something left. Tell somebody you got a little bit left.</w:t>
      </w:r>
    </w:p>
    <w:p>
      <w:pPr>
        <w:spacing w:after="60"/>
      </w:pPr>
      <w:r>
        <w:rPr>
          <w:b/>
          <w:color w:val="8A681B"/>
        </w:rPr>
        <w:t xml:space="preserve">[00:53:34] </w:t>
      </w:r>
      <w:r>
        <w:rPr>
          <w:rFonts w:ascii="Arial" w:hAnsi="Arial"/>
          <w:sz w:val="20"/>
        </w:rPr>
        <w:t>Tell them so you got a little bit left.</w:t>
      </w:r>
    </w:p>
    <w:p>
      <w:pPr>
        <w:spacing w:after="60"/>
      </w:pPr>
      <w:r>
        <w:rPr>
          <w:b/>
          <w:color w:val="8A681B"/>
        </w:rPr>
        <w:t xml:space="preserve">[00:53:37] </w:t>
      </w:r>
      <w:r>
        <w:rPr>
          <w:rFonts w:ascii="Arial" w:hAnsi="Arial"/>
          <w:sz w:val="20"/>
        </w:rPr>
        <w:t>God says it's only for a little while.</w:t>
      </w:r>
    </w:p>
    <w:p>
      <w:pPr>
        <w:spacing w:after="60"/>
      </w:pPr>
      <w:r>
        <w:rPr>
          <w:b/>
          <w:color w:val="8A681B"/>
        </w:rPr>
        <w:t xml:space="preserve">[00:53:40] </w:t>
      </w:r>
      <w:r>
        <w:rPr>
          <w:rFonts w:ascii="Arial" w:hAnsi="Arial"/>
          <w:sz w:val="20"/>
        </w:rPr>
        <w:t>That pressure that warfare that residue from your past that keep tormenting you it's it's it's breaking now.</w:t>
      </w:r>
    </w:p>
    <w:p>
      <w:pPr>
        <w:spacing w:after="60"/>
      </w:pPr>
      <w:r>
        <w:rPr>
          <w:b/>
          <w:color w:val="8A681B"/>
        </w:rPr>
        <w:t xml:space="preserve">[00:53:46] </w:t>
      </w:r>
      <w:r>
        <w:rPr>
          <w:rFonts w:ascii="Arial" w:hAnsi="Arial"/>
          <w:sz w:val="20"/>
        </w:rPr>
        <w:t>Say it's breaking now.</w:t>
      </w:r>
    </w:p>
    <w:p>
      <w:pPr>
        <w:spacing w:after="60"/>
      </w:pPr>
      <w:r>
        <w:rPr>
          <w:b/>
          <w:color w:val="8A681B"/>
        </w:rPr>
        <w:t xml:space="preserve">[00:53:47] </w:t>
      </w:r>
      <w:r>
        <w:rPr>
          <w:rFonts w:ascii="Arial" w:hAnsi="Arial"/>
          <w:sz w:val="20"/>
        </w:rPr>
        <w:t>Even now it's breaking over your life.</w:t>
      </w:r>
    </w:p>
    <w:p>
      <w:pPr>
        <w:spacing w:after="60"/>
      </w:pPr>
      <w:r>
        <w:rPr>
          <w:b/>
          <w:color w:val="8A681B"/>
        </w:rPr>
        <w:t xml:space="preserve">[00:53:51] </w:t>
      </w:r>
      <w:r>
        <w:rPr>
          <w:rFonts w:ascii="Arial" w:hAnsi="Arial"/>
          <w:sz w:val="20"/>
        </w:rPr>
        <w:t>That God is getting you out of it somehow.</w:t>
      </w:r>
    </w:p>
    <w:p>
      <w:pPr>
        <w:spacing w:after="60"/>
      </w:pPr>
      <w:r>
        <w:rPr>
          <w:b/>
          <w:color w:val="8A681B"/>
        </w:rPr>
        <w:t xml:space="preserve">[00:53:54] </w:t>
      </w:r>
      <w:r>
        <w:rPr>
          <w:rFonts w:ascii="Arial" w:hAnsi="Arial"/>
          <w:sz w:val="20"/>
        </w:rPr>
        <w:t>That God has made a way for if you'll respond to it.</w:t>
      </w:r>
    </w:p>
    <w:p>
      <w:pPr>
        <w:spacing w:after="60"/>
      </w:pPr>
      <w:r>
        <w:rPr>
          <w:b/>
          <w:color w:val="8A681B"/>
        </w:rPr>
        <w:t xml:space="preserve">[00:53:59] </w:t>
      </w:r>
      <w:r>
        <w:rPr>
          <w:rFonts w:ascii="Arial" w:hAnsi="Arial"/>
          <w:sz w:val="20"/>
        </w:rPr>
        <w:t>What was the what does the response look like?</w:t>
      </w:r>
    </w:p>
    <w:p>
      <w:pPr>
        <w:spacing w:after="60"/>
      </w:pPr>
      <w:r>
        <w:rPr>
          <w:b/>
          <w:color w:val="8A681B"/>
        </w:rPr>
        <w:t xml:space="preserve">[00:54:02] </w:t>
      </w:r>
      <w:r>
        <w:rPr>
          <w:rFonts w:ascii="Arial" w:hAnsi="Arial"/>
          <w:sz w:val="20"/>
        </w:rPr>
        <w:t>You move under pressure.</w:t>
      </w:r>
    </w:p>
    <w:p>
      <w:pPr>
        <w:spacing w:after="60"/>
      </w:pPr>
      <w:r>
        <w:rPr>
          <w:b/>
          <w:color w:val="8A681B"/>
        </w:rPr>
        <w:t xml:space="preserve">[00:54:09] </w:t>
      </w:r>
      <w:r>
        <w:rPr>
          <w:rFonts w:ascii="Arial" w:hAnsi="Arial"/>
          <w:sz w:val="20"/>
        </w:rPr>
        <w:t>You keep moving you keep going forward. You never back up.</w:t>
      </w:r>
    </w:p>
    <w:p>
      <w:pPr>
        <w:spacing w:after="60"/>
      </w:pPr>
      <w:r>
        <w:rPr>
          <w:b/>
          <w:color w:val="8A681B"/>
        </w:rPr>
        <w:t xml:space="preserve">[00:54:15] </w:t>
      </w:r>
      <w:r>
        <w:rPr>
          <w:rFonts w:ascii="Arial" w:hAnsi="Arial"/>
          <w:sz w:val="20"/>
        </w:rPr>
        <w:t>Say no retreat. No surrender.</w:t>
      </w:r>
    </w:p>
    <w:p>
      <w:pPr>
        <w:spacing w:after="60"/>
      </w:pPr>
      <w:r>
        <w:rPr>
          <w:b/>
          <w:color w:val="8A681B"/>
        </w:rPr>
        <w:t xml:space="preserve">[00:54:17] </w:t>
      </w:r>
      <w:r>
        <w:rPr>
          <w:rFonts w:ascii="Arial" w:hAnsi="Arial"/>
          <w:sz w:val="20"/>
        </w:rPr>
        <w:t>You you keep moving forward.</w:t>
      </w:r>
    </w:p>
    <w:p>
      <w:pPr>
        <w:spacing w:after="60"/>
      </w:pPr>
      <w:r>
        <w:rPr>
          <w:b/>
          <w:color w:val="8A681B"/>
        </w:rPr>
        <w:t xml:space="preserve">[00:54:20] </w:t>
      </w:r>
      <w:r>
        <w:rPr>
          <w:rFonts w:ascii="Arial" w:hAnsi="Arial"/>
          <w:sz w:val="20"/>
        </w:rPr>
        <w:t>You keep advancing.</w:t>
      </w:r>
    </w:p>
    <w:p>
      <w:pPr>
        <w:spacing w:after="60"/>
      </w:pPr>
      <w:r>
        <w:rPr>
          <w:b/>
          <w:color w:val="8A681B"/>
        </w:rPr>
        <w:t xml:space="preserve">[00:54:22] </w:t>
      </w:r>
      <w:r>
        <w:rPr>
          <w:rFonts w:ascii="Arial" w:hAnsi="Arial"/>
          <w:sz w:val="20"/>
        </w:rPr>
        <w:t>Even if it's little steps.</w:t>
      </w:r>
    </w:p>
    <w:p>
      <w:pPr>
        <w:spacing w:after="60"/>
      </w:pPr>
      <w:r>
        <w:rPr>
          <w:b/>
          <w:color w:val="8A681B"/>
        </w:rPr>
        <w:t xml:space="preserve">[00:54:24] </w:t>
      </w:r>
      <w:r>
        <w:rPr>
          <w:rFonts w:ascii="Arial" w:hAnsi="Arial"/>
          <w:sz w:val="20"/>
        </w:rPr>
        <w:t>You praise God in that very moment, but you never retreat.</w:t>
      </w:r>
    </w:p>
    <w:p>
      <w:pPr>
        <w:spacing w:after="60"/>
      </w:pPr>
      <w:r>
        <w:rPr>
          <w:b/>
          <w:color w:val="8A681B"/>
        </w:rPr>
        <w:t xml:space="preserve">[00:54:29] </w:t>
      </w:r>
      <w:r>
        <w:rPr>
          <w:rFonts w:ascii="Arial" w:hAnsi="Arial"/>
          <w:sz w:val="20"/>
        </w:rPr>
        <w:t>You never take back your words. You never take back your confession.</w:t>
      </w:r>
    </w:p>
    <w:p>
      <w:pPr>
        <w:spacing w:after="60"/>
      </w:pPr>
      <w:r>
        <w:rPr>
          <w:b/>
          <w:color w:val="8A681B"/>
        </w:rPr>
        <w:t xml:space="preserve">[00:54:34] </w:t>
      </w:r>
      <w:r>
        <w:rPr>
          <w:rFonts w:ascii="Arial" w:hAnsi="Arial"/>
          <w:sz w:val="20"/>
        </w:rPr>
        <w:t>You hold on to your confession of faith. Why because it has great recompense of reward.</w:t>
      </w:r>
    </w:p>
    <w:p>
      <w:pPr>
        <w:spacing w:after="60"/>
      </w:pPr>
      <w:r>
        <w:rPr>
          <w:b/>
          <w:color w:val="8A681B"/>
        </w:rPr>
        <w:t xml:space="preserve">[00:54:40] </w:t>
      </w:r>
      <w:r>
        <w:rPr>
          <w:rFonts w:ascii="Arial" w:hAnsi="Arial"/>
          <w:sz w:val="20"/>
        </w:rPr>
        <w:t>But you never retreat tell somebody say God will back you up if you don't back down.</w:t>
      </w:r>
    </w:p>
    <w:p>
      <w:pPr>
        <w:spacing w:after="60"/>
      </w:pPr>
      <w:r>
        <w:rPr>
          <w:b/>
          <w:color w:val="8A681B"/>
        </w:rPr>
        <w:t xml:space="preserve">[00:54:44] </w:t>
      </w:r>
      <w:r>
        <w:rPr>
          <w:rFonts w:ascii="Arial" w:hAnsi="Arial"/>
          <w:sz w:val="20"/>
        </w:rPr>
        <w:t>If you do not back down in this hour, God will ensure that he backs you up.</w:t>
      </w:r>
    </w:p>
    <w:p>
      <w:pPr>
        <w:spacing w:after="60"/>
      </w:pPr>
      <w:r>
        <w:rPr>
          <w:b/>
          <w:color w:val="8A681B"/>
        </w:rPr>
        <w:t xml:space="preserve">[00:54:49] </w:t>
      </w:r>
      <w:r>
        <w:rPr>
          <w:rFonts w:ascii="Arial" w:hAnsi="Arial"/>
          <w:sz w:val="20"/>
        </w:rPr>
        <w:t>You have the backing of heaven right now walk through your door.</w:t>
      </w:r>
    </w:p>
    <w:p>
      <w:pPr>
        <w:spacing w:after="60"/>
      </w:pPr>
      <w:r>
        <w:rPr>
          <w:b/>
          <w:color w:val="8A681B"/>
        </w:rPr>
        <w:t xml:space="preserve">[00:54:56] </w:t>
      </w:r>
      <w:r>
        <w:rPr>
          <w:rFonts w:ascii="Arial" w:hAnsi="Arial"/>
          <w:sz w:val="20"/>
        </w:rPr>
        <w:t>Nobody's going to drag you through sir. Nobody's going to pull you out. You got to move under pressure.</w:t>
      </w:r>
    </w:p>
    <w:p>
      <w:pPr>
        <w:spacing w:after="60"/>
      </w:pPr>
      <w:r>
        <w:rPr>
          <w:b/>
          <w:color w:val="8A681B"/>
        </w:rPr>
        <w:t xml:space="preserve">[00:55:03] </w:t>
      </w:r>
      <w:r>
        <w:rPr>
          <w:rFonts w:ascii="Arial" w:hAnsi="Arial"/>
          <w:sz w:val="20"/>
        </w:rPr>
        <w:t>You have to control your thinking you got to control your mouth.</w:t>
      </w:r>
    </w:p>
    <w:p>
      <w:pPr>
        <w:spacing w:after="60"/>
      </w:pPr>
      <w:r>
        <w:rPr>
          <w:b/>
          <w:color w:val="8A681B"/>
        </w:rPr>
        <w:t xml:space="preserve">[00:55:06] </w:t>
      </w:r>
      <w:r>
        <w:rPr>
          <w:rFonts w:ascii="Arial" w:hAnsi="Arial"/>
          <w:sz w:val="20"/>
        </w:rPr>
        <w:t>You got to control what you let into your heart. You got to move under pressure.</w:t>
      </w:r>
    </w:p>
    <w:p>
      <w:pPr>
        <w:spacing w:after="60"/>
      </w:pPr>
      <w:r>
        <w:rPr>
          <w:b/>
          <w:color w:val="8A681B"/>
        </w:rPr>
        <w:t xml:space="preserve">[00:55:11] </w:t>
      </w:r>
      <w:r>
        <w:rPr>
          <w:rFonts w:ascii="Arial" w:hAnsi="Arial"/>
          <w:sz w:val="20"/>
        </w:rPr>
        <w:t>You got to say this is where I desire to go.</w:t>
      </w:r>
    </w:p>
    <w:p>
      <w:pPr>
        <w:spacing w:after="60"/>
      </w:pPr>
      <w:r>
        <w:rPr>
          <w:b/>
          <w:color w:val="8A681B"/>
        </w:rPr>
        <w:t xml:space="preserve">[00:55:14] </w:t>
      </w:r>
      <w:r>
        <w:rPr>
          <w:rFonts w:ascii="Arial" w:hAnsi="Arial"/>
          <w:sz w:val="20"/>
        </w:rPr>
        <w:t>This is where God want me to go this day this season of my life and say I will not be denied.</w:t>
      </w:r>
    </w:p>
    <w:p>
      <w:pPr>
        <w:spacing w:after="60"/>
      </w:pPr>
      <w:r>
        <w:rPr>
          <w:b/>
          <w:color w:val="8A681B"/>
        </w:rPr>
        <w:t xml:space="preserve">[00:55:20] </w:t>
      </w:r>
      <w:r>
        <w:rPr>
          <w:rFonts w:ascii="Arial" w:hAnsi="Arial"/>
          <w:sz w:val="20"/>
        </w:rPr>
        <w:t>I will not be denied.</w:t>
      </w:r>
    </w:p>
    <w:p>
      <w:pPr>
        <w:spacing w:after="60"/>
      </w:pPr>
      <w:r>
        <w:rPr>
          <w:b/>
          <w:color w:val="8A681B"/>
        </w:rPr>
        <w:t xml:space="preserve">[00:55:23] </w:t>
      </w:r>
      <w:r>
        <w:rPr>
          <w:rFonts w:ascii="Arial" w:hAnsi="Arial"/>
          <w:sz w:val="20"/>
        </w:rPr>
        <w:t>Why that's a mentality.</w:t>
      </w:r>
    </w:p>
    <w:p>
      <w:pPr>
        <w:spacing w:after="60"/>
      </w:pPr>
      <w:r>
        <w:rPr>
          <w:b/>
          <w:color w:val="8A681B"/>
        </w:rPr>
        <w:t xml:space="preserve">[00:55:28] </w:t>
      </w:r>
      <w:r>
        <w:rPr>
          <w:rFonts w:ascii="Arial" w:hAnsi="Arial"/>
          <w:sz w:val="20"/>
        </w:rPr>
        <w:t>That's a mindset. It's a different kind of mindset.</w:t>
      </w:r>
    </w:p>
    <w:p>
      <w:pPr>
        <w:spacing w:after="60"/>
      </w:pPr>
      <w:r>
        <w:rPr>
          <w:b/>
          <w:color w:val="8A681B"/>
        </w:rPr>
        <w:t xml:space="preserve">[00:55:33] </w:t>
      </w:r>
      <w:r>
        <w:rPr>
          <w:rFonts w:ascii="Arial" w:hAnsi="Arial"/>
          <w:sz w:val="20"/>
        </w:rPr>
        <w:t>I purpose in my life. I just.</w:t>
      </w:r>
    </w:p>
    <w:p>
      <w:pPr>
        <w:spacing w:after="60"/>
      </w:pPr>
      <w:r>
        <w:rPr>
          <w:b/>
          <w:color w:val="8A681B"/>
        </w:rPr>
        <w:t xml:space="preserve">[00:55:36] </w:t>
      </w:r>
      <w:r>
        <w:rPr>
          <w:rFonts w:ascii="Arial" w:hAnsi="Arial"/>
          <w:sz w:val="20"/>
        </w:rPr>
        <w:t>Especially when I know I got something from god. I won't accept defeat.</w:t>
      </w:r>
    </w:p>
    <w:p>
      <w:pPr>
        <w:spacing w:after="60"/>
      </w:pPr>
      <w:r>
        <w:rPr>
          <w:b/>
          <w:color w:val="8A681B"/>
        </w:rPr>
        <w:t xml:space="preserve">[00:55:43] </w:t>
      </w:r>
      <w:r>
        <w:rPr>
          <w:rFonts w:ascii="Arial" w:hAnsi="Arial"/>
          <w:sz w:val="20"/>
        </w:rPr>
        <w:t>Eventually, I believe that if I got it from god, it's gotta work.</w:t>
      </w:r>
    </w:p>
    <w:p>
      <w:pPr>
        <w:spacing w:after="60"/>
      </w:pPr>
      <w:r>
        <w:rPr>
          <w:b/>
          <w:color w:val="8A681B"/>
        </w:rPr>
        <w:t xml:space="preserve">[00:55:47] </w:t>
      </w:r>
      <w:r>
        <w:rPr>
          <w:rFonts w:ascii="Arial" w:hAnsi="Arial"/>
          <w:sz w:val="20"/>
        </w:rPr>
        <w:t>Amen.</w:t>
      </w:r>
    </w:p>
    <w:p>
      <w:pPr>
        <w:spacing w:after="60"/>
      </w:pPr>
      <w:r>
        <w:rPr>
          <w:b/>
          <w:color w:val="8A681B"/>
        </w:rPr>
        <w:t xml:space="preserve">[00:55:50] </w:t>
      </w:r>
      <w:r>
        <w:rPr>
          <w:rFonts w:ascii="Arial" w:hAnsi="Arial"/>
          <w:sz w:val="20"/>
        </w:rPr>
        <w:t>I told somebody somebody about to make a decision. I said person for God said.</w:t>
      </w:r>
    </w:p>
    <w:p>
      <w:pPr>
        <w:spacing w:after="60"/>
      </w:pPr>
      <w:r>
        <w:rPr>
          <w:b/>
          <w:color w:val="8A681B"/>
        </w:rPr>
        <w:t xml:space="preserve">[00:56:00] </w:t>
      </w:r>
      <w:r>
        <w:rPr>
          <w:rFonts w:ascii="Arial" w:hAnsi="Arial"/>
          <w:sz w:val="20"/>
        </w:rPr>
        <w:t>If you don't have a God said I understand your surrender.</w:t>
      </w:r>
    </w:p>
    <w:p>
      <w:pPr>
        <w:spacing w:after="60"/>
      </w:pPr>
      <w:r>
        <w:rPr>
          <w:b/>
          <w:color w:val="8A681B"/>
        </w:rPr>
        <w:t xml:space="preserve">[00:56:08] </w:t>
      </w:r>
      <w:r>
        <w:rPr>
          <w:rFonts w:ascii="Arial" w:hAnsi="Arial"/>
          <w:sz w:val="20"/>
        </w:rPr>
        <w:t>If you don't have a God said I understand you quitting, but if you got a God said.</w:t>
      </w:r>
    </w:p>
    <w:p>
      <w:pPr>
        <w:spacing w:after="60"/>
      </w:pPr>
      <w:r>
        <w:rPr>
          <w:b/>
          <w:color w:val="8A681B"/>
        </w:rPr>
        <w:t xml:space="preserve">[00:56:15] </w:t>
      </w:r>
      <w:r>
        <w:rPr>
          <w:rFonts w:ascii="Arial" w:hAnsi="Arial"/>
          <w:sz w:val="20"/>
        </w:rPr>
        <w:t>What you're supposed to do.</w:t>
      </w:r>
    </w:p>
    <w:p>
      <w:pPr>
        <w:spacing w:after="60"/>
      </w:pPr>
      <w:r>
        <w:rPr>
          <w:b/>
          <w:color w:val="8A681B"/>
        </w:rPr>
        <w:t xml:space="preserve">[00:56:17] </w:t>
      </w:r>
      <w:r>
        <w:rPr>
          <w:rFonts w:ascii="Arial" w:hAnsi="Arial"/>
          <w:sz w:val="20"/>
        </w:rPr>
        <w:t>You press forward under pressure.</w:t>
      </w:r>
    </w:p>
    <w:p>
      <w:pPr>
        <w:spacing w:after="60"/>
      </w:pPr>
      <w:r>
        <w:rPr>
          <w:b/>
          <w:color w:val="8A681B"/>
        </w:rPr>
        <w:t xml:space="preserve">[00:56:20] </w:t>
      </w:r>
      <w:r>
        <w:rPr>
          <w:rFonts w:ascii="Arial" w:hAnsi="Arial"/>
          <w:sz w:val="20"/>
        </w:rPr>
        <w:t>You train your you train your your spirit to turn off what the enemy is doing to you.</w:t>
      </w:r>
    </w:p>
    <w:p>
      <w:pPr>
        <w:spacing w:after="60"/>
      </w:pPr>
      <w:r>
        <w:rPr>
          <w:b/>
          <w:color w:val="8A681B"/>
        </w:rPr>
        <w:t xml:space="preserve">[00:56:26] </w:t>
      </w:r>
      <w:r>
        <w:rPr>
          <w:rFonts w:ascii="Arial" w:hAnsi="Arial"/>
          <w:sz w:val="20"/>
        </w:rPr>
        <w:t>And I'm only going to be responsive to the holy ghost.</w:t>
      </w:r>
    </w:p>
    <w:p>
      <w:pPr>
        <w:spacing w:after="60"/>
      </w:pPr>
      <w:r>
        <w:rPr>
          <w:b/>
          <w:color w:val="8A681B"/>
        </w:rPr>
        <w:t xml:space="preserve">[00:56:29] </w:t>
      </w:r>
      <w:r>
        <w:rPr>
          <w:rFonts w:ascii="Arial" w:hAnsi="Arial"/>
          <w:sz w:val="20"/>
        </w:rPr>
        <w:t>I turn off.</w:t>
      </w:r>
    </w:p>
    <w:p>
      <w:pPr>
        <w:spacing w:after="60"/>
      </w:pPr>
      <w:r>
        <w:rPr>
          <w:b/>
          <w:color w:val="8A681B"/>
        </w:rPr>
        <w:t xml:space="preserve">[00:56:31] </w:t>
      </w:r>
      <w:r>
        <w:rPr>
          <w:rFonts w:ascii="Arial" w:hAnsi="Arial"/>
          <w:sz w:val="20"/>
        </w:rPr>
        <w:t>The noise I turn off.</w:t>
      </w:r>
    </w:p>
    <w:p>
      <w:pPr>
        <w:spacing w:after="60"/>
      </w:pPr>
      <w:r>
        <w:rPr>
          <w:b/>
          <w:color w:val="8A681B"/>
        </w:rPr>
        <w:t xml:space="preserve">[00:56:34] </w:t>
      </w:r>
      <w:r>
        <w:rPr>
          <w:rFonts w:ascii="Arial" w:hAnsi="Arial"/>
          <w:sz w:val="20"/>
        </w:rPr>
        <w:t>What the enemy's doing I'm not going to I'm only going to respond to what I hear God say.</w:t>
      </w:r>
    </w:p>
    <w:p>
      <w:pPr>
        <w:spacing w:after="60"/>
      </w:pPr>
      <w:r>
        <w:rPr>
          <w:b/>
          <w:color w:val="8A681B"/>
        </w:rPr>
        <w:t xml:space="preserve">[00:56:40] </w:t>
      </w:r>
      <w:r>
        <w:rPr>
          <w:rFonts w:ascii="Arial" w:hAnsi="Arial"/>
          <w:sz w:val="20"/>
        </w:rPr>
        <w:t>What's your God said?</w:t>
      </w:r>
    </w:p>
    <w:p>
      <w:pPr>
        <w:spacing w:after="60"/>
      </w:pPr>
      <w:r>
        <w:rPr>
          <w:b/>
          <w:color w:val="8A681B"/>
        </w:rPr>
        <w:t xml:space="preserve">[00:56:43] </w:t>
      </w:r>
      <w:r>
        <w:rPr>
          <w:rFonts w:ascii="Arial" w:hAnsi="Arial"/>
          <w:sz w:val="20"/>
        </w:rPr>
        <w:t>Huh.</w:t>
      </w:r>
    </w:p>
    <w:p>
      <w:pPr>
        <w:spacing w:after="60"/>
      </w:pPr>
      <w:r>
        <w:rPr>
          <w:b/>
          <w:color w:val="8A681B"/>
        </w:rPr>
        <w:t xml:space="preserve">[00:56:44] </w:t>
      </w:r>
      <w:r>
        <w:rPr>
          <w:rFonts w:ascii="Arial" w:hAnsi="Arial"/>
          <w:sz w:val="20"/>
        </w:rPr>
        <w:t>What's your God said if you ain't got a God said I understand you couldn't.</w:t>
      </w:r>
    </w:p>
    <w:p>
      <w:pPr>
        <w:spacing w:after="60"/>
      </w:pPr>
      <w:r>
        <w:rPr>
          <w:b/>
          <w:color w:val="8A681B"/>
        </w:rPr>
        <w:t xml:space="preserve">[00:56:49] </w:t>
      </w:r>
      <w:r>
        <w:rPr>
          <w:rFonts w:ascii="Arial" w:hAnsi="Arial"/>
          <w:sz w:val="20"/>
        </w:rPr>
        <w:t>But if you got a God said what are you talking about?</w:t>
      </w:r>
    </w:p>
    <w:p>
      <w:pPr>
        <w:spacing w:after="60"/>
      </w:pPr>
      <w:r>
        <w:rPr>
          <w:b/>
          <w:color w:val="8A681B"/>
        </w:rPr>
        <w:t xml:space="preserve">[00:56:51] </w:t>
      </w:r>
      <w:r>
        <w:rPr>
          <w:rFonts w:ascii="Arial" w:hAnsi="Arial"/>
          <w:sz w:val="20"/>
        </w:rPr>
        <w:t>This is your season where God is carved out with all the negative going in the world.</w:t>
      </w:r>
    </w:p>
    <w:p>
      <w:pPr>
        <w:spacing w:after="60"/>
      </w:pPr>
      <w:r>
        <w:rPr>
          <w:b/>
          <w:color w:val="8A681B"/>
        </w:rPr>
        <w:t xml:space="preserve">[00:56:56] </w:t>
      </w:r>
      <w:r>
        <w:rPr>
          <w:rFonts w:ascii="Arial" w:hAnsi="Arial"/>
          <w:sz w:val="20"/>
        </w:rPr>
        <w:t>God has carved out a portal for you to get through what you complained about go through the portal go through the door.</w:t>
      </w:r>
    </w:p>
    <w:p>
      <w:pPr>
        <w:spacing w:after="60"/>
      </w:pPr>
      <w:r>
        <w:rPr>
          <w:b/>
          <w:color w:val="8A681B"/>
        </w:rPr>
        <w:t xml:space="preserve">[00:57:03] </w:t>
      </w:r>
      <w:r>
        <w:rPr>
          <w:rFonts w:ascii="Arial" w:hAnsi="Arial"/>
          <w:sz w:val="20"/>
        </w:rPr>
        <w:t>Follow what if you can't see him if you can't trace him follow his voice.</w:t>
      </w:r>
    </w:p>
    <w:p>
      <w:pPr>
        <w:spacing w:after="60"/>
      </w:pPr>
      <w:r>
        <w:rPr>
          <w:b/>
          <w:color w:val="8A681B"/>
        </w:rPr>
        <w:t xml:space="preserve">[00:57:07] </w:t>
      </w:r>
      <w:r>
        <w:rPr>
          <w:rFonts w:ascii="Arial" w:hAnsi="Arial"/>
          <w:sz w:val="20"/>
        </w:rPr>
        <w:t>If you got a prayer life when you can't see what God is doing, sir, you you follow his voice.</w:t>
      </w:r>
    </w:p>
    <w:p>
      <w:pPr>
        <w:spacing w:after="60"/>
      </w:pPr>
      <w:r>
        <w:rPr>
          <w:b/>
          <w:color w:val="8A681B"/>
        </w:rPr>
        <w:t xml:space="preserve">[00:57:13] </w:t>
      </w:r>
      <w:r>
        <w:rPr>
          <w:rFonts w:ascii="Arial" w:hAnsi="Arial"/>
          <w:sz w:val="20"/>
        </w:rPr>
        <w:t>And his voice will lead you right right beside the steel waters.</w:t>
      </w:r>
    </w:p>
    <w:p>
      <w:pPr>
        <w:spacing w:after="60"/>
      </w:pPr>
      <w:r>
        <w:rPr>
          <w:b/>
          <w:color w:val="8A681B"/>
        </w:rPr>
        <w:t xml:space="preserve">[00:57:18] </w:t>
      </w:r>
      <w:r>
        <w:rPr>
          <w:rFonts w:ascii="Arial" w:hAnsi="Arial"/>
          <w:sz w:val="20"/>
        </w:rPr>
        <w:t>He'll lead you to a place where he'll restore your soul.</w:t>
      </w:r>
    </w:p>
    <w:p>
      <w:pPr>
        <w:spacing w:after="60"/>
      </w:pPr>
      <w:r>
        <w:rPr>
          <w:b/>
          <w:color w:val="8A681B"/>
        </w:rPr>
        <w:t xml:space="preserve">[00:57:21] </w:t>
      </w:r>
      <w:r>
        <w:rPr>
          <w:rFonts w:ascii="Arial" w:hAnsi="Arial"/>
          <w:sz w:val="20"/>
        </w:rPr>
        <w:t>He'll lead you in the place where he will prepare a table before your enemies.</w:t>
      </w:r>
    </w:p>
    <w:p>
      <w:pPr>
        <w:spacing w:after="60"/>
      </w:pPr>
      <w:r>
        <w:rPr>
          <w:b/>
          <w:color w:val="8A681B"/>
        </w:rPr>
        <w:t xml:space="preserve">[00:57:26] </w:t>
      </w:r>
      <w:r>
        <w:rPr>
          <w:rFonts w:ascii="Arial" w:hAnsi="Arial"/>
          <w:sz w:val="20"/>
        </w:rPr>
        <w:t>He'll lead you to a place where he'll anoint your head.</w:t>
      </w:r>
    </w:p>
    <w:p>
      <w:pPr>
        <w:spacing w:after="60"/>
      </w:pPr>
      <w:r>
        <w:rPr>
          <w:b/>
          <w:color w:val="8A681B"/>
        </w:rPr>
        <w:t xml:space="preserve">[00:57:30] </w:t>
      </w:r>
      <w:r>
        <w:rPr>
          <w:rFonts w:ascii="Arial" w:hAnsi="Arial"/>
          <w:sz w:val="20"/>
        </w:rPr>
        <w:t>With oil and guess what and there's nothing the devil can do about it.</w:t>
      </w:r>
    </w:p>
    <w:p>
      <w:pPr>
        <w:spacing w:after="60"/>
      </w:pPr>
      <w:r>
        <w:rPr>
          <w:b/>
          <w:color w:val="8A681B"/>
        </w:rPr>
        <w:t xml:space="preserve">[00:57:34] </w:t>
      </w:r>
      <w:r>
        <w:rPr>
          <w:rFonts w:ascii="Arial" w:hAnsi="Arial"/>
          <w:sz w:val="20"/>
        </w:rPr>
        <w:t>I say there's nothing the devil can do about it. I say there's nothing the devil can do about it. Move under pressure.</w:t>
      </w:r>
    </w:p>
    <w:p>
      <w:pPr>
        <w:spacing w:after="60"/>
      </w:pPr>
      <w:r>
        <w:rPr>
          <w:b/>
          <w:color w:val="8A681B"/>
        </w:rPr>
        <w:t xml:space="preserve">[00:57:42] </w:t>
      </w:r>
      <w:r>
        <w:rPr>
          <w:rFonts w:ascii="Arial" w:hAnsi="Arial"/>
          <w:sz w:val="20"/>
        </w:rPr>
        <w:t>You're a believer you've been created different. You've been wired different by God.</w:t>
      </w:r>
    </w:p>
    <w:p>
      <w:pPr>
        <w:spacing w:after="60"/>
      </w:pPr>
      <w:r>
        <w:rPr>
          <w:b/>
          <w:color w:val="8A681B"/>
        </w:rPr>
        <w:t xml:space="preserve">[00:57:47] </w:t>
      </w:r>
      <w:r>
        <w:rPr>
          <w:rFonts w:ascii="Arial" w:hAnsi="Arial"/>
          <w:sz w:val="20"/>
        </w:rPr>
        <w:t>That's the only reason why you hadn't quit all these other times.</w:t>
      </w:r>
    </w:p>
    <w:p>
      <w:pPr>
        <w:spacing w:after="60"/>
      </w:pPr>
      <w:r>
        <w:rPr>
          <w:b/>
          <w:color w:val="8A681B"/>
        </w:rPr>
        <w:t xml:space="preserve">[00:57:51] </w:t>
      </w:r>
      <w:r>
        <w:rPr>
          <w:rFonts w:ascii="Arial" w:hAnsi="Arial"/>
          <w:sz w:val="20"/>
        </w:rPr>
        <w:t>Because spiritually God has wired you with a no quit mentality.</w:t>
      </w:r>
    </w:p>
    <w:p>
      <w:pPr>
        <w:spacing w:after="60"/>
      </w:pPr>
      <w:r>
        <w:rPr>
          <w:b/>
          <w:color w:val="8A681B"/>
        </w:rPr>
        <w:t xml:space="preserve">[00:57:55] </w:t>
      </w:r>
      <w:r>
        <w:rPr>
          <w:rFonts w:ascii="Arial" w:hAnsi="Arial"/>
          <w:sz w:val="20"/>
        </w:rPr>
        <w:t>You've made it through so much in your life. You can make it through this door.</w:t>
      </w:r>
    </w:p>
    <w:p>
      <w:pPr>
        <w:spacing w:after="60"/>
      </w:pPr>
      <w:r>
        <w:rPr>
          <w:b/>
          <w:color w:val="8A681B"/>
        </w:rPr>
        <w:t xml:space="preserve">[00:57:59] </w:t>
      </w:r>
      <w:r>
        <w:rPr>
          <w:rFonts w:ascii="Arial" w:hAnsi="Arial"/>
          <w:sz w:val="20"/>
        </w:rPr>
        <w:t>If you gotta crawl crawl if you gotta roll roll if you gotta have that show to somebody else either way.</w:t>
      </w:r>
    </w:p>
    <w:p>
      <w:pPr>
        <w:spacing w:after="60"/>
      </w:pPr>
      <w:r>
        <w:rPr>
          <w:b/>
          <w:color w:val="8A681B"/>
        </w:rPr>
        <w:t xml:space="preserve">[00:58:06] </w:t>
      </w:r>
      <w:r>
        <w:rPr>
          <w:rFonts w:ascii="Arial" w:hAnsi="Arial"/>
          <w:sz w:val="20"/>
        </w:rPr>
        <w:t>Say I'm getting through my door.</w:t>
      </w:r>
    </w:p>
    <w:p>
      <w:pPr>
        <w:spacing w:after="60"/>
      </w:pPr>
      <w:r>
        <w:rPr>
          <w:b/>
          <w:color w:val="8A681B"/>
        </w:rPr>
        <w:t xml:space="preserve">[00:58:08] </w:t>
      </w:r>
      <w:r>
        <w:rPr>
          <w:rFonts w:ascii="Arial" w:hAnsi="Arial"/>
          <w:sz w:val="20"/>
        </w:rPr>
        <w:t>Stunt to your feet. Give the lord a good hand praise.</w:t>
      </w:r>
    </w:p>
    <w:p>
      <w:pPr>
        <w:spacing w:after="60"/>
      </w:pPr>
      <w:r>
        <w:rPr>
          <w:b/>
          <w:color w:val="8A681B"/>
        </w:rPr>
        <w:t xml:space="preserve">[00:58:11] </w:t>
      </w:r>
      <w:r>
        <w:rPr>
          <w:rFonts w:ascii="Arial" w:hAnsi="Arial"/>
          <w:sz w:val="20"/>
        </w:rPr>
        <w:t>You will not be denied in this hour.</w:t>
      </w:r>
    </w:p>
    <w:p>
      <w:pPr>
        <w:spacing w:after="60"/>
      </w:pPr>
      <w:r>
        <w:rPr>
          <w:b/>
          <w:color w:val="8A681B"/>
        </w:rPr>
        <w:t xml:space="preserve">[00:58:15] </w:t>
      </w:r>
      <w:r>
        <w:rPr>
          <w:rFonts w:ascii="Arial" w:hAnsi="Arial"/>
          <w:sz w:val="20"/>
        </w:rPr>
        <w:t>I'm not going to accept no.</w:t>
      </w:r>
    </w:p>
    <w:p>
      <w:pPr>
        <w:spacing w:after="60"/>
      </w:pPr>
      <w:r>
        <w:rPr>
          <w:b/>
          <w:color w:val="8A681B"/>
        </w:rPr>
        <w:t xml:space="preserve">[00:58:17] </w:t>
      </w:r>
      <w:r>
        <w:rPr>
          <w:rFonts w:ascii="Arial" w:hAnsi="Arial"/>
          <w:sz w:val="20"/>
        </w:rPr>
        <w:t>Denials.</w:t>
      </w:r>
    </w:p>
    <w:p>
      <w:pPr>
        <w:spacing w:after="60"/>
      </w:pPr>
      <w:r>
        <w:rPr>
          <w:b/>
          <w:color w:val="8A681B"/>
        </w:rPr>
        <w:t xml:space="preserve">[00:58:19] </w:t>
      </w:r>
      <w:r>
        <w:rPr>
          <w:rFonts w:ascii="Arial" w:hAnsi="Arial"/>
          <w:sz w:val="20"/>
        </w:rPr>
        <w:t>No retreats.</w:t>
      </w:r>
    </w:p>
    <w:p>
      <w:pPr>
        <w:spacing w:after="60"/>
      </w:pPr>
      <w:r>
        <w:rPr>
          <w:b/>
          <w:color w:val="8A681B"/>
        </w:rPr>
        <w:t xml:space="preserve">[00:58:20] </w:t>
      </w:r>
      <w:r>
        <w:rPr>
          <w:rFonts w:ascii="Arial" w:hAnsi="Arial"/>
          <w:sz w:val="20"/>
        </w:rPr>
        <w:t>No, I'm not gonna feel sorry for myself in this hour.</w:t>
      </w:r>
    </w:p>
    <w:p>
      <w:pPr>
        <w:spacing w:after="60"/>
      </w:pPr>
      <w:r>
        <w:rPr>
          <w:b/>
          <w:color w:val="8A681B"/>
        </w:rPr>
        <w:t xml:space="preserve">[00:58:24] </w:t>
      </w:r>
      <w:r>
        <w:rPr>
          <w:rFonts w:ascii="Arial" w:hAnsi="Arial"/>
          <w:sz w:val="20"/>
        </w:rPr>
        <w:t>I'm not going to let negative things people have said.</w:t>
      </w:r>
    </w:p>
    <w:p>
      <w:pPr>
        <w:spacing w:after="60"/>
      </w:pPr>
      <w:r>
        <w:rPr>
          <w:b/>
          <w:color w:val="8A681B"/>
        </w:rPr>
        <w:t xml:space="preserve">[00:58:27] </w:t>
      </w:r>
      <w:r>
        <w:rPr>
          <w:rFonts w:ascii="Arial" w:hAnsi="Arial"/>
          <w:sz w:val="20"/>
        </w:rPr>
        <w:t>I don't need the agreement of man. I need the agreement of heaven.</w:t>
      </w:r>
    </w:p>
    <w:p>
      <w:pPr>
        <w:spacing w:after="60"/>
      </w:pPr>
      <w:r>
        <w:rPr>
          <w:b/>
          <w:color w:val="8A681B"/>
        </w:rPr>
        <w:t xml:space="preserve">[00:58:32] </w:t>
      </w:r>
      <w:r>
        <w:rPr>
          <w:rFonts w:ascii="Arial" w:hAnsi="Arial"/>
          <w:sz w:val="20"/>
        </w:rPr>
        <w:t>And when I come into agreements with heaven heaven will get me through it one way or the other.</w:t>
      </w:r>
    </w:p>
    <w:p>
      <w:pPr>
        <w:spacing w:after="60"/>
      </w:pPr>
      <w:r>
        <w:rPr>
          <w:b/>
          <w:color w:val="8A681B"/>
        </w:rPr>
        <w:t xml:space="preserve">[00:58:37] </w:t>
      </w:r>
      <w:r>
        <w:rPr>
          <w:rFonts w:ascii="Arial" w:hAnsi="Arial"/>
          <w:sz w:val="20"/>
        </w:rPr>
        <w:t>Heaven gonna get you through and stay in agreement with God.</w:t>
      </w:r>
    </w:p>
    <w:p>
      <w:pPr>
        <w:spacing w:after="60"/>
      </w:pPr>
      <w:r>
        <w:rPr>
          <w:b/>
          <w:color w:val="8A681B"/>
        </w:rPr>
        <w:t xml:space="preserve">[00:58:41] </w:t>
      </w:r>
      <w:r>
        <w:rPr>
          <w:rFonts w:ascii="Arial" w:hAnsi="Arial"/>
          <w:sz w:val="20"/>
        </w:rPr>
        <w:t>You're gonna get through.</w:t>
      </w:r>
    </w:p>
    <w:p>
      <w:pPr>
        <w:spacing w:after="60"/>
      </w:pPr>
      <w:r>
        <w:rPr>
          <w:b/>
          <w:color w:val="8A681B"/>
        </w:rPr>
        <w:t xml:space="preserve">[00:58:43] </w:t>
      </w:r>
      <w:r>
        <w:rPr>
          <w:rFonts w:ascii="Arial" w:hAnsi="Arial"/>
          <w:sz w:val="20"/>
        </w:rPr>
        <w:t>I say you're gonna get through.</w:t>
      </w:r>
    </w:p>
    <w:sectPr w:rsidR="00FC693F" w:rsidRPr="0006063C" w:rsidSect="00034616"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